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Знемігся я життям, грізний опир одчаю…</w:t>
      </w:r>
    </w:p>
    <w:p>
      <w:r>
        <w:br/>
        <w:t xml:space="preserve"> Знемігся я життям, грізний опир одчаю&lt;br /&gt;</w:t>
        <w:br/>
        <w:t>Приссався до душі, як той страшний поліп.&lt;br /&gt;</w:t>
        <w:br/>
        <w:t>Стою, як торс журби, дивлюся в даль безкраю&lt;br /&gt;</w:t>
        <w:br/>
        <w:t>І тужу, як жебрак, що від плачу осліп.&lt;br /&gt;</w:t>
        <w:br/>
        <w:t>Верхи дрімучих гір, блакит небес і зорі —&lt;br /&gt;</w:t>
        <w:br/>
        <w:t>Усе мене гніте, як віко від трунви.&lt;br /&gt;</w:t>
        <w:br/>
        <w:t>Піду на сірий шлях і в немічній покорі&lt;br /&gt;</w:t>
        <w:br/>
        <w:t>Знімаю рамена й голошу молитви.&lt;br /&gt;</w:t>
        <w:br/>
        <w:t>А чорний океан знемоги і зневір’я&lt;br /&gt;</w:t>
        <w:br/>
        <w:t>Гребе мені з-під ніг останню п’ядь землі.&lt;br /&gt;</w:t>
        <w:br/>
        <w:t>Поранений, без сил, лежу у стіп узгір’я&lt;br /&gt;</w:t>
        <w:br/>
        <w:t>І чахну, як листок, що зжовк та впав з гіллі.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Знемігся я життям, грізний опир одчаю…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