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лева</w:t>
      </w:r>
    </w:p>
    <w:p>
      <w:r>
        <w:br/>
        <w:t xml:space="preserve"> Умерлих квітів царство — спить пустиня&lt;br /&gt;</w:t>
        <w:br/>
        <w:t>в піску сорочці золото-червоній.&lt;br /&gt;</w:t>
        <w:br/>
        <w:t>Малюк осот — рослинне чортовиння,&lt;br /&gt;</w:t>
        <w:br/>
        <w:t>екстазу сонця й блискавок погоні.</w:t>
      </w:r>
    </w:p>
    <w:p>
      <w:r>
        <w:br/>
        <w:t>Живі свічки понад землі труною,&lt;br /&gt;</w:t>
        <w:br/>
        <w:t>жорсткий бур'ян нараз кущем горючим.&lt;br /&gt;</w:t>
        <w:br/>
        <w:t>Немов кущі розхилені рукою,&lt;br /&gt;</w:t>
        <w:br/>
        <w:t>розхиляться бездонні віри кручі.</w:t>
      </w:r>
    </w:p>
    <w:p>
      <w:r>
        <w:br/>
        <w:t>І бачиш вічність — небо опалеве&lt;br /&gt;</w:t>
        <w:br/>
        <w:t>і шум червоних полум'я потоків.&lt;br /&gt;</w:t>
        <w:br/>
        <w:t>З-за гір століть веде сузір'я Лева,&lt;br /&gt;</w:t>
        <w:br/>
        <w:t>цей знак монархів, воїнів, пророків.</w:t>
      </w:r>
    </w:p>
    <w:p>
      <w:r>
        <w:br/>
        <w:t>Тьмяніє сонце в хмарі птахів сизих,&lt;br /&gt;</w:t>
        <w:br/>
        <w:t>його вінчають лаври бурі, сині,&lt;br /&gt;</w:t>
        <w:br/>
        <w:t>і грім, мов підпис золотий у книзі,&lt;br /&gt;</w:t>
        <w:br/>
        <w:t>триватиме на сторінках пустині.</w:t>
      </w:r>
    </w:p>
    <w:p>
      <w:r>
        <w:br/>
        <w:t>Автограф грому в царській книзі Левів,&lt;br /&gt;</w:t>
        <w:br/>
        <w:t>написаний вітрами з-під Синаю,&lt;br /&gt;</w:t>
        <w:br/>
        <w:t>з узбіч гори, що шпиль пісків парчевий&lt;br /&gt;</w:t>
        <w:br/>
        <w:t>вінками божих блискавиць квітчає.</w:t>
      </w:r>
    </w:p>
    <w:p>
      <w:r>
        <w:br/>
        <w:t>Синайський вітре, бий в відкриті карти!&lt;br /&gt;</w:t>
        <w:br/>
        <w:t>Без тебе я порожній посуд форми.&lt;br /&gt;</w:t>
        <w:br/>
        <w:t>Ввесь день над віщим джерелом на варті,&lt;br /&gt;</w:t>
        <w:br/>
        <w:t>а ніч — мов біблія червона й чорна.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лева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