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Змордований горем, я довго хворав...</w:t>
      </w:r>
    </w:p>
    <w:p>
      <w:r>
        <w:br/>
        <w:t xml:space="preserve"> Змордований горем, я довго хворав,&lt;br /&gt;</w:t>
        <w:br/>
        <w:t>Без волі, без долі,— з одчаю вмирав,&lt;br /&gt;</w:t>
        <w:br/>
        <w:t>Потративши віру в любов і в добро,&lt;br /&gt;</w:t>
        <w:br/>
        <w:t>І кидав од себе безсиле перо,&lt;br /&gt;</w:t>
        <w:br/>
        <w:t>Світ божий здавався темніш, як тюрма,&lt;br /&gt;</w:t>
        <w:br/>
        <w:t>Надії всі згасли — і сліду нема,&lt;br /&gt;</w:t>
        <w:br/>
        <w:t>Душа заніміла з важкої журби,&lt;br /&gt;</w:t>
        <w:br/>
        <w:t>Усюди ввижались мерці та гроби...&lt;br /&gt;</w:t>
        <w:br/>
        <w:t>Але наді мною тут грім прокотивсь,&lt;br /&gt;</w:t>
        <w:br/>
        <w:t>Немов спересердя, що я засмутивсь,&lt;br /&gt;</w:t>
        <w:br/>
        <w:t>І голос почувся могучий: "Вставай!"&lt;br /&gt;</w:t>
        <w:br/>
        <w:t>Як поклик до бою за рідний свій край.&lt;br /&gt;</w:t>
        <w:br/>
        <w:t>Я разом прокинувсь, опала з очей&lt;br /&gt;</w:t>
        <w:br/>
        <w:t>Полуда, чорніша од чорних ночей,&lt;br /&gt;</w:t>
        <w:br/>
        <w:t>Душа оновилась, душа ожила,&lt;br /&gt;</w:t>
        <w:br/>
        <w:t>Святі ідеали всі знов прийняла,&lt;br /&gt;</w:t>
        <w:br/>
        <w:t>Огнем освітилась моя голова,&lt;br /&gt;</w:t>
        <w:br/>
        <w:t>І знов зрозумів я забуті слова,&lt;br /&gt;</w:t>
        <w:br/>
        <w:t>А серце, як здавна, туди все тягло,&lt;br /&gt;</w:t>
        <w:br/>
        <w:t>Де простір і воля, блакить і тепло!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Змордований горем, я довго хворав...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