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Змієва могила</w:t>
      </w:r>
    </w:p>
    <w:p>
      <w:r>
        <w:br/>
        <w:t xml:space="preserve"> &lt;p&gt;ЗМІЄВА МОГИЛА</w:t>
      </w:r>
    </w:p>
    <w:p>
      <w:r>
        <w:br/>
        <w:t>Найправдивіша химерія</w:t>
      </w:r>
    </w:p>
    <w:p>
      <w:r>
        <w:br/>
        <w:t>На околиці одного села — Семихатки йому ймення, та ви, мабуть, чули про нього, це на верхньому Дніпрі, на лівому його високому березі, одразу ж за Грушівкою, де такі коропи ловляться, такі, — так ось там з давніх давен, чи не од сотворіння світу кажуть тамтешні діди здіймається високий горб з гострою вершиною, схожий на степові кургани, що їх на Україні за народною традицією звуть могилами.</w:t>
      </w:r>
    </w:p>
    <w:p>
      <w:r>
        <w:br/>
        <w:t>Горб той, як горб — безлісий (чи не тому його називають ще лисим), навіть трава на ньому не росте. ("Тому й не росте, — запевняє Солоха Голуб, перша знахарка Семихаток, — що нечисть його видрибцювала"). Хіба що всюдисущий полин дереться по його крутих боках. Але полин, це всім відомо, відьмина трава, тож він і вигулькує навіть на нечистих місцях — це вам і Солоха Голуб може підтвердити.</w:t>
      </w:r>
    </w:p>
    <w:p>
      <w:r>
        <w:br/>
        <w:t>Так ось та могила споконвіку прозивається Змієвою. Чого так? А хто вам тепер скаже чого їй таке ймення дано — це треба в старших запитати. Буцімто ще в прадавні часи, розказують вони, чи й пізніше, за Київської Русі, за князювання Володимира Великого на тім горбі замешкав крилатий змій. Мо й сам Горинич. Голів у нього за неперевіреними даними було шість, а за іншими, наприклад, дядька Явтуха, котрого ви — і не робіть спроби, — зроду віку не перебалакаєте, хоч кіл йому на голові теши, якщо вже він на своєму впреться, — так ось за даними дядька Явтуха, — буцімто він якось підкравшись до могили, хутенько порахував, — голів тих у змія аж дев’ять і всі з огненними пащеками, так що краще обминайте те місце десятою дорогою, радить дядько Явтух.</w:t>
      </w:r>
    </w:p>
    <w:p>
      <w:r>
        <w:br/>
        <w:t>А можливо то був і не Горинич, а сам Зміулан — чули про такого змієвидного демона? Але Горинич чи Зміулан — хрін від редьки не солодший. На тій могилі й справді жила колись якась страшелезна — зміюка, що частенько в Семихатках та в навколишніх селах тибрила гарненьких дівчат і таких же молодиць, якщо ті ще перебували в соку. За іншими ж даними — все того ж дядька Явтуха, — дядьки аби вберегтися, самі давали зміюці як данину дівчат та молодиць у соку, до яких та жахна химера була зело ласа. Ось звідтоді горб той і прозвали Змієвою могилою, буцімто і самого змія, клявся та божився дядько Явтух, як він оджив тисячу літ та ще й тридцять три годочки, там поховано.</w:t>
      </w:r>
    </w:p>
    <w:p>
      <w:r>
        <w:br/>
        <w:t>За іншими переданнями, що їх активно в тих краях поширює Пріська Кривенька (а вона й справді крива, звідтоді як на горище драбиною лізла і нога її сприснула зі щабля і вона впала) зміюка та — Горинич чи Зміулан, — могилу й досі відвідує найтемнішими, звісно, ночами. Тільки того ніхто не бачить — крім Пріськи, яка ближче за всіх живе до тієї могили, — рівно опівночі навідується. А коли на могилу сідає, то земля трясеться і двигтить, а в Семихатках тоді кажуть:</w:t>
      </w:r>
    </w:p>
    <w:p>
      <w:r>
        <w:br/>
        <w:t>— Знову зміюка на могилу прилетіла, і що їй там тре, що вона до нас внадилася?</w:t>
      </w:r>
    </w:p>
    <w:p>
      <w:r>
        <w:br/>
        <w:t>— Не інакше, — запевняє Пріська Кривенька, — як дівку чи молодицю хоче викрасти. Та вражина і на мене цілить, я ж найближче до могили живу. Та й у розквітлому стані все ще перебуваю. Тіко я не дамся їй у кігті — не на ту напала!</w:t>
      </w:r>
    </w:p>
    <w:p>
      <w:r>
        <w:br/>
        <w:t>Себе тітка Пріська все ще вважає такою, на яку може пожадничати та ласа до жінок зміюка. Тому звечора Пріська — ані ногою з хати. Знають про те нечисте місце і в навколишніх селах.</w:t>
      </w:r>
    </w:p>
    <w:p>
      <w:r>
        <w:br/>
        <w:t>— Так хто ж у наших краях не чув про Змієву могилу — дідько б її од нас забарав?!. Ото літають тут усякі, земля од них трясеться як сідають, трясеться, а тоді дивись і ціни зростуть, фляція (очевидно, інфляція) тоді до нас припреться — життя не буде.</w:t>
      </w:r>
    </w:p>
    <w:p>
      <w:r>
        <w:br/>
        <w:t>Скільки вже віку звіковано з часів Київської Русі та її зміїв Гориничів, скільки води з Дніпра утекло, а й досі ні-ні та раптом задрижить Змієва могила, затрясеться і, кажуть, гул тоді підземний чути і якісь не то голоси, не то звірине виття…</w:t>
      </w:r>
    </w:p>
    <w:p>
      <w:r>
        <w:br/>
        <w:t>Обминають семихатківці те нечисте місце — чорти там вибрикують чи якась інша погань — спробуй розібратися. Одне ясно: якесь страхопудало все ще товчеться у Змієвій могилі, наче вибратися на світ білий хоче… Тільки за останнє сторіччя могилу кілька разів освячували, але — як мертвому припарка.</w:t>
      </w:r>
    </w:p>
    <w:p>
      <w:r>
        <w:br/>
        <w:t>— Понеже люди грішать, того й нечисть плодиться, — невтомно нагадує своїм прихожанам тамтешній отець Даміан. — Бога забули, у церкву треба чи не калачем заманювати — от вам і дияволове наслання. Не схаменетеся, люди добрі, біда гряде. А тоді тільки праведники й зостануться. А їх нині щось не видно, тож ніхто й не спасеться. Ні старе, ні мале, ні хиле чи немічне, ні ті, хто при доброму здоров’ї та в розквіті…</w:t>
      </w:r>
    </w:p>
    <w:p>
      <w:r>
        <w:br/>
        <w:t>Але на застереження отця Даміана, може й справедливі, тамтешній люд не дуже звертав увагу — щось там піп проповідує, то й хай проповідує. На те він і божий слуга, щоби казання казати та грішників на праведний шлях навертати. Та й народ наш відомо який: доки грім не гуркне, не перехреститься.</w:t>
      </w:r>
    </w:p>
    <w:p>
      <w:r>
        <w:br/>
        <w:t>А грім якось і гуркнув.</w:t>
      </w:r>
    </w:p>
    <w:p>
      <w:r>
        <w:br/>
        <w:t>Гроза тоді зчинилася гуркітлива, добру добу ливень періщив — на рівному вода стала. І гриміло, і трахкало (ось тоді люди хрестилися — аж-аж!), а блискавиці… Так і полосували небо, так і полосували. Мабуть, правий був отець Даміан — доста люди нагрішили, от і зчинилося. От земля, як їй терпець урвався, затряслася-задрижала — аж гул пішов! І репнула тієї ночі Змієва могила, що на околиці Семихаток, неподалік лісу…</w:t>
      </w:r>
    </w:p>
    <w:p>
      <w:r>
        <w:br/>
        <w:t>Як хто її розчахнув!</w:t>
      </w:r>
    </w:p>
    <w:p>
      <w:r>
        <w:br/>
        <w:t>А там, де могила репнула, дірка заявилася. Хоч яка там дірка-діромаха отакезна!</w:t>
      </w:r>
    </w:p>
    <w:p>
      <w:r>
        <w:br/>
        <w:t>Наче хід у підземелля.</w:t>
      </w:r>
    </w:p>
    <w:p>
      <w:r>
        <w:br/>
        <w:t>Чорно в тій діромасі, гуде і виє у ній, як ото в трубі, коли туди вітер увірветься.</w:t>
      </w:r>
    </w:p>
    <w:p>
      <w:r>
        <w:br/>
        <w:t>Та, слава Богу, під ранок стихло.</w:t>
      </w:r>
    </w:p>
    <w:p>
      <w:r>
        <w:br/>
        <w:t>Природа вгамувалася, вітровії вляглися, грози кудись в інші краї поцурганилися. Тільки над Дніпром на якийсь час чорно— сиза мгла залишилася. А над Семихатками сонечко виглянуло, світ божий засяяв. От сзмихатківці, — а сміливці й у Семихатках знайшлися, — і полізли в ту діромаху у Змієвій могилі. А раптом там скарби, га? Бо чого б то хід утворився? Ясне діло, в підземелля він веде, до скарбів заклятих.</w:t>
      </w:r>
    </w:p>
    <w:p>
      <w:r>
        <w:br/>
        <w:t>Хід, казали потім шукачі скарбів і при тому зубами цокотіли, — глибоко під землю їх повів, а там… Печера не печера, а щось як вокзал з високим склепінням, і з нього у всі боки тунелі ведуть.</w:t>
      </w:r>
    </w:p>
    <w:p>
      <w:r>
        <w:br/>
        <w:t>Тепло там, аж парко та душно і щось булькає — як ніби вода в казані кипить. І видно. Мовби світло яке невідь звідки струменить. Одне слово, як казали потім семихатківці, жити там можна, хоч і під землею. І все б нічого та раптом щось як затовчеться в підземеллі, а тоді — яа— ак зареве!.. Наче у нього сто горлянок і всі лужені. Аж мороз по спинах у тих сміливців пішов! Не зважились вони далі випробовувати долю — бо ж товклось щось і ревіло жахно, — а драла! Як вітром їх видуло з того підземелля. Повилітали на світ білий, раді, що дякуючи Богу, живі й здорові.</w:t>
      </w:r>
    </w:p>
    <w:p>
      <w:r>
        <w:br/>
        <w:t>Громада після того й звернулася до міліції, до наших доблесних і рідних захисників, стражів правопорядку.</w:t>
      </w:r>
    </w:p>
    <w:p>
      <w:r>
        <w:br/>
        <w:t>— Ідіть собі, люди добрі, туди, звідки прийшли та голів нам не морочте — вони й так у нас пухнуть від проблем. Як криміналітет, що й у нашому районі завівся, приборкати. А тут ви зі своїми… гм-гм… хвантазіями. Нема нам коли займатися дивовижами різними, на кшталт того, що могила буцімто ні з того, ні з сього репнула й гуде… Звертайтеся до вчених. Робити їм нічого, хай розбираються.</w:t>
      </w:r>
    </w:p>
    <w:p>
      <w:r>
        <w:br/>
        <w:t>I тоді громада — виходу вже просто не було, — і звернулася до землячки своєї тітки Фросі, яка у Києві на Троєщині перепродує свіжі овочі, що їх задешево скуповує в навколишніх селах. Знали, що в неї часто купує овочі один вчений чоловік.</w:t>
      </w:r>
    </w:p>
    <w:p>
      <w:r>
        <w:br/>
        <w:t>"Такий учений, що… Їдрі т-твою!.. — хвасталась тітка Фрося. — Тільки в мене й купує на борщ та до борщу й на різні там салати. Учені, щоб знали ви, теж полюбляють борщі. А він такий… Все, що не запитай, знає як отче наш. І так мене своєю наукою буває забалакає, задовбає, як торгується, що я продаю йому тоді овочі чи не за дурно. Аж самій потім обидно. Уміє баки забивати своєю наукою — їдрі т— твою!.. І ні в кого не купує, крім, як у мене. Бо в мене, приміром, картопля не яка— небудь. Solanum fuberо Sum по-латині. А я, щоб ви знали, й по латині петраю. Бо я, щоб ви знали, не яка— небудь торговка, а женшина дуже вультурна. У мене бульба не проста, а сортова. "Чарівниця" називається. І я чи не за так тому типу віддаю, як баки мені своєю наукою заб’є…"</w:t>
      </w:r>
    </w:p>
    <w:p>
      <w:r>
        <w:br/>
        <w:t>От як той дуже вчений чоловік прийшов до тітки Фросі, теж майже ученої, картоплі, бурячків, моркви, капусти та різної зелені для борщу й салатів купувати (він сам ті борщі й варить), тітка Фрося й розповіла йому про пригоду із Змієвою могилою на околиці її колись рідного села Семихатки та про нору, що веде в підземелля… Та ще й про той гармидер, яким супроводжувалося утворення тієї нори і про ту чортяку, що гуде в норі, товчеться і не то лається, не то виє.</w:t>
      </w:r>
    </w:p>
    <w:p>
      <w:r>
        <w:br/>
        <w:t>Вислухав її той учений чоловік і каже (по-вченому звісно, так, що не все й уторопаєш, коли ти проста людина, але ми вже передамо його казання простою мовою), — є, мовляв, одна цікава теорія, наукою ще не доведена, але й не спростована, що Земля насправді порожниста. Планета, значить, наша, кулька земна, на якій ми, люди, й отаборилися. І що буцімто біля полюса Північного є діромаха, що веде в підземний світ — головний хід у порожнисту Землю. А вже в тій порожнині живуть різні чудиська і тварини, які давно зникли на поверхні, у нашому світі.</w:t>
      </w:r>
    </w:p>
    <w:p>
      <w:r>
        <w:br/>
        <w:t>Там світло є — своє, підземне сонце чи що? ("Та ні, — пояснив той учений чоловік, — радіація там випромінює світло, тому й видно"). Від гарячих підземних вод, по-вченому, термальних, там тепло. Підземні води якось стикуються з теплом вулканічних надр. І вони, ті води, між іншим, насичені мінеральними речовинами, тож мають цінні властивості, чи не лікувальні… В інших краях — навіть і далеко від Північного полюса з його діромахою в підземний світ, — час од часу з тих чи тих причин додаткові ходи відкриваються до порожнини Землі, що й сталося біля села Семихатки у Змієвій могилі… Там теж одкрилася дірка, хід у підземелля. Але це не страшно. А кому не страшно, коли насправді страшно, тітка Фрося так і не второпала. Але той учений чоловік своєю байкою про якусь там порожнину під землею так забив баки бідній жінці, що вона знову продала йому цілу торбу картоплі майже задурно. От і зв’язуйся з ученими, та ще на базарі! І чого з того, що їм переказала тітка Фрося, семихатківці не второпали, хоч вони теж не з дурних. Крім того, що тітка Фрося, виконуючи їхнє прохання та випитуючи вченого про те, звідки взялася діромаха у Змієвій могилі, сплохувала і продала ученому чоловікові, який забив їй баки, картоплю майже задурно…</w:t>
      </w:r>
    </w:p>
    <w:p>
      <w:r>
        <w:br/>
        <w:t>А з нори, що утворилася в череві Змієвої могили, тим часом гуде й гуде… Наче там страшний суд йде. І земля час од часу дрижить і трясеться, хоч землетрусами в тих краях зроду віку й не пахло (у Києві, правда, ще за княжих часів якось відбувся один землетрус, але ж тисячу з гаком літ тому!). Аж до села те двигтіння докочується, сну доброго, яким споконвіку відзначалися семихатківці, людей позбавляє.</w:t>
      </w:r>
    </w:p>
    <w:p>
      <w:r>
        <w:br/>
        <w:t>Що робити? До чого воно догуде-дотряееться? Стали семихатківці гадати — і так, і сяк… А раптом воно догуде й дотрясеться до того, що й Семихатки у підземелля проваляться? У ту порожнину, що буцімто існує в середині земної кульки, га?</w:t>
      </w:r>
    </w:p>
    <w:p>
      <w:r>
        <w:br/>
        <w:t>І що робити з тією діромахою у Змієвій могилі? Затичкою її не заткнеш, а на нерви зело дєйствує… Хоча чому б і не заткнути? Ось тільки чим? Землю чи пісок скільки не сип у ту діромаху — як у прірву, аж гоготить. Порадились дядьки і в складчину — з усіх мешканців села гривні збирали, — купили добрячу машину каміння та й завалили ним те провалля.</w:t>
      </w:r>
    </w:p>
    <w:p>
      <w:r>
        <w:br/>
        <w:t>— Отак буде спокійніше, — казали. — Хай тепер під землею трясця біситься та нуртує, а каміння їй не здужати. Та й ми спатимемо спокійніше, жили досі без чортівні, то і далі без неї якось проживемо. Хай вона казиться в порожнечі, що буцімто аж до Північного полюса од нас тягнеться…</w:t>
      </w:r>
    </w:p>
    <w:p>
      <w:r>
        <w:br/>
        <w:t>Поверх каміння ще й піску машину висипали — все чин-чином запломбували. Змієва гора мовби й заспокоїлась.</w:t>
      </w:r>
    </w:p>
    <w:p>
      <w:r>
        <w:br/>
        <w:t>День минає — нічого, вечір надходить — слава Богу тихо-мирно на тій могилі й побіля неї.</w:t>
      </w:r>
    </w:p>
    <w:p>
      <w:r>
        <w:br/>
        <w:t>А вночі раптом і зчинилося — щось страшелезне й жахне. Наче сто чортів разом затовклися. А тоді хтось у підземеллі Змієвої могили почав ревіти і одночасно трясти навколишнє, як кажуть, довкілля. Може йому, не сподобалось, що семихатківці нору камінням загатили.</w:t>
      </w:r>
    </w:p>
    <w:p>
      <w:r>
        <w:br/>
        <w:t>А тоді отой самий хтось якраз опівночі почав зсередини завал з каміння розбирати, а далі, вибравшись назовні, заходився його шпурляти подалі од могили.</w:t>
      </w:r>
    </w:p>
    <w:p>
      <w:r>
        <w:br/>
        <w:t>Здоровенним виявився той хтось, бо важенне каміння з Змієвої могили полетіло як іграшкове. Аж у селі почало падати, здіймаючи хмари пилу. Ями, падаючи, вибехкувало. І таке той підземний хтось натворив, таке… У тітки Явдохи каменюкою бовдур з хати збило, у Килини Савченкової вікно вигатило, а в дядька Карпа (отой, котрий трохи шепелявить) у стіні дірку пробило, а в діда Хвеська в саж влучило і підсвинка вгепало…</w:t>
      </w:r>
    </w:p>
    <w:p>
      <w:r>
        <w:br/>
        <w:t>Посипалось каміння на село чи не градом — люди не знали куди й розбігатися. Дехто зопалу так навіть із села дременув.</w:t>
      </w:r>
    </w:p>
    <w:p>
      <w:r>
        <w:br/>
        <w:t>Аж під ранок гупання стихло. Як усю машину того каміння, що ним завалено було нору, якась нечиста сила на село поперекидала і лише тоді вгамувалася, завдавши людям добрячих збитків — за здорово живеш. У Санька Прудкого, в отого, що не ходить, а бігає, наче хто його підганяє, такий невгамовний, каменюкою вугол хати знесло — як бритвою одрізало!</w:t>
      </w:r>
    </w:p>
    <w:p>
      <w:r>
        <w:br/>
        <w:t>Вранці люди побігли до рідної міліції.</w:t>
      </w:r>
    </w:p>
    <w:p>
      <w:r>
        <w:br/>
        <w:t>А та: ми вашими колективними хвантазіями займатися не будемо, позаяк нам за наведенням порядку у ввіреному районі ніколи иншими ділами та пригодами займатися. Як, між іншим, і криміналитетом, що й геть розперезався — на жаль, теж у нашому районі. А ви… З якоюсь там діркою у якійсь там могилі, де земля просто запала, голови нам морочите…</w:t>
      </w:r>
    </w:p>
    <w:p>
      <w:r>
        <w:br/>
        <w:t>Та найбільша жахота семихатківців чекала другодні. Бідні люди думали, що все найгірше вже лишилося позаду, як зненацька з дірки у Змієвій могилі щось вилізло. Натурально якесь бісівство несусвітне! Петько Івченко, круглий відмінник Семихатківської середньої школи, першим загледівши оте, що вилізло з дірки на світ білий, сказав, що то, прости Господи, динозавр!</w:t>
      </w:r>
    </w:p>
    <w:p>
      <w:r>
        <w:br/>
        <w:t>Це ж треба! Семихатківцям до всіх бід не вистачало ще динозаврів! Які, між іншим, давним-давно благополучно повимирали. А Петько, прибігши від могили до села, загорлопанив: ми, кричить, у школі динозаврів проходили. Динозавр виліз із Змієвої гори! Справжній— щонай— справжнісінький! Здоровенна така тварюка, тонн з двадцять буде. А висотою — як кран із стрілою. І як таке здоровидло з діромахи у Змієвій могилі вилізло? Одна шия у нього довжиною метрів із п’ять завдовжки буде, а на ній маленька голівка з гострим писком, у якому не зуби, а — ножі.</w:t>
      </w:r>
    </w:p>
    <w:p>
      <w:r>
        <w:br/>
        <w:t>Усі, хто бачив того плазуна мезозойської ери не дадуть збрехати.</w:t>
      </w:r>
    </w:p>
    <w:p>
      <w:r>
        <w:br/>
        <w:t>За розповідями семихатківців, що їх пізніше зібрав автор, насправді попередні дані про того динозавра дещо перебільшені — в страха очі великі. Насправді, динозавр був невеликий, трохи вищим за людину, але вельми прудким. На голові в нього стирчав ріг, а на спині — кістяний гребінь. Судячи з усього, гадає автор, то був цератозавр. Пересувався він на задніх ногах, кожна з яких мала три пальці з великими кігтями. А передні ніжки в нього були маленькі, щось як ручки — ними він міг кого завгодно вхопити.</w:t>
      </w:r>
    </w:p>
    <w:p>
      <w:r>
        <w:br/>
        <w:t>Петько, сам злякавшись, почав казати: не бійтеся, мовляв, динозаври давним-давно повимирали, а як цей уцілів у Змієвій могилі, він не відає, бо про те в школі вони не проходили…</w:t>
      </w:r>
    </w:p>
    <w:p>
      <w:r>
        <w:br/>
        <w:t>Потім вчитель з місцевої школи підтвердив: так, каже, динозаври вимерли. Мільйони та мільйони років тому. Шістдесят з гаком мільйонів років тому, як ще й люди не водилися. Були вони великі і малі, висотою сягали від одного до тридцяти метрів. Два поверхи міського будинку! А вагою сягали й до сорока тонн! Були у них кістяні панцирі, шипи, роги, не кігті на ногах, а — кинджалюки! Одним таким кігтиком розпоре тебе і пікнути не встигнеш. Були двоногі й чотириногі. У кожного не хвіст, а хвостяра з гострими шипами на кінці. Як уперіщить тебе, летітимеш як футбольний м’яч. Власне, не ти летітимеш, а те, що від тебе залишиться.</w:t>
      </w:r>
    </w:p>
    <w:p>
      <w:r>
        <w:br/>
        <w:t>Рослинноїдні були — такі корівками на луках паслися, — і плотоядні — жерли собі подібних. Кого не здибували. Людей би поїдом їли, якби тоді люди були, тож за відсутністю людей, вони один одного їли. Так їм і треба! Може й поїли самі себе, а вже останні з голоду вимерли. Викопні їхні рештки повсюди трапляються, а це трапився й живий — дідько б його взяв! Як він уцілів, вчитель не знає. Мабуть, їхній довгожитель. Коли динозаври вимирали, цей меткий, під землю заліз і пересидів там лихо. А це із Змієвої нори виліз — гуп-гуп! Чап-чалап! Аж земля під ним прогинається. От би такого у плуга запрягти, гори б розорав!</w:t>
      </w:r>
    </w:p>
    <w:p>
      <w:r>
        <w:br/>
        <w:t>На село посунула гемонська личина. Пащека роздявлена, зуби-ножі стричать, очі вогнем горять…</w:t>
      </w:r>
    </w:p>
    <w:p>
      <w:r>
        <w:br/>
        <w:t>Порозбігалися люди перед тим страшидлом, а воно суне й суне — як паровик! І ніхто його не може зупинити.</w:t>
      </w:r>
    </w:p>
    <w:p>
      <w:r>
        <w:br/>
        <w:t>Гуп та гуп, тільки з боку на бік похитується той целурозавр — чи як там його. Схопить собаку — гам і немає бідного пса. Півня, який забарився на тину в баби Лукери, схопило — хрум і немає когута. На один зуб тому динозаврику!</w:t>
      </w:r>
    </w:p>
    <w:p>
      <w:r>
        <w:br/>
        <w:t>Поникав він селом сюди й туди, переполоху на сто год нагнавши на бідне село. У баби Мотрі цілого кабанюру зжер (перед Різдвом стара збиралася його колоти, тож викохала!) Нарешті ніби наситився і трохи аж подобрів, і тоді забрався в клуню діда Тодося, отого, що в нього в гентім році блискавка теличку вбила, вивалив двері і якось втиснувся в середину, чортяка! Розлігся й заснув. Та так тварюка захропіла, що аж шибки у вікнах ближніх хат задзеленчали…</w:t>
      </w:r>
    </w:p>
    <w:p>
      <w:r>
        <w:br/>
        <w:t>Либонь тоді бідне село (окрім, звичайно, діда Тодося, якому шкода було клуні) якось перевело подих. Але до спокою було ще далеко. Та й який спокій при такій пригоді!</w:t>
      </w:r>
    </w:p>
    <w:p>
      <w:r>
        <w:br/>
        <w:t>День спить та чудасія і хропака дає, ніч минає — хропе!</w:t>
      </w:r>
    </w:p>
    <w:p>
      <w:r>
        <w:br/>
        <w:t>Осміліли люди, навколо клуні Тодосевої ходять (дід так у хаті й ночувати боявся, до куми на другий кінець села ходив ночувати) Що робити? Як спекатися такого чуда— юда?</w:t>
      </w:r>
    </w:p>
    <w:p>
      <w:r>
        <w:br/>
        <w:t>Знову в міліцію подзвонили, а вона стару пісню заспівала: займатися вашими колективними хвантазіями нам нема коли. Ми зайняті наведення зразкового порядку у ввіреному нам районі, тож нам нема коли навіть криміналітетом займатися, що й геть розперезався, а ви… Звертайтесь до охотників — це по їхній частині. Хай влаштовують облаву на вашого, як ви кажете, динозавра!…</w:t>
      </w:r>
    </w:p>
    <w:p>
      <w:r>
        <w:br/>
        <w:t>Робити нічого, зажурені семихатківці звернулися до Товариства мисливців та рибалок — як до останньої інстанції. Більше звертатися вже не було куди. Ну, звернулися, а ті: коби вовка— сіроманця вбити та коби ви ще й бензинчику нам підкинули то наші охотники його б той… укокошкали б. Як повезло б. А на динозавра йти — нема дурних! Тоїсть, вони є, бо де їх немає, але досвіду як вполювати динозавра у наших охотників катма. Від 1921 року, коли було створено Товариство мисливців та рибалок і по наші дні ми динозаврами ще не займалися. Та й путного ружжа проти такого звіра у нас немає. У наших хлопців— молодців якісь там пукавочки, а ви — динозавра вгепати! Що з грецької перекладається як жахливий, страшний надзвичайний ящур! Та проти жахливого, страшного і надзвичайного пушка потрібна, гаубиця якась там! Самоходна на гусеничному ходу. Чи бойова машина реактивної артилерії Ш-24. Себто "катюша". Чи установка реактивних керованих протитанкових снарядів. Чи англійська 133,7-міліметрова гармата МК-3. Чи 90-міліметрова саморушна німецька проти— танкова гармата, гірська, або гаубиця, що в італійців. Або наш 60-міліметровий міномет М-160. А ви — до охотників. Нема дурних! Полюйте свого динозавра самі. Що порадити? О, це ми гаразді — на поради. Спить та чортяка в клуні діда Тодося, то хай і далі дає хропака. Не будіть лихо, покіль спить воно тихо — а там видно буде. Як та динозавряка переїсть у вашому селі всю живність, сама піде геть. До іншого села…</w:t>
      </w:r>
    </w:p>
    <w:p>
      <w:r>
        <w:br/>
        <w:t>Ще раз до вченого звернулися. До того, який забалакавши тітку Фросю своєю наукою, задурно в неї купує картоплю. А він:</w:t>
      </w:r>
    </w:p>
    <w:p>
      <w:r>
        <w:br/>
        <w:t>— Не інакше, як один динозавр, коли його родаки мільйоноліття тому вимирали, якимось робом уцілів і до вас приперся. Ви його мать і випужали із Змієвої могили, тож самі й винуваті…</w:t>
      </w:r>
    </w:p>
    <w:p>
      <w:r>
        <w:br/>
        <w:t>Ще подумав учений чоловік, ще згадав про свою науку:</w:t>
      </w:r>
    </w:p>
    <w:p>
      <w:r>
        <w:br/>
        <w:t>— Існує, — каже, — версія про те, що на Землі періодично відбувається викривлення простору і часу. Тож у таких місцях, як у вашій Змієвій могилі тоді виникають чорні діри… Ще одна версія існує: час од часу відбувається взаємопроникнення паралельних світів і тоді в такій аномальній зоні (аномалія, пояснив простим семихатківцям, це відхилення від норми, від загальної закономірності, ненормальність), тож у такій, — каже, — аномальній зоні, у якій опинилася Змієва могила біля вашого села і відбулося взаємопроникнення паралельних світів, тож мешканці Землі-2 (… о, а де ця ще взялася?) з’явилися на Землі-1. Що і сталося біля Змієвої могили. Але, звісно, така гіпотеза ще не підтверджена ніякими емпіричними матеріалами.</w:t>
      </w:r>
    </w:p>
    <w:p>
      <w:r>
        <w:br/>
        <w:t>— Що порадити? А ось що — майте на увазі за так вам пораду даю, хоч інший би за консультацію здер би з вас мішок картоплі. Так ось. Хай спить динозавр у клуні діда Тодося, а як протре баньки то беріть у руки все замашне дрюччя— ломаччя і гуртом його в ту діромаху у Змієвій могилі назад заженість. А взагалі, остерігайтеся її, аномальної зони, не інакше, як там паралельні світи зустрічаються і тоді мешканці інших світів з’являються у нашому світі…</w:t>
      </w:r>
    </w:p>
    <w:p>
      <w:r>
        <w:br/>
        <w:t>І далі своєю наукою і геть нашим дядькам баки замакітрив та так, що вони, повернувшись додому, довго не могли до тями прийти та второпати що й до чого…</w:t>
      </w:r>
    </w:p>
    <w:p>
      <w:r>
        <w:br/>
        <w:t>Легко радити. Ломаччя замашного, правда, в Семихатках скільки завгодно, але як ту твар назад у Змієву могилу загнати, того ніхто з дядьків не знав, хоч серед них деякі мали світлі та мудрі голови.</w:t>
      </w:r>
    </w:p>
    <w:p>
      <w:r>
        <w:br/>
        <w:t>Думали-гадали семихатківці, покіль динозавр з аномальної — чи якої там? — зони давав хропака в клуні діда Тодося. Все вони спізнали за життя — навіть колись гуртом комунізм будували і погрожували його збудувати, — ось тільки з динозаврами їм ще не доводилося мати, справу, тож як з халепи викрутитися не відали.</w:t>
      </w:r>
    </w:p>
    <w:p>
      <w:r>
        <w:br/>
        <w:t>Добре, що той жахливий та страшенний спить собі та й спить у клуні діда Тодося — там сухо, тепло, затишно. Чого йому й не хропіти. Розлігся, як у себе вдома, у юрському періоді. Чи й ще краще. То дід Тодось собі місця не знаходить, боїться за клуню, а динозаврові що — день спить, ніч спить, ще день хропака дає. Мабуть не виспався в своєму юрському періоді мезозойської ери — так вона ж тривала 170 мільйонів років — було коли виспатися!</w:t>
      </w:r>
    </w:p>
    <w:p>
      <w:r>
        <w:br/>
        <w:t>А діди все думають і думають — що з тим монстром робити? Покіль він спить з ним ще можна якось боротися, а як устане то вже ладу йому не даси. То як би так зробити, щоби вік не проснувся? Принаймні, в цьому світі.</w:t>
      </w:r>
    </w:p>
    <w:p>
      <w:r>
        <w:br/>
        <w:t>Думали, думали світлі та мудрі голови і нарешті придумали: треба його, покіль він не проснувся, той… вгепати. Ось тільки добровольців, які б до сонного динозавра підкралися та довбнею його по башці обамбурили, не знайшлося в Семихатках. Та й де такого дрюка, таку довбню важенну найти, аби того динозавра до його динозаврячих праотців відправити? Тут не інакше, як Кирило Кожум’яка, який колись Змія Горинича вгепав, потрібний. Але де того Кожум’яку в Семихатках знайдеш? Та й перевелися тепер Кожум’яки, ніц більше богатирів на Русі. Хоча б таких, які були в часи князювання Володимира Великого. І все ж семихатківці— виявляється, і серед них були винахідливі, звані народними умільцями, — надумали підкрастися до клуні, вивалені двері дровиняччям загородити і за сірники взятися…</w:t>
      </w:r>
    </w:p>
    <w:p>
      <w:r>
        <w:br/>
        <w:t>— Ей, ей, що ви надумали, їдрі т— твою! — переполошився дід Тодось. — Клуні жалко, вона ж у мене в обійсті чи не піввіку стоїть.</w:t>
      </w:r>
    </w:p>
    <w:p>
      <w:r>
        <w:br/>
        <w:t>— А людей тобі, діду, не жалко? — питають односельці. — Тих, що їх, як проснеться та чортяка, та на той світ відправить? Чи то пак, у свій шлунок, з якого є лише один… гм-гм… вихід. Не жалко? Тобі клуня дорожча?</w:t>
      </w:r>
    </w:p>
    <w:p>
      <w:r>
        <w:br/>
        <w:t>Жалко стало дідові Тодосю і людей, яких проснувшись, може пожерти той монстр, що хропе у клуні, тож повагавшись, старий рукою махнув. Робіть, мовляв, люди добрі, як вам лучче! Хата не ворог — підпалиш, згорить. Так і моя клуня.</w:t>
      </w:r>
    </w:p>
    <w:p>
      <w:r>
        <w:br/>
        <w:t>От люди добрі перехрестившись й підпалили клуню з трьох боків, добряче висохла за піввіку, вона спалахнула як порохова скіпка. Жарке огнище шугнуло чи не до хмар. А тут ще й вітер налетів, як мотонув полум’я, так на додачу до клуні ще й три ближні хати згоріли — у Біликів, Петринчуків і в Павлюків. Вони й пред’явили претензії діду Тодосю — від твоєї клуні згоріло, компенсовуй нам витрати. То діда Тодося крім жалю за клунею, ледь грець не схопив.</w:t>
      </w:r>
    </w:p>
    <w:p>
      <w:r>
        <w:br/>
        <w:t>Але ж і клятий динозавр той, що страшний та жахний, разом з клунею та трьома хатами згорів — туди йому й дорога! Сидів би у підземеллі своєму, у порожнині Землі чи в якомусь паралельному світі і лиха б не знав.</w:t>
      </w:r>
    </w:p>
    <w:p>
      <w:r>
        <w:br/>
        <w:t>А виліз, бедламу натворив — себе й винувать!</w:t>
      </w:r>
    </w:p>
    <w:p>
      <w:r>
        <w:br/>
        <w:t>Вогонь зжер все, чим йому було поживитися і згас, рухнули недогорілі крокви, шматки лат — купа попелу на місці клуні вивершилася. Димить та іскрами стріляє.</w:t>
      </w:r>
    </w:p>
    <w:p>
      <w:r>
        <w:br/>
        <w:t>— Амбець динозаврові, — радо загомоніли дядьки, а дід Тодось ще й перехрестившись, додав при цьому. — І моїй клуні також!</w:t>
      </w:r>
    </w:p>
    <w:p>
      <w:r>
        <w:br/>
        <w:t>Аж тут з купи попелу та недогорілого дрюччя, що диміло, вилазить динозавр. Обгорілий, аж дивитися на нього страшно, — шкура на ньому — чи що там у нього, — шматтям звисає та маслаки біліють…</w:t>
      </w:r>
    </w:p>
    <w:p>
      <w:r>
        <w:br/>
        <w:t>— От зараза, — вилаявся дід Тодось, за яким раніше такий гріх, як лайка, ніколи не водився, зразковий до того був дід. — За що ж я клунею пожертвував, як ця чортяка в такій пужежі вціліла?!.</w:t>
      </w:r>
    </w:p>
    <w:p>
      <w:r>
        <w:br/>
        <w:t>Але динозавру таки перепало, ледве-ледве на своїх могутніх ногах тримається. Такого вже гуртом і добити можна.</w:t>
      </w:r>
    </w:p>
    <w:p>
      <w:r>
        <w:br/>
        <w:t>Все б нічого (хтось уже хотів було бігти за дрюччам), так не сама твар вилізла з пожежі, а ще з однією такою ж тваринкою, як і сама. Тільки маленькою, але точною копією її самої.</w:t>
      </w:r>
    </w:p>
    <w:p>
      <w:r>
        <w:br/>
        <w:t>— Йой!!. — дядьки в один голос. — Виявляється, ніякий це не динозавр, а — динозавриха!</w:t>
      </w:r>
    </w:p>
    <w:p>
      <w:r>
        <w:br/>
        <w:t>— Еге ж! І в клуні діда Тодося вилупила диназавреня. Ось чого вона з клуні так довго не виходила — маля своє годувала.</w:t>
      </w:r>
    </w:p>
    <w:p>
      <w:r>
        <w:br/>
        <w:t>— Т-туди т-твою!!. — затягнув своєї дід Тодось. — За віщо ж моя клуня за димом пішла?</w:t>
      </w:r>
    </w:p>
    <w:p>
      <w:r>
        <w:br/>
        <w:t>— І наші хати, — загаласували інші погорілці. — Відшкодовуйте нам тепер збитки! Чухаються дядьки, один на одного уникають дивитися.</w:t>
      </w:r>
    </w:p>
    <w:p>
      <w:r>
        <w:br/>
        <w:t>— Що ж нам теперички робити? — питають невідомо в кого семихатківці. — Їй кабець, а динозавреня ж куди? Вона його від вогню собою прикрила — не вбивати ж мамку після цього? Та ще й маля її — на дідька воно нам здалося?</w:t>
      </w:r>
    </w:p>
    <w:p>
      <w:r>
        <w:br/>
        <w:t>Стали думати-гадати. Та і як же ти не будеш думати, як такої пригоди з семихатківцями зроду— віку не лучалося, а це Змієва могила отакого клопоту завдала!</w:t>
      </w:r>
    </w:p>
    <w:p>
      <w:r>
        <w:br/>
        <w:t>А динозавриха обгоріла тим часом на них суне на своїх тумбах— ногах і за ручку маля веде. (Чи то в них ручки, чи передні недорозвинені ноги — сам чорт в цьому не розбереться!). Розбіглися люди навсібіч, а одна жінка стоїть як стовб укопаний, хреститься та бурмотить:</w:t>
      </w:r>
    </w:p>
    <w:p>
      <w:r>
        <w:br/>
        <w:t>— Свят, свят!.. Чи сниться мені це чудо-юдо чи насправжки?</w:t>
      </w:r>
    </w:p>
    <w:p>
      <w:r>
        <w:br/>
        <w:t>Звали її Мавра. Мавра Срібна. ("Чого Срібна? — бувало питала співбесідників і сама й відповідала: — Та тому, що на золото не спромоглася. Але й так дяка Богові, що не залізна к приміру, не дерев’яна!") Вже багато весен-літ мешкала вона самотиною у своїй хатці край села, що дуже нагадувала оті казкові хатки, що на курячих ніжках. Чоловік її помер бозна й коли і Мавра вже й не пам’ятала скільки літ вона була на вдівстві.</w:t>
      </w:r>
    </w:p>
    <w:p>
      <w:r>
        <w:br/>
        <w:t>— Я, — казала, бувало, Мавра про себе, — королева-удова. Бо в мене на причілку королевий квіт росте.</w:t>
      </w:r>
    </w:p>
    <w:p>
      <w:r>
        <w:br/>
        <w:t>Дітей у неї не було і бідна жінка надто з того потерпала і ніяк не могла змиритися, що вона — самотина у такому людному світі. "Межи людьми живу, а як на безлюдді" — жалілась іноді. А вже як змирилася зі своїм одинацтвом, то наче зів’яла:</w:t>
      </w:r>
    </w:p>
    <w:p>
      <w:r>
        <w:br/>
        <w:t>— Гірка удовина доля, німую та німую, вже й балакати розучилася. Хіба що сама з собою поспілкуюся і то легше… А ще тяжкіше, що немає за ким турбуватмся-піклуватися. Як це так, жива людина, а нема за ким поухажувати. А людина мусить за кимось турбуватися, когось доглядати комусь допомагати — хоч за рідним, хоч за ближнім. Хоч за твариною — інакше для чого вона й людина?</w:t>
      </w:r>
    </w:p>
    <w:p>
      <w:r>
        <w:br/>
        <w:t>Отож, до Марфи й сунуло те чудо-юдо, а бідна жінка тільки хрестилася і — ні руш з місця.</w:t>
      </w:r>
    </w:p>
    <w:p>
      <w:r>
        <w:br/>
        <w:t>Кричать їй односельці:</w:t>
      </w:r>
    </w:p>
    <w:p>
      <w:r>
        <w:br/>
        <w:t>— Мавро, бери ноги в руки й чеши подалі од біди!</w:t>
      </w:r>
    </w:p>
    <w:p>
      <w:r>
        <w:br/>
        <w:t>А вона:</w:t>
      </w:r>
    </w:p>
    <w:p>
      <w:r>
        <w:br/>
        <w:t>— Я клуні не палила, то чого маю тікати?</w:t>
      </w:r>
    </w:p>
    <w:p>
      <w:r>
        <w:br/>
        <w:t>— А того… Страхопудало не буде розбиратися хто палив, а хто ні — на тебе суне.</w:t>
      </w:r>
    </w:p>
    <w:p>
      <w:r>
        <w:br/>
        <w:t>— Але ж то хоч і чортяка, прости Господи, а — мати. А ми гріх вчинили, що матір спалили.</w:t>
      </w:r>
    </w:p>
    <w:p>
      <w:r>
        <w:br/>
        <w:t>— Істино гріх, — підтвердив і отець Даміан, на всяк випадок тримаючись подалі та хреста виставляючи поперед себе. — Кожна твар є божою твар’ю і має вона право на життя, дароване їй Господом. Тіко Він один може рішати кому ще пожити, а кому вже й пора. А ми, грішні, життя цій тварі не давали, то й забирати його не маємо права.</w:t>
      </w:r>
    </w:p>
    <w:p>
      <w:r>
        <w:br/>
        <w:t>А динозавриха тим часом якось дошкутильгала до Маври, а тоді підштовхнула до неї своє маля, а сама важко беркицнулась на бік — аж загуло навколо. Дриґнула раз-другий ногами й затихла.</w:t>
      </w:r>
    </w:p>
    <w:p>
      <w:r>
        <w:br/>
        <w:t>І лежить — гора горою.</w:t>
      </w:r>
    </w:p>
    <w:p>
      <w:r>
        <w:br/>
        <w:t>А динозавреня до туші кинулось, жалібно щось кричить — люди аж охнули.</w:t>
      </w:r>
    </w:p>
    <w:p>
      <w:r>
        <w:br/>
        <w:t>— Хоч і твар, але й вона за матір’ю побивається. Що ж тепер нам робити?</w:t>
      </w:r>
    </w:p>
    <w:p>
      <w:r>
        <w:br/>
        <w:t>Допоки вони гадали, Мавра динозавреня за ручку його маленьку передню взяла і повела його додому. А перед тим сказала односельцям:</w:t>
      </w:r>
    </w:p>
    <w:p>
      <w:r>
        <w:br/>
        <w:t>— Хоч і уродина це малятко, але ж і воно без рідної матері потерпатиме. Заберу його до себе. То й буде мені про кого турбуватися.</w:t>
      </w:r>
    </w:p>
    <w:p>
      <w:r>
        <w:br/>
        <w:t>Ось таке страховиння одного літа лучилося в селі Семихатки, що на лівому березі Дніпра розкинулося. І не казка це, щоби ви знали, не легенда, не передання яке, а істина бувальщииа— билиця. Розказували люди (та ви самі можете про це семихатківців розпитати і вони вам підтвердять, що це — щонайправдивіша — правда), що динозавреня те прижилося у вдови Маври, як у рідної мамки. Мавра для нього — пенсію ж одержувала, — купувала в односельців молоко і чудо-юдо те на молоці швидко росло й сил набиралося.</w:t>
      </w:r>
    </w:p>
    <w:p>
      <w:r>
        <w:br/>
        <w:t>Щодня до Маври цікаві заглядали, на диво незнане подивитися.</w:t>
      </w:r>
    </w:p>
    <w:p>
      <w:r>
        <w:br/>
        <w:t>— Еге, росте, — радо казала жінка. — Вже й курей моїх їсть. На мясце її потягло, і нівроку на курятині здоров’ям наливається.</w:t>
      </w:r>
    </w:p>
    <w:p>
      <w:r>
        <w:br/>
        <w:t>— А що ж буде, як чудо-юдо твоє виросте? — жахалися односельці. — Та воно ж і нас без солі пожере. Та і який з нього зиск? Як із цапа нема молока, так і з нього. Але з цапа хоч м’ясо, а з нього й мняса катма!</w:t>
      </w:r>
    </w:p>
    <w:p>
      <w:r>
        <w:br/>
        <w:t>— Бог створив його для життя, то хай і живе, — гне своє Мавра. — Мені курей не жалко.</w:t>
      </w:r>
    </w:p>
    <w:p>
      <w:r>
        <w:br/>
        <w:t>Впоравшись з Мавриними курми, те чудо-юдо, — а воно так і шугнуло вгору рости, — почало сусідських ловити. У діда Микити півня, — а був же генеральський на вигляд! — схопило, як він на тину кукурікав — поминай як звали когута!</w:t>
      </w:r>
    </w:p>
    <w:p>
      <w:r>
        <w:br/>
        <w:t>У тітки Секлети селезня згламало — тітка на все село заголосила. А коли в дядька Никодима динозавреня індика з’їло ("Не зовсім підходяща птиця гиндик, — казав бувало дядько. — Одного мало, а двох не з’їсиш"), дядько чи не всі Семихатки зґвалтував.</w:t>
      </w:r>
    </w:p>
    <w:p>
      <w:r>
        <w:br/>
        <w:t>— З тією уродиною, що у Маври прижилася, тре щось робити — доки вона й нас живцем не поїла!</w:t>
      </w:r>
    </w:p>
    <w:p>
      <w:r>
        <w:br/>
        <w:t>І люд галасливим тлумом посунув до Мавриного обійстя…</w:t>
      </w:r>
    </w:p>
    <w:p>
      <w:r>
        <w:br/>
        <w:t>Вийшла Мавра до воріт (з-за неї те чудо-юдо визирає, цікавими очима навсібіч стріляє та хвостом позад себе кушпелить).</w:t>
      </w:r>
    </w:p>
    <w:p>
      <w:r>
        <w:br/>
        <w:t>— Чого вам треба, люди добрі? — питається Мавра. — Я вас, здається, у гості не кликала.</w:t>
      </w:r>
    </w:p>
    <w:p>
      <w:r>
        <w:br/>
        <w:t>А люди ті добрі й кажуть:</w:t>
      </w:r>
    </w:p>
    <w:p>
      <w:r>
        <w:br/>
        <w:t>— А віддай на оту… потвору рогату з гребенем на спині кістяним. Що у тебе з-за спини визирає і в хаті твоїй живе.</w:t>
      </w:r>
    </w:p>
    <w:p>
      <w:r>
        <w:br/>
        <w:t>— Динозавренятко? — уточнює Мавра, хоч і знає кого односельці мають на увазі.</w:t>
      </w:r>
    </w:p>
    <w:p>
      <w:r>
        <w:br/>
        <w:t>— Ага, як ти кажеш… ди-ди… Чортеня одне слово, дияволення з світу підземного віддай нам.</w:t>
      </w:r>
    </w:p>
    <w:p>
      <w:r>
        <w:br/>
        <w:t>— А нащо воно вам, люди добрі?</w:t>
      </w:r>
    </w:p>
    <w:p>
      <w:r>
        <w:br/>
        <w:t>А люди добрі й одказують:</w:t>
      </w:r>
    </w:p>
    <w:p>
      <w:r>
        <w:br/>
        <w:t>— А ми його вб’ємо. Покіль воно великим не виросло та не натворило біди. Нащо воно нашому селу. Прибилося з підземного світу, із Змієвої могили, то хай туди й повертається. Під землю. Уб’ємо його. От візьмемо й уб’ємо, поки ще мале.</w:t>
      </w:r>
    </w:p>
    <w:p>
      <w:r>
        <w:br/>
        <w:t>— І не жалко вам божу твар життя позбавляти?</w:t>
      </w:r>
    </w:p>
    <w:p>
      <w:r>
        <w:br/>
        <w:t>— А воно й справді твар. Тільки не божа, а — дияволова. Почвара, прости Господи!</w:t>
      </w:r>
    </w:p>
    <w:p>
      <w:r>
        <w:br/>
        <w:t>— Але й виродок хоче жити.</w:t>
      </w:r>
    </w:p>
    <w:p>
      <w:r>
        <w:br/>
        <w:t>— Хай і живе, тіко не в нашому селі. У нашому — вб’ємо.</w:t>
      </w:r>
    </w:p>
    <w:p>
      <w:r>
        <w:br/>
        <w:t>— Гріх життя живу істоту позбавляти, навіть твар.</w:t>
      </w:r>
    </w:p>
    <w:p>
      <w:r>
        <w:br/>
        <w:t>— Але ця твар у нас курей та іншу птицю пожирає.</w:t>
      </w:r>
    </w:p>
    <w:p>
      <w:r>
        <w:br/>
        <w:t>— Бо й твар їсти хоче. А я заплачу за ту шкоду.</w:t>
      </w:r>
    </w:p>
    <w:p>
      <w:r>
        <w:br/>
        <w:t>— Краще віддай саму твар, бо силоміць заберемо. Ти, Мавро, нікому не чинила, ти добра й жаліслива. Але зміюку добрячу пригріла на своїй доброті — сама ж од неї і постраждаєш.</w:t>
      </w:r>
    </w:p>
    <w:p>
      <w:r>
        <w:br/>
        <w:t>Мавра взяла вила— трійчата, що біля тину стояли і каже:</w:t>
      </w:r>
    </w:p>
    <w:p>
      <w:r>
        <w:br/>
        <w:t>— Не підходьте. Бо хто наважиться динозавреня вбивати, дуже об тім пошкодує.</w:t>
      </w:r>
    </w:p>
    <w:p>
      <w:r>
        <w:br/>
        <w:t>— Тю, тю, дурна! — люди їй. — За якусь потвору людям убивством погрожуєш? Схаменися!</w:t>
      </w:r>
    </w:p>
    <w:p>
      <w:r>
        <w:br/>
        <w:t>— А ви не несіть до мого обійстя убивства, то й вас воно обмине. У святому письмі що сказано: як ти воздаєш, так і тобі воздається.</w:t>
      </w:r>
    </w:p>
    <w:p>
      <w:r>
        <w:br/>
        <w:t>Погаласували односельці, погаласували і бачачи, що Мавру на понт не взяти — на смерть вона стане за те чудо-юдо, — то й розійшлися.</w:t>
      </w:r>
    </w:p>
    <w:p>
      <w:r>
        <w:br/>
        <w:t>— Отакечки й краще, — вила в одну руку, динозавреня за його ручку в другу і почвалала Мавра до хати, бурмочучи: — Ідіть собі з миром та з добрим серцем і не чіпайте живу істоту. Ви жити хочете і твар хоче. То хто вам дав право позбавляти її життя? Яке б воно в неї не було, а воно їй рідне і найрідніше. Всі маємо під сонцем у світі білому життя — і двоногі, й чотириногі.</w:t>
      </w:r>
    </w:p>
    <w:p>
      <w:r>
        <w:br/>
        <w:t>Звідтоді вечорами у хатці Маври Срібної чи не до півночі світилося єдине віконце на дві шибки ("Насправді воно в мене велике, — казала бувало жінка, — адже у нього щоранку заглядає сонечко…")</w:t>
      </w:r>
    </w:p>
    <w:p>
      <w:r>
        <w:br/>
        <w:t>Ні, ні та й заглядали односельці вечорами в те віконце — аж королевий квіт на причілку витоптали.</w:t>
      </w:r>
    </w:p>
    <w:p>
      <w:r>
        <w:br/>
        <w:t>Ділилися потім побаченим:</w:t>
      </w:r>
    </w:p>
    <w:p>
      <w:r>
        <w:br/>
        <w:t>— Мавра при світлі каганця вишиває, а те чудо-юдо біля неї грається клубочками ниток. Мавра щось до нього балакає, а воно мовби й тямить людську мову, бо й собі щось там по своєму харамаркає. І Мавра мовби його розуміє. Мо й справді їй легше, що в неї жива істота в хаті — Бодай і страшна. Є з ким самотній жінці погомоніти і є за ким тепер турбуватися…</w:t>
      </w:r>
    </w:p>
    <w:p>
      <w:r>
        <w:br/>
        <w:t>А ті, радикали (є, є і в Семихатках прихильники рішучих дій і заходів, що ні перед ким у броду не стоять), на своєму затялися:</w:t>
      </w:r>
    </w:p>
    <w:p>
      <w:r>
        <w:br/>
        <w:t>— Мавро, віддай нам своє чудо-юдо!</w:t>
      </w:r>
    </w:p>
    <w:p>
      <w:r>
        <w:br/>
        <w:t>— А нащо воно вам?</w:t>
      </w:r>
    </w:p>
    <w:p>
      <w:r>
        <w:br/>
        <w:t>— Та ми ж тобі вже казали: уб’ємо його. Щоб за ним і слід запав, цур йому пек!</w:t>
      </w:r>
    </w:p>
    <w:p>
      <w:r>
        <w:br/>
        <w:t>— А з ким же я тоді житиму? Самотньому щоби ви знали не мед.</w:t>
      </w:r>
    </w:p>
    <w:p>
      <w:r>
        <w:br/>
        <w:t>— Дак воно ж… воно потвора несусвітня!</w:t>
      </w:r>
    </w:p>
    <w:p>
      <w:r>
        <w:br/>
        <w:t>— А мені з потворою краще, як самій.</w:t>
      </w:r>
    </w:p>
    <w:p>
      <w:r>
        <w:br/>
        <w:t>Так ні до чого й не добалакалися сільські радикали з Маврою Срібною. Тож почали проти неї лихе готувати. І по якомусь часі Маврина хатка спалахнула — як сухий сніп соломи (та вона й крита була соломою).</w:t>
      </w:r>
    </w:p>
    <w:p>
      <w:r>
        <w:br/>
        <w:t>Ледве бідна жінка встигла зі своїм чудом-юдом та ще прихопивши вузлик з вишиванням вискочити з тієї пожежі. Забемкав у селі дзвін, але що з того.</w:t>
      </w:r>
    </w:p>
    <w:p>
      <w:r>
        <w:br/>
        <w:t>Згоріла хатка, крокви впали, стеля обвалилася, віконце, двері й начиння нехитре в хатці на попіл та недогорілі головешки перетворилося.</w:t>
      </w:r>
    </w:p>
    <w:p>
      <w:r>
        <w:br/>
        <w:t>— Ех, люди, люди, — тільки й зітхнула Мавра. — Є речі які силою та вогнем не вирішуються. Спалили хату бідній удові — вам від того легше стало? — Мовчать люди, мовби їм аж недобре стало. — Прощавайте. Живіть у мирі та злагоді — як то й заведено людям у світі білому жити.</w:t>
      </w:r>
    </w:p>
    <w:p>
      <w:r>
        <w:br/>
        <w:t>Вузлик в одну руку, другою взяла за ручку динозавреня та й пішла з села у світ білий — куди очі дивляться.</w:t>
      </w:r>
    </w:p>
    <w:p>
      <w:r>
        <w:br/>
        <w:t>І де вона нині — того ніхто не відає. Світ, як кажуть, широкий і місце в ньому кожному знайдеться. І чи жива вона — того ніхто з семихатківців не відає. Десь таки знайшлося місце добрій жінці з її малою потворою — тож є їй за ким турбуватися. Бо ж і справді має людина за кимось турбуватися, комусь допомагати, бо інакше для чого ж тоді й жити. А на місці її хати, як вітер попіл розвіяв по весні королевий квіт рясно-рясно вигулькнув — як хто кого посіяв. Та й зацвів квіточками — червоними, блідо-рожевими, строкатими… Він односельцям ще довго нагадував про королеву— удову й їм, як дивилися на ті маленькі квіточки аж незручно ставало. Вони щось там бурмотіли й хутчій обминали те місце.</w:t>
      </w:r>
    </w:p>
    <w:p>
      <w:r>
        <w:br/>
        <w:t>Ось така пригода— приключка одного літа — дай Бог пам’яті якого саме року, — лучилася в селі Семихатки, що над Дніпром.</w:t>
      </w:r>
    </w:p>
    <w:p>
      <w:r>
        <w:br/>
        <w:t>Зрозуміло, що десь у світах з Маврою дибуляє і те чудо-юдо, назва якого з латини перекладається, як жахливе, страшне і надзвичайне.</w:t>
      </w:r>
    </w:p>
    <w:p>
      <w:r>
        <w:br/>
        <w:t>А Змієва могила звідтоді не трясеться… Ніякі потвори з неї вже не вилазять, а нору семихатківці знову камінням завалили і зверху піском та землею засипали й посіяли траву.</w:t>
      </w:r>
    </w:p>
    <w:p>
      <w:r>
        <w:br/>
        <w:t>Могила зазеленіла гарно так, врунами і мовби вгамувалася. Ось тільки чи надовго?</w:t>
      </w:r>
    </w:p>
    <w:p>
      <w:r>
        <w:br/>
        <w:t>Але… Поживемо — та й побачимо.</w:t>
      </w:r>
    </w:p>
    <w:p>
      <w:r>
        <w:br/>
        <w:t>А жити й справді треба, бо життя як той казав, того варте. Між іншим, будь-чиє.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Змієва могила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