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Змалку вдихнув...</w:t>
      </w:r>
    </w:p>
    <w:p>
      <w:r>
        <w:br/>
        <w:t xml:space="preserve"> Змалку вдихнув&lt;br /&gt;</w:t>
        <w:br/>
        <w:t>те, що вдихнув,&lt;br /&gt;</w:t>
        <w:br/>
        <w:t>решту – із книжки,&lt;br /&gt;</w:t>
        <w:br/>
        <w:t>Пишуть, що ми –&lt;br /&gt;</w:t>
        <w:br/>
        <w:t>люди із тьми,&lt;br /&gt;</w:t>
        <w:br/>
        <w:t>браття-опришки.</w:t>
      </w:r>
    </w:p>
    <w:p>
      <w:r>
        <w:br/>
        <w:t>Пишуть: не знав.&lt;br /&gt;</w:t>
        <w:br/>
        <w:t>Пишуть: продав.&lt;br /&gt;</w:t>
        <w:br/>
        <w:t>Пишуть: заспався.&lt;br /&gt;</w:t>
        <w:br/>
        <w:t>Недослужив.&lt;br /&gt;</w:t>
        <w:br/>
        <w:t>Недопропив.&lt;br /&gt;</w:t>
        <w:br/>
        <w:t>В цьому біда вся?</w:t>
      </w:r>
    </w:p>
    <w:p>
      <w:r>
        <w:br/>
        <w:t>Мати моя,&lt;br /&gt;</w:t>
        <w:br/>
        <w:t>мати твоя,&lt;br /&gt;</w:t>
        <w:br/>
        <w:t>кожного мати&lt;br /&gt;</w:t>
        <w:br/>
        <w:t>сина родила –&lt;br /&gt;</w:t>
        <w:br/>
        <w:t>не холуя –&lt;br /&gt;</w:t>
        <w:br/>
        <w:t>можна й згадати.</w:t>
      </w:r>
    </w:p>
    <w:p>
      <w:r>
        <w:br/>
        <w:t>Легко, як два&lt;br /&gt;</w:t>
        <w:br/>
        <w:t>множить на два, –&lt;br /&gt;</w:t>
        <w:br/>
        <w:t>з ранку до ночі,&lt;br /&gt;</w:t>
        <w:br/>
        <w:t>ну а вночі&lt;br /&gt;</w:t>
        <w:br/>
        <w:t>сплять паничі,&lt;br /&gt;</w:t>
        <w:br/>
        <w:t>наш брат не хоче.</w:t>
      </w:r>
    </w:p>
    <w:p>
      <w:r>
        <w:br/>
        <w:t>Щось загуло,&lt;br /&gt;</w:t>
        <w:br/>
        <w:t>щось потекло,&lt;br /&gt;</w:t>
        <w:br/>
        <w:t>щось запалало.&lt;br /&gt;</w:t>
        <w:br/>
        <w:t>Пишуть: було.&lt;br /&gt;</w:t>
        <w:br/>
        <w:t>Значить, було.&lt;br /&gt;</w:t>
        <w:br/>
        <w:t>Пишуть: пропало.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Змалку вдихнув...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