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Злодій</w:t>
      </w:r>
    </w:p>
    <w:p>
      <w:r>
        <w:br/>
        <w:t xml:space="preserve"> &lt;p&gt;Посеред хати стояли два дужі, моцні хлопи. Сорочки на них подерті, лиця покровавлені.</w:t>
      </w:r>
    </w:p>
    <w:p>
      <w:r>
        <w:br/>
        <w:t>— Не май, чоловіче, тої гадки, аби я тебе з рук пустив...</w:t>
      </w:r>
    </w:p>
    <w:p>
      <w:r>
        <w:br/>
        <w:t>Сопіли оба, були помучені і ловили в груди воздух. Коло постелі сперлася молода жінка, застрашена і заспана.</w:t>
      </w:r>
    </w:p>
    <w:p>
      <w:r>
        <w:br/>
        <w:t>— Не стій, але піди зараз за Михайлом і за Максимом та скажи, аби зараз прийшли, бо я злодія маю в руках.</w:t>
      </w:r>
    </w:p>
    <w:p>
      <w:r>
        <w:br/>
        <w:t>Жінка вийшла, а вони лишилися.</w:t>
      </w:r>
    </w:p>
    <w:p>
      <w:r>
        <w:br/>
        <w:t>— Цес якби лучив на слабого, та й взев би житє коло власної хати.</w:t>
      </w:r>
    </w:p>
    <w:p>
      <w:r>
        <w:br/>
        <w:t>Приступив до лави, взяв кварту з водою і пив так лакомо, що чути було булькотання води в гортанці. Потім рукавом обтирав лице і, глядючи на нього, казав:</w:t>
      </w:r>
    </w:p>
    <w:p>
      <w:r>
        <w:br/>
        <w:t>— Не треба йти до цирулика, цес пустив крові доста. А ще сих слів не сказав, як злодій вдарив його кулаком між очі.</w:t>
      </w:r>
    </w:p>
    <w:p>
      <w:r>
        <w:br/>
        <w:t>— Ти б'єш, та й я буду, ану, хто ліпше?</w:t>
      </w:r>
    </w:p>
    <w:p>
      <w:r>
        <w:br/>
        <w:t>Буковим, грубим поліном замахнувся, і злодій упав на землю. З ніг сикнула кров.</w:t>
      </w:r>
    </w:p>
    <w:p>
      <w:r>
        <w:br/>
        <w:t>— Тікай тепер, як можеш, я тобі нічо не скажу.</w:t>
      </w:r>
    </w:p>
    <w:p>
      <w:r>
        <w:br/>
        <w:t>Мовчали довго. Тусклий каганець не міг продертися через темряву по кутах, а мухи почали гудіти несміливо.</w:t>
      </w:r>
    </w:p>
    <w:p>
      <w:r>
        <w:br/>
        <w:t>— Та затамуй собі кров, чоловіче, бо вся вітече.</w:t>
      </w:r>
    </w:p>
    <w:p>
      <w:r>
        <w:br/>
        <w:t>— Дай мені води, ґаздо.</w:t>
      </w:r>
    </w:p>
    <w:p>
      <w:r>
        <w:br/>
        <w:t>— Дам тобі води, кріписи, бо не знаєш, що тебе чекає!</w:t>
      </w:r>
    </w:p>
    <w:p>
      <w:r>
        <w:br/>
        <w:t>Довга мовчанка.</w:t>
      </w:r>
    </w:p>
    <w:p>
      <w:r>
        <w:br/>
        <w:t>— Ти, виджу, моцний, ґаздо.</w:t>
      </w:r>
    </w:p>
    <w:p>
      <w:r>
        <w:br/>
        <w:t>— Я моцний, небоже, я коня на плечі беру, ти не добре трафив до мене.</w:t>
      </w:r>
    </w:p>
    <w:p>
      <w:r>
        <w:br/>
        <w:t>— А натуру маєш мнєку?</w:t>
      </w:r>
    </w:p>
    <w:p>
      <w:r>
        <w:br/>
        <w:t>— Я мнєкий, але злодія живого з рук не пускаю!</w:t>
      </w:r>
    </w:p>
    <w:p>
      <w:r>
        <w:br/>
        <w:t>— То я маю вже тут загибати?</w:t>
      </w:r>
    </w:p>
    <w:p>
      <w:r>
        <w:br/>
        <w:t>— Або я знаю, ци ти твердий, ци мнєкий? Як-ис твердий, то можеш вітримати...</w:t>
      </w:r>
    </w:p>
    <w:p>
      <w:r>
        <w:br/>
        <w:t>І знов тиша запанувала в низькій хаті.</w:t>
      </w:r>
    </w:p>
    <w:p>
      <w:r>
        <w:br/>
        <w:t>— Затамуй собі кров.</w:t>
      </w:r>
    </w:p>
    <w:p>
      <w:r>
        <w:br/>
        <w:t>— Нащо, аби гірше боліло, як меш бити? Кров-то є сама біль.</w:t>
      </w:r>
    </w:p>
    <w:p>
      <w:r>
        <w:br/>
        <w:t>— Як я вже буду бити, то мусить боліти, хіба би-с дух спустив.</w:t>
      </w:r>
    </w:p>
    <w:p>
      <w:r>
        <w:br/>
        <w:t>— А бога не меш боятиси?</w:t>
      </w:r>
    </w:p>
    <w:p>
      <w:r>
        <w:br/>
        <w:t>— А ти бога боявси, як-ис ліз у комору? Та там увесь мій добиток. Та якби ти був тото забрав, та ти би мене на віки вічні скалічив! А чому ж ти не лізеш до богача, але до бідного?</w:t>
      </w:r>
    </w:p>
    <w:p>
      <w:r>
        <w:br/>
        <w:t>— Пропало, нема що говорити! Бий, та дай мені спокій!</w:t>
      </w:r>
    </w:p>
    <w:p>
      <w:r>
        <w:br/>
        <w:t>— Певне, що буду бити.</w:t>
      </w:r>
    </w:p>
    <w:p>
      <w:r>
        <w:br/>
        <w:t>На долівці зробилася калюжа крові.</w:t>
      </w:r>
    </w:p>
    <w:p>
      <w:r>
        <w:br/>
        <w:t>— А ти як маєш сумлінє, ґаздо, та не забивай мене потрошки, але озми то поліно, та бахни ще так по голові, як по ногах, та збудешси клопоту, а мені легше буде.</w:t>
      </w:r>
    </w:p>
    <w:p>
      <w:r>
        <w:br/>
        <w:t>— Ти би хотів відразу! Чекай, жди, годи, най люди прийдуть.</w:t>
      </w:r>
    </w:p>
    <w:p>
      <w:r>
        <w:br/>
        <w:t>— То ти хочеш добрим сусідам бай зробити?</w:t>
      </w:r>
    </w:p>
    <w:p>
      <w:r>
        <w:br/>
        <w:t>— Вже йдуть.</w:t>
      </w:r>
    </w:p>
    <w:p>
      <w:r>
        <w:br/>
        <w:t>— Славайсу.</w:t>
      </w:r>
    </w:p>
    <w:p>
      <w:r>
        <w:br/>
        <w:t>— Навіки слава.</w:t>
      </w:r>
    </w:p>
    <w:p>
      <w:r>
        <w:br/>
        <w:t>— У вас, Гьоргію, щось зновилоси?</w:t>
      </w:r>
    </w:p>
    <w:p>
      <w:r>
        <w:br/>
        <w:t>— Та зновилоси, прийшов гість та й треба єго приймити.</w:t>
      </w:r>
    </w:p>
    <w:p>
      <w:r>
        <w:br/>
        <w:t>— Нема балакання, що треба.</w:t>
      </w:r>
    </w:p>
    <w:p>
      <w:r>
        <w:br/>
        <w:t>Максим і Михайло заступили цілу хату, головами досягали стелі, а волосся їх досягало їм поперека.</w:t>
      </w:r>
    </w:p>
    <w:p>
      <w:r>
        <w:br/>
        <w:t>— Сідайте та вібачєйте, що-м зупсував вам ночі.</w:t>
      </w:r>
    </w:p>
    <w:p>
      <w:r>
        <w:br/>
        <w:t>— Та то оце він на землі?</w:t>
      </w:r>
    </w:p>
    <w:p>
      <w:r>
        <w:br/>
        <w:t>— Він.</w:t>
      </w:r>
    </w:p>
    <w:p>
      <w:r>
        <w:br/>
        <w:t>— Хлоп як звір, мали-сте труду доста, заки вліз си до хати?</w:t>
      </w:r>
    </w:p>
    <w:p>
      <w:r>
        <w:br/>
        <w:t>— Дужий, ей, тото дужий, але на дусшого трафив! Та заки що куда буде, та сядьте за стіл, та й гостя просіть.</w:t>
      </w:r>
    </w:p>
    <w:p>
      <w:r>
        <w:br/>
        <w:t>Гьоргій вийшов і за хвилю приніс бутлю горівки, солонину і хліб.</w:t>
      </w:r>
    </w:p>
    <w:p>
      <w:r>
        <w:br/>
        <w:t>— Та чому не берете і єго за стіл?</w:t>
      </w:r>
    </w:p>
    <w:p>
      <w:r>
        <w:br/>
        <w:t>— Каже, що не може встати.</w:t>
      </w:r>
    </w:p>
    <w:p>
      <w:r>
        <w:br/>
        <w:t>— То я поможу.</w:t>
      </w:r>
    </w:p>
    <w:p>
      <w:r>
        <w:br/>
        <w:t>І ґазда взяв злодія попід пахи і посадив за стіл.</w:t>
      </w:r>
    </w:p>
    <w:p>
      <w:r>
        <w:br/>
        <w:t>— То ви вже в хаті мали з ним суперечку, Гьоргію?</w:t>
      </w:r>
    </w:p>
    <w:p>
      <w:r>
        <w:br/>
        <w:t>— Та хотів мене заголомшити. Як ні угрів кулаком межи очі, то кажу вам, що тут-тут було падати. Але-м намацав поліно коло себе, та-єм го морснув по ніжках, а він сів маком.</w:t>
      </w:r>
    </w:p>
    <w:p>
      <w:r>
        <w:br/>
        <w:t>— Ви єму не дивуйтеси, бо кождий хоче боронитиси.</w:t>
      </w:r>
    </w:p>
    <w:p>
      <w:r>
        <w:br/>
        <w:t>— Та я нічо не кажу.</w:t>
      </w:r>
    </w:p>
    <w:p>
      <w:r>
        <w:br/>
        <w:t>Злодій сидів за столом блідий, апатичний, коло нього Максим, а дальше Михайло. Коло печі стояла жінка в кожусі.</w:t>
      </w:r>
    </w:p>
    <w:p>
      <w:r>
        <w:br/>
        <w:t>— Гьоргію, що ти хочеш з ним робити? Люди, спамнєтайте єго, він хоче чоловіка вбити!</w:t>
      </w:r>
    </w:p>
    <w:p>
      <w:r>
        <w:br/>
        <w:t>— Жінко, я виджу, що ти боїшси, та ти собі піди до мами, переночуй собі, а завтра прийдеш.</w:t>
      </w:r>
    </w:p>
    <w:p>
      <w:r>
        <w:br/>
        <w:t>— Я не вступлюси з хати!</w:t>
      </w:r>
    </w:p>
    <w:p>
      <w:r>
        <w:br/>
        <w:t>— То меш з нами горівку пити, але не вівкай, бо спарю. Лізь на піч та й спи, або дивиси, або як хоч. Вона ані рухнулася від печі.</w:t>
      </w:r>
    </w:p>
    <w:p>
      <w:r>
        <w:br/>
        <w:t>— Баба бабов, Гьоргію, вона боїтьси, як жид, бійки, не дивуйтеси.</w:t>
      </w:r>
    </w:p>
    <w:p>
      <w:r>
        <w:br/>
        <w:t>— Е, що ми будем на ню дивитиси! Дай боже здоров'є, чоловіче, я до тебе нап'юси! Не знаю, хто за кого буде-м гріх мати, ци ти за мене, ци я за тебе? Але гріх мусить бути, таке зайшло, що без гріху не обійдешси. Гай, пий.</w:t>
      </w:r>
    </w:p>
    <w:p>
      <w:r>
        <w:br/>
        <w:t>— Не хочу.</w:t>
      </w:r>
    </w:p>
    <w:p>
      <w:r>
        <w:br/>
        <w:t>— Мусиш пити, як я просю! Горівка тебе трохи одерзне, бо-с геть уплошів.</w:t>
      </w:r>
    </w:p>
    <w:p>
      <w:r>
        <w:br/>
        <w:t>— Я не хочу з вами напиватиси.</w:t>
      </w:r>
    </w:p>
    <w:p>
      <w:r>
        <w:br/>
        <w:t>Всі три ґазди обернулися до злодія. Завзяті, чорні очі віщували йому згубу.</w:t>
      </w:r>
    </w:p>
    <w:p>
      <w:r>
        <w:br/>
        <w:t>— То давай, най п'ю, але п'єть порцій нараз.</w:t>
      </w:r>
    </w:p>
    <w:p>
      <w:r>
        <w:br/>
        <w:t>— Пий, а як нам забракне, то ще пішлемо. Наливав одну по одній і випив шість. Потім пили Михайло і Максим. Закусували і знов пили.</w:t>
      </w:r>
    </w:p>
    <w:p>
      <w:r>
        <w:br/>
        <w:t>Михайло:</w:t>
      </w:r>
    </w:p>
    <w:p>
      <w:r>
        <w:br/>
        <w:t>— Скажи нам, чоловіче, відки ти забрів у наше село, ци ти близький, ци далекий?</w:t>
      </w:r>
    </w:p>
    <w:p>
      <w:r>
        <w:br/>
        <w:t>— Я зі світа.</w:t>
      </w:r>
    </w:p>
    <w:p>
      <w:r>
        <w:br/>
        <w:t>— А як ти, ци нашої мужицької ложи, ци міщанської, ци панцької? Бо інакше до тебе застосуємоси. Мужика то так б'єси: зо три рази люшнев дулуманом по голові, скілька раз по лиці, аби впав. Бо мужик твердий, до него треба твердо братися, а як він під ногами, то легка робота. А пана ріхтуєси знов на іншу моду; люшні не показуй, бо вмре відразу, але пужівном настраш. А як він делькотить на цілім тілі, то дай у морду два рази, але також не дуже: пан вже під ногами! Походи трохи по нім мінуту, дві, та й готовий, ребра потерті на форост, бо то біленька кістка, як папір. А жида береш на пірший вогонь за пейси; він скаче, плює, корчитьси, як пружина. Але ти на то не дивишси, лише закладаєш великий палець межи два малі та й дюгом єго попід ребра, все дюгом. Це легка бійка, але болюча дуже...</w:t>
      </w:r>
    </w:p>
    <w:p>
      <w:r>
        <w:br/>
        <w:t>Ґазди тяжко, тупо засміялися, а Михайло встромив голову поза Максима і чекав, що йому злодій скаже.</w:t>
      </w:r>
    </w:p>
    <w:p>
      <w:r>
        <w:br/>
        <w:t>— Ну, до якої віри пристаєш?</w:t>
      </w:r>
    </w:p>
    <w:p>
      <w:r>
        <w:br/>
        <w:t>— То, ґаздо, таке, що як ви п'єте горівку, то ви мене жадним способом живого з рук не пустите.</w:t>
      </w:r>
    </w:p>
    <w:p>
      <w:r>
        <w:br/>
        <w:t>— Правду кажеш, бігме, правду, за це ті люблю!</w:t>
      </w:r>
    </w:p>
    <w:p>
      <w:r>
        <w:br/>
        <w:t>— А заки вб'єте, то дайте ще горівки, най нап'юси, аби-м не знав, коли і як.</w:t>
      </w:r>
    </w:p>
    <w:p>
      <w:r>
        <w:br/>
        <w:t>— Пий, на таке діло пий, я не бороню, але чо ти на мене лучив, бодай тебе бог скарав! Мой, я твердий, я камінний, тебе з моїх рук ніхто не вірве!</w:t>
      </w:r>
    </w:p>
    <w:p>
      <w:r>
        <w:br/>
        <w:t>Злодій випив ще п'ять келишків.</w:t>
      </w:r>
    </w:p>
    <w:p>
      <w:r>
        <w:br/>
        <w:t>— Бийте, кілько хочете, я вже злагоджений.</w:t>
      </w:r>
    </w:p>
    <w:p>
      <w:r>
        <w:br/>
        <w:t>— Чекай, брє, добре, що ти вже контетний, але ми ще не контетні, ти по п'єть, а ми по одні. Як тебе здогонимо, пічнем говорити.</w:t>
      </w:r>
    </w:p>
    <w:p>
      <w:r>
        <w:br/>
        <w:t>Михайло дивився дуже весело. Максим якусь думку мав, але боявся її виявити, а Гьоргій був неспокійний.</w:t>
      </w:r>
    </w:p>
    <w:p>
      <w:r>
        <w:br/>
        <w:t>— Виджу, люди, що буде біда, уступив би-м си геть, а щось ні до него тягне, ланцухами тягне... Гай, гай, пиймо, закусюймо...</w:t>
      </w:r>
    </w:p>
    <w:p>
      <w:r>
        <w:br/>
        <w:t>— Ґаздо, дайте, най вас поцулую в руку,— сказав злодій до Максима.</w:t>
      </w:r>
    </w:p>
    <w:p>
      <w:r>
        <w:br/>
        <w:t>— Ов, чоловіче, ти дуже боїшся, ов, це не файно!</w:t>
      </w:r>
    </w:p>
    <w:p>
      <w:r>
        <w:br/>
        <w:t>— Бігме, вас не боюси, бігме, і сто раз забожуси, що не боюси!</w:t>
      </w:r>
    </w:p>
    <w:p>
      <w:r>
        <w:br/>
        <w:t>— А що ж?</w:t>
      </w:r>
    </w:p>
    <w:p>
      <w:r>
        <w:br/>
        <w:t>— Мені легко стало на душі тепер, та я хочу цего ґазду в руку поцулувати; він сивий чоловік, міг би бути моїм татом...</w:t>
      </w:r>
    </w:p>
    <w:p>
      <w:r>
        <w:br/>
        <w:t>— Чоловіче, лиши мене, бо я мнєкий на сумлінє, я не хочу, будь собі без мене...</w:t>
      </w:r>
    </w:p>
    <w:p>
      <w:r>
        <w:br/>
        <w:t>— Але дайте руку, бо гріх мете мати, я хочу вас по-цулувати, як рідного тата.</w:t>
      </w:r>
    </w:p>
    <w:p>
      <w:r>
        <w:br/>
        <w:t>— Я цалком мнєкий, чоловіче, не цулуй мене.</w:t>
      </w:r>
    </w:p>
    <w:p>
      <w:r>
        <w:br/>
        <w:t>Михайло і Гьоргій аж роти пороззявляли і горівку перестали пити. Наїжили чупер і своїм вухам не вірили.</w:t>
      </w:r>
    </w:p>
    <w:p>
      <w:r>
        <w:br/>
        <w:t>— Тумана пускає, чьо він хоче? Ти, небоже, такого способу трібуєш, е, ми й на це вчені!</w:t>
      </w:r>
    </w:p>
    <w:p>
      <w:r>
        <w:br/>
        <w:t>Максим витріщив очі, як баран, і не розумів, що діється.</w:t>
      </w:r>
    </w:p>
    <w:p>
      <w:r>
        <w:br/>
        <w:t>— Зміркував, що я мнєкий, зараз угадав...</w:t>
      </w:r>
    </w:p>
    <w:p>
      <w:r>
        <w:br/>
        <w:t>Говорив, аби оправдатися перед Михайлом і Гьоргієм.</w:t>
      </w:r>
    </w:p>
    <w:p>
      <w:r>
        <w:br/>
        <w:t>— Дайте, дайте, ґаздо, руку, але із щирого серця, бо як вас поцулую, то мені буде легко. Я виджу, що вже мені не ходити по світі, та хотів би-м віпрощитиси з вами.</w:t>
      </w:r>
    </w:p>
    <w:p>
      <w:r>
        <w:br/>
        <w:t>— Ти не цулуй, бо я геть змнєкну, я тобі і так простю.</w:t>
      </w:r>
    </w:p>
    <w:p>
      <w:r>
        <w:br/>
        <w:t>— Але я вас просю дуже, бо я дуже тяжко буду умирати, бо я ще нікого в руку не цулував, аби ніби так із серцем. Я не п'яний, бігме, ні, але я так хочу...</w:t>
      </w:r>
    </w:p>
    <w:p>
      <w:r>
        <w:br/>
        <w:t>— Тихо, мой, не жвинди , не підходи подалеки, бо як угатю — та й не дриґнеш!</w:t>
      </w:r>
    </w:p>
    <w:p>
      <w:r>
        <w:br/>
        <w:t>— Коли ви гадаєте, що дурю, а я, бігме, правду кажу. Я, видите, як напивси горівки, та й мені отак утворилоси в голові, що я маю згинути і цего ґазду в руку поцулувати, аби мені бог гріха зменшив. Та дайте руку, ґаздо, кажіть, най дасть.</w:t>
      </w:r>
    </w:p>
    <w:p>
      <w:r>
        <w:br/>
        <w:t>— Що цес чоловік від мене хоче, коли я не порадю, бо я жилісливий такий, що я не годен тому стерпіти...</w:t>
      </w:r>
    </w:p>
    <w:p>
      <w:r>
        <w:br/>
        <w:t>Максим не знав, де подітися, що з собою робити в такім клопоті. Він стидався, як дівчина.</w:t>
      </w:r>
    </w:p>
    <w:p>
      <w:r>
        <w:br/>
        <w:t>— Мнєкого все таке, все він у людий на посміховиську, така натура паскудна! Та ви знаєте, що як я трохи горівки нап'юси, та й плачу, таже знаєте. Було мене таки суда не кликати, бо я, знаєте, такий, як прєдиво...</w:t>
      </w:r>
    </w:p>
    <w:p>
      <w:r>
        <w:br/>
        <w:t>Злодій хотів взяти Максимову руку, аби поцілувати.</w:t>
      </w:r>
    </w:p>
    <w:p>
      <w:r>
        <w:br/>
        <w:t>— Цес злодій хоче штуков нас зайти. Ідіть, Максиме, геть від него, уступітьси.</w:t>
      </w:r>
    </w:p>
    <w:p>
      <w:r>
        <w:br/>
        <w:t>— Давайте горівки, Гьоргію, пиймо з-по три, аби раз дістали їдь,— сказав Михайло.</w:t>
      </w:r>
    </w:p>
    <w:p>
      <w:r>
        <w:br/>
        <w:t>— Не йдіть, Максиме, не йдіть, вуєчку, від мене, бо я зараз умру. Я не боюси, бігме, не боюси, але такий мене неспокій тре...</w:t>
      </w:r>
    </w:p>
    <w:p>
      <w:r>
        <w:br/>
        <w:t>Він почав дрожати на цілім тілі, губи тряслися, як живі. Михайло і Гьоргій пили горівку і не дивилися на нього.</w:t>
      </w:r>
    </w:p>
    <w:p>
      <w:r>
        <w:br/>
        <w:t>— Та чого ти си боїш, нема чого, я тобі дам руку поцулувати, вже дам, най ні і віб'ють, вже дам, на, цулуй, як ти собі жєдаєш...</w:t>
      </w:r>
    </w:p>
    <w:p>
      <w:r>
        <w:br/>
        <w:t>Злодій прилип до руки, а Максим кліпав очима так, як би хтось його раз по разові бив по лиці.</w:t>
      </w:r>
    </w:p>
    <w:p>
      <w:r>
        <w:br/>
        <w:t>— Мнєкому ніколи не варт бути, бо мнєкий чоловік нездалий до нічого...</w:t>
      </w:r>
    </w:p>
    <w:p>
      <w:r>
        <w:br/>
        <w:t>Михайло розставив всі пальці в руках і показував Гьоргієві.</w:t>
      </w:r>
    </w:p>
    <w:p>
      <w:r>
        <w:br/>
        <w:t>— Мой, мой, такі дужі, такі лакомі на бійку, що раз лакомі, де ймуть, там з мнесом рвуть!</w:t>
      </w:r>
    </w:p>
    <w:p>
      <w:r>
        <w:br/>
        <w:t>А Гьоргій нічого не говорив, лиш заєдно плював у долоні і наливав горівку.</w:t>
      </w:r>
    </w:p>
    <w:p>
      <w:r>
        <w:br/>
        <w:t>— Доста вже, небоже, доста, пусти, най я собі йду, бо тут нема бога, я на таке не можу дивитиси. Вітєгни руки з пазухи, не облапуй ні, пусти, бо мені такий встид, що не знаю, де подітиси!</w:t>
      </w:r>
    </w:p>
    <w:p>
      <w:r>
        <w:br/>
        <w:t>— Я ще хочу образ цулувати, я ще хочу поріг, я хочу всіх, всіх, де хто є на світі,— кричав злодій.</w:t>
      </w:r>
    </w:p>
    <w:p>
      <w:r>
        <w:br/>
        <w:t>Жінка зіскочила з печі і втекла. Михайло вийшов із-за стола темний і п'яний, як ніч. Гьоргій стояв і нагадував собі, що він мав щось робити.</w:t>
      </w:r>
    </w:p>
    <w:p>
      <w:r>
        <w:br/>
        <w:t>— Максиме, ви мені з хати шуруйте, аби я вас тут не видів, бо вб'ю, як горобця; гай, забирайтеси.</w:t>
      </w:r>
    </w:p>
    <w:p>
      <w:r>
        <w:br/>
        <w:t>— Я піду, Гьоргію, я вам не кажу нічо, але ви не гнівайтеси, бо ви знаєте, що я мнєкий чоловік. Мені так здаєси, що гріх будете мати, а собі йду...</w:t>
      </w:r>
    </w:p>
    <w:p>
      <w:r>
        <w:br/>
        <w:t>— Ідіть, ідіть, бо ви не хлоп, але зальопана баба!</w:t>
      </w:r>
    </w:p>
    <w:p>
      <w:r>
        <w:br/>
        <w:t>— Та я то кажу, що я не до него, я...</w:t>
      </w:r>
    </w:p>
    <w:p>
      <w:r>
        <w:br/>
        <w:t>Максим піднісся і вийшов з-поза стола.</w:t>
      </w:r>
    </w:p>
    <w:p>
      <w:r>
        <w:br/>
        <w:t>— Будьте здорові та й не бануйте, бо я, як якись казав, не до цего...</w:t>
      </w:r>
    </w:p>
    <w:p>
      <w:r>
        <w:br/>
        <w:t>Злодій один лишився за столом, блідий трохи, але веселий.</w:t>
      </w:r>
    </w:p>
    <w:p>
      <w:r>
        <w:br/>
        <w:t>— А ти відеш із-за стола, ци треба ті відти віносити?</w:t>
      </w:r>
    </w:p>
    <w:p>
      <w:r>
        <w:br/>
        <w:t>— Я не віду, я виджу, ще не віду, бо я маю тут під образами сидіти.</w:t>
      </w:r>
    </w:p>
    <w:p>
      <w:r>
        <w:br/>
        <w:t>— Ой відеш, бігме, відеш, ми будемо просити!</w:t>
      </w:r>
    </w:p>
    <w:p>
      <w:r>
        <w:br/>
        <w:t>І кинулися на нього, як голодні вовки.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Злодій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