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Злий вовк і добра вовчиця</w:t>
      </w:r>
    </w:p>
    <w:p>
      <w:r>
        <w:br/>
        <w:t xml:space="preserve"> &lt;p&gt;Поліну Іванівну люблять усі діти, бо вона найкраща вихователька у дитячому садку.</w:t>
      </w:r>
    </w:p>
    <w:p>
      <w:r>
        <w:br/>
        <w:t>— А воно моя мама найкраща,— заперечує дівчинка.— У моєї мами і коси довші, а у Поліпи Иванівни коси коротші, і плаття коротше, і...</w:t>
      </w:r>
    </w:p>
    <w:p>
      <w:r>
        <w:br/>
        <w:t>— Ти сама коротша, коротша від усіх! — перебиває її ображено хлопчик.— А Поліна Йванівна нічого не боїться, вона ходить і коли темно без мами.</w:t>
      </w:r>
    </w:p>
    <w:p>
      <w:r>
        <w:br/>
        <w:t>— І я не дуже боюсь, коли темно в кімнаті.</w:t>
      </w:r>
    </w:p>
    <w:p>
      <w:r>
        <w:br/>
        <w:t>— Поліна йванівна й вовків не боїться. Вовки не страшні, тільки як виють, тоді страшні.</w:t>
      </w:r>
    </w:p>
    <w:p>
      <w:r>
        <w:br/>
        <w:t>Діти з садочка ще не бачили живих вовків, а Поліна Іванівна бачила й ніколи не забуде.</w:t>
      </w:r>
    </w:p>
    <w:p>
      <w:r>
        <w:br/>
        <w:t>Це про неї склали казку в дитячому будинку, де вона виховувалась.</w:t>
      </w:r>
    </w:p>
    <w:p>
      <w:r>
        <w:br/>
        <w:t>"У вдовиці Галини була дочка Поліна". Так тільки починали, а далі казали вже просто:</w:t>
      </w:r>
    </w:p>
    <w:p>
      <w:r>
        <w:br/>
        <w:t>— Росла Полінка, як билинка, худенька, маленька та</w:t>
      </w:r>
    </w:p>
    <w:p>
      <w:r>
        <w:br/>
        <w:t>все хворіла. Матері кортить погуляти, а тут з Полінкою треба возитись.</w:t>
      </w:r>
    </w:p>
    <w:p>
      <w:r>
        <w:br/>
        <w:t>Минув рік, минуло два, уже й три роки Полінці, а вона все хворіє. Набридло матері з нею панькатиісь, а тут ще подружки все тягнуть її то на танці, то на музики.</w:t>
      </w:r>
    </w:p>
    <w:p>
      <w:r>
        <w:br/>
        <w:t>Повернеться пізно додому, а Полінка голодна й холодна і так докірливо дивиться, аж соромно стане матері. А з цього ще більше наростало зло проти дочки.</w:t>
      </w:r>
    </w:p>
    <w:p>
      <w:r>
        <w:br/>
        <w:t>Одного разу вдовиця пішла в ліс і дочку з собою повела.</w:t>
      </w:r>
    </w:p>
    <w:p>
      <w:r>
        <w:br/>
        <w:t>Гарно було в лісі: дерева перешіптуються, пташки пурхають, щебечуть, піснями заливаються, а десь чути зозулю: "Ку-ку, ку-ку..." І соловей аж надривається: "Тьох-тьох, тьох-тьох!.." Так би все стояла й слухала. На галявину вибігла — травка зелена, квіти пахнуть, і різні: білі, червоні, жовті,^ як на платтячку, І багато, багато.</w:t>
      </w:r>
    </w:p>
    <w:p>
      <w:r>
        <w:br/>
        <w:t>Поліна нарвала їх уже цілий оберемок, хотіла віддати мамі, оглянулась, мами ніде не видно.</w:t>
      </w:r>
    </w:p>
    <w:p>
      <w:r>
        <w:br/>
        <w:t>Почала гукати:</w:t>
      </w:r>
    </w:p>
    <w:p>
      <w:r>
        <w:br/>
        <w:t>— Мамо, мамочко!</w:t>
      </w:r>
    </w:p>
    <w:p>
      <w:r>
        <w:br/>
        <w:t>Ніхто не озвався, тільки десь відгукнулась луна: "Мамо, мамочко!"</w:t>
      </w:r>
    </w:p>
    <w:p>
      <w:r>
        <w:br/>
        <w:t>Побігла назад, а куди бігти — не знає.</w:t>
      </w:r>
    </w:p>
    <w:p>
      <w:r>
        <w:br/>
        <w:t>Уже й охрипла Полінка, уже й голосу не відтягне, а не перестає кричати: "Мамо, мамочко!"</w:t>
      </w:r>
    </w:p>
    <w:p>
      <w:r>
        <w:br/>
        <w:t>А ліс усе густішає, усе темнішає. І чути, уже й грім гуркоче, уже й ліс шумить, реве, листям тріпоче, уже й дощ дріботить, а в Полінки вже й сил немає, щоб бігти далі.</w:t>
      </w:r>
    </w:p>
    <w:p>
      <w:r>
        <w:br/>
        <w:t>Упала під дуб і причаїлась. Навіть очі заплющила, щоб не так було страшно. Розплющила, а воно вже темно, ще й дерев не видно. І знову заплющила.</w:t>
      </w:r>
    </w:p>
    <w:p>
      <w:r>
        <w:br/>
        <w:t>Чує, щось тріщить у кущах.</w:t>
      </w:r>
    </w:p>
    <w:p>
      <w:r>
        <w:br/>
        <w:t>— Мама! — крикнула радісно Полінка.</w:t>
      </w:r>
    </w:p>
    <w:p>
      <w:r>
        <w:br/>
        <w:t>Але ніхто не озвався, а там, де тріщало, заблимали вогники, як у кішок уночі. І все дужче тріщить, усе дужче блимає, аж нарешті просто до неї вистрибнуло двоє вовків.</w:t>
      </w:r>
    </w:p>
    <w:p>
      <w:r>
        <w:br/>
        <w:t>Полінка завмерла: один вовк клацає зубами вже перед самим носом.</w:t>
      </w:r>
    </w:p>
    <w:p>
      <w:r>
        <w:br/>
        <w:t>"Я її з'їм!" — каже.</w:t>
      </w:r>
    </w:p>
    <w:p>
      <w:r>
        <w:br/>
        <w:t>Але вовчиця відіпхнула його і стала розпитувати дів-, чинку. Потім каже до вовка:</w:t>
      </w:r>
    </w:p>
    <w:p>
      <w:r>
        <w:br/>
        <w:t>"Вона сирітка, батька забили на війні з фашистами, а мати ще молода. Облиш її, вона гарна, слухняна дівчинка, нехай росте",— і обоє побігли назад у кущі.</w:t>
      </w:r>
    </w:p>
    <w:p>
      <w:r>
        <w:br/>
        <w:t>1 другий день проблукала Полінка, а дороги не знайшла.</w:t>
      </w:r>
    </w:p>
    <w:p>
      <w:r>
        <w:br/>
        <w:t>Знову ночувала під дубом.і тільки заплющила очі, знову затріщали кущі, заблимали" вогники. Полінка гадала, що то її розшукують люди з ліхтариками, і радісно крикнула:</w:t>
      </w:r>
    </w:p>
    <w:p>
      <w:r>
        <w:br/>
        <w:t>— Мамо!</w:t>
      </w:r>
    </w:p>
    <w:p>
      <w:r>
        <w:br/>
        <w:t>Але із кущів знову вистрибнули вовки. Сірий вовк був. злий і каже:</w:t>
      </w:r>
    </w:p>
    <w:p>
      <w:r>
        <w:br/>
        <w:t>"Бачили твою маму, танцює твоя мама з хлопцями. Ми її ще сьогодні з'їмо!"</w:t>
      </w:r>
    </w:p>
    <w:p>
      <w:r>
        <w:br/>
        <w:t>Шкода стало Полінці мами, і вона заплакала:</w:t>
      </w:r>
    </w:p>
    <w:p>
      <w:r>
        <w:br/>
        <w:t>— Не їжте моєї мами, вона ще прийде, вона ще забере мине додому. Ми будемо разом жити, а коли в мене щось заболить, я не дуже буду стогнати, щоб маму не дратувати. А як підросту, зароблю грошей, куплю патефон і модні пластинки, щоб мама дома танцювала.</w:t>
      </w:r>
    </w:p>
    <w:p>
      <w:r>
        <w:br/>
        <w:t>Вовчиця відіпхнула сірого вовка й сказала:</w:t>
      </w:r>
    </w:p>
    <w:p>
      <w:r>
        <w:br/>
        <w:t>"Гаразд, дівчинко, коли ти така розумна, пожаліємо твою маму і цього разу!" — і побігли обоє назад у кущі.</w:t>
      </w:r>
    </w:p>
    <w:p>
      <w:r>
        <w:br/>
        <w:t>Минув іще один день. Поліика вже охляла так, що й.іти не могла. Лягла під дубом і очей не розплющує.</w:t>
      </w:r>
    </w:p>
    <w:p>
      <w:r>
        <w:br/>
        <w:t>І знову настала ніч, і злову затріщали кущі, заблимали зелені вогники, але в Полінки вже не було сил крикнути "Мамо!". Зовсім знесиліла.</w:t>
      </w:r>
    </w:p>
    <w:p>
      <w:r>
        <w:br/>
        <w:t>На цей раз із кущів вибігла ціла зграя вовків. Сірий вовк грізно сказав:</w:t>
      </w:r>
    </w:p>
    <w:p>
      <w:r>
        <w:br/>
        <w:t>"У цієї дівчинки погана мама, таку маму треба з'їсти!" І почули вовки, як ледь чутно прошепотіла дівчинка:</w:t>
      </w:r>
    </w:p>
    <w:p>
      <w:r>
        <w:br/>
        <w:t>— З'їжте мене, а мами не їжте...</w:t>
      </w:r>
    </w:p>
    <w:p>
      <w:r>
        <w:br/>
        <w:t>"Дівчинка вже марить",— сказала вовчиця і завила, а за нею і всі вовки.</w:t>
      </w:r>
    </w:p>
    <w:p>
      <w:r>
        <w:br/>
        <w:t>Вони так страшно вили, що аж люди жахались.</w:t>
      </w:r>
    </w:p>
    <w:p>
      <w:r>
        <w:br/>
        <w:t>— Якесь лихо стряслось,— казали вони і бігли до лісу. Полінка розплющила очі. Дощ перестав, уже був райок,</w:t>
      </w:r>
    </w:p>
    <w:p>
      <w:r>
        <w:br/>
        <w:t>і крізь листя дерев сяяло сонце, а довкола неї стояли люди і радісно посміхались.</w:t>
      </w:r>
    </w:p>
    <w:p>
      <w:r>
        <w:br/>
        <w:t>Із лісу Полінку відвели просто в дитячий будинок, де вона й виросла.</w:t>
      </w:r>
    </w:p>
    <w:p>
      <w:r>
        <w:br/>
        <w:t>Київ, 1960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Злий вовк і добра вовчиця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