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Злий кінь</w:t>
      </w:r>
    </w:p>
    <w:p>
      <w:r>
        <w:br/>
        <w:t xml:space="preserve"> Учора мій сусід купив собі Коня&lt;br /&gt;</w:t>
        <w:br/>
        <w:t>Із табуна, татарського, презлого,&lt;br /&gt;</w:t>
        <w:br/>
        <w:t>Такого жвавого, такого вже баского!&lt;br /&gt;</w:t>
        <w:br/>
        <w:t>Дивлюсь: сусід і вся його сім’я&lt;br /&gt;</w:t>
        <w:br/>
        <w:t>Уздечки не напнуть на його.&lt;br /&gt;</w:t>
        <w:br/>
        <w:t>Сусід сусідів кликать став&lt;br /&gt;</w:t>
        <w:br/>
        <w:t>І могорич пообіщав,&lt;br /&gt;</w:t>
        <w:br/>
        <w:t>Щоб тільки помогли йому Коня упорать.&lt;br /&gt;</w:t>
        <w:br/>
        <w:t>Народ зійшовсь та гук такий підняв,&lt;br /&gt;</w:t>
        <w:br/>
        <w:t>Мов цілину п’ять плугів орють.&lt;br /&gt;</w:t>
        <w:br/>
        <w:t>А Кінь жахається да рже,&lt;br /&gt;</w:t>
        <w:br/>
        <w:t>На дибки спиниться да гривою мотає,&lt;br /&gt;</w:t>
        <w:br/>
        <w:t>То піде бокаса, то б’ється і кусає.&lt;br /&gt;</w:t>
        <w:br/>
        <w:t>Котрий сміліший був, то вже&lt;br /&gt;</w:t>
        <w:br/>
        <w:t>Од Коника тікає.&lt;br /&gt;</w:t>
        <w:br/>
        <w:t>Прийшлось сусідові, мовляв, хоть сядь да й плач.&lt;br /&gt;</w:t>
        <w:br/>
        <w:t>Аж дивляться, іде Петро Деркач —&lt;br /&gt;</w:t>
        <w:br/>
        <w:t>Розумний чоловік і в конях силу знає,-&lt;br /&gt;</w:t>
        <w:br/>
        <w:t>Іде і здалеку чуприною киває.&lt;br /&gt;</w:t>
        <w:br/>
        <w:t>Прийшов — і ввесь базар нікчемний розігнав,&lt;br /&gt;</w:t>
        <w:br/>
        <w:t>І сміло до Коня побрався потихеньку,&lt;br /&gt;</w:t>
        <w:br/>
        <w:t>Все свистячи, повагом, помаленьку,&lt;br /&gt;</w:t>
        <w:br/>
        <w:t>Все гладив, подивлюсь — уже і загнуздав.&lt;br /&gt;</w:t>
        <w:br/>
        <w:t>Пани! чи чули, як Деркач коня поймав?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