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Зірка із корони</w:t>
      </w:r>
    </w:p>
    <w:p>
      <w:r>
        <w:br/>
        <w:t xml:space="preserve"> Загубив мухомор,&lt;br /&gt;</w:t>
        <w:br/>
        <w:t>мухомор червоний&lt;br /&gt;</w:t>
        <w:br/>
        <w:t>зірку-пелюстинку&lt;br /&gt;</w:t>
        <w:br/>
        <w:t>зі своєї корони.</w:t>
      </w:r>
    </w:p>
    <w:p>
      <w:r>
        <w:br/>
        <w:t>Ходе скрізь,&lt;br /&gt;</w:t>
        <w:br/>
        <w:t>придивляється.&lt;br /&gt;</w:t>
        <w:br/>
        <w:t>Коли це їжачок&lt;br /&gt;</w:t>
        <w:br/>
        <w:t>із гори спускається:</w:t>
      </w:r>
    </w:p>
    <w:p>
      <w:r>
        <w:br/>
        <w:t>— Здоров був,&lt;br /&gt;</w:t>
        <w:br/>
        <w:t>чи не ти&lt;br /&gt;</w:t>
        <w:br/>
        <w:t>білу зірку забув?</w:t>
      </w:r>
    </w:p>
    <w:p>
      <w:r>
        <w:br/>
        <w:t>— Ох, я вам дуже дякую! —&lt;br /&gt;</w:t>
        <w:br/>
        <w:t>мухомор зрадів,&lt;br /&gt;</w:t>
        <w:br/>
        <w:t>аж заплакав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Зірка із корони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