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Зимувала у стайні між овець білих...</w:t>
      </w:r>
    </w:p>
    <w:p>
      <w:r>
        <w:br/>
        <w:t xml:space="preserve"> Зимувала у стайні між овець білих,&lt;br /&gt;</w:t>
        <w:br/>
        <w:t>серед білих і сивих.&lt;br /&gt;</w:t>
        <w:br/>
        <w:t>І носила отаву і на хвою стелила,&lt;br /&gt;</w:t>
        <w:br/>
        <w:t>над ягням голосила.</w:t>
      </w:r>
    </w:p>
    <w:p>
      <w:r>
        <w:br/>
        <w:t>А сніжок задихався,</w:t>
      </w:r>
    </w:p>
    <w:p>
      <w:r>
        <w:br/>
        <w:t>на грудях дихав,</w:t>
      </w:r>
    </w:p>
    <w:p>
      <w:r>
        <w:br/>
        <w:t>вилітав із отави.&lt;br /&gt;</w:t>
        <w:br/>
        <w:t>А зима була люта,</w:t>
      </w:r>
    </w:p>
    <w:p>
      <w:r>
        <w:br/>
        <w:t>а вона була тиха</w:t>
      </w:r>
    </w:p>
    <w:p>
      <w:r>
        <w:br/>
        <w:t>на краю Прокурави.</w:t>
      </w:r>
    </w:p>
    <w:p>
      <w:r>
        <w:br/>
        <w:t>Я нічого не знаю, не розумію&lt;br /&gt;</w:t>
        <w:br/>
        <w:t>серед білих і сивих.&lt;br /&gt;</w:t>
        <w:br/>
        <w:t>Я утік з того краю, з того сніговію,&lt;br /&gt;</w:t>
        <w:br/>
        <w:t>де мені постелили.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Зимувала у стайні між овець білих...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