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Зимовий діалог</w:t>
      </w:r>
    </w:p>
    <w:p>
      <w:r>
        <w:br/>
        <w:t xml:space="preserve"> Старий&lt;br /&gt;</w:t>
        <w:br/>
        <w:t>Як страшно б'є метіль і завиває вітер!&lt;br /&gt;</w:t>
        <w:br/>
        <w:t>Навряд, чи хто б посмів в таку негоду&lt;br /&gt;</w:t>
        <w:br/>
        <w:t>Покинути село і теплу хату&lt;br /&gt;</w:t>
        <w:br/>
        <w:t>І душу звірити сій лютій завірюсі!&lt;br /&gt;</w:t>
        <w:br/>
        <w:t>А ми блукаєм тут удвох з тобою,&lt;br /&gt;</w:t>
        <w:br/>
        <w:t>І не лякає нас страшенна хуга,&lt;br /&gt;</w:t>
        <w:br/>
        <w:t>Що наче зважилась і нас пожерти&lt;br /&gt;</w:t>
        <w:br/>
        <w:t>І заморозити усе живе,&lt;br /&gt;</w:t>
        <w:br/>
        <w:t>Розвіять, рознести усяке житло&lt;br /&gt;</w:t>
        <w:br/>
        <w:t>І з людних сел руїни поробить...&lt;br /&gt;</w:t>
        <w:br/>
        <w:t>Ти змерз, Петрусю? На мою кирею!</w:t>
      </w:r>
    </w:p>
    <w:p>
      <w:r>
        <w:br/>
        <w:t>Молодий&lt;br /&gt;</w:t>
        <w:br/>
        <w:t>Та ви й самі цокочете зубами&lt;br /&gt;</w:t>
        <w:br/>
        <w:t>І труситесь од холоду.</w:t>
      </w:r>
    </w:p>
    <w:p>
      <w:r>
        <w:br/>
        <w:t>Старий&lt;br /&gt;</w:t>
        <w:br/>
        <w:t>О, ні,&lt;br /&gt;</w:t>
        <w:br/>
        <w:t>То не від холоду трушусь я, сину!&lt;br /&gt;</w:t>
        <w:br/>
        <w:t>То так душа моя тремтить&lt;br /&gt;</w:t>
        <w:br/>
        <w:t>І тіло все трястися заставляє;&lt;br /&gt;</w:t>
        <w:br/>
        <w:t>Та й зуби цокотять не од морозу...&lt;br /&gt;</w:t>
        <w:br/>
        <w:t>Коли я чую хуги завивання,&lt;br /&gt;</w:t>
        <w:br/>
        <w:t>Коли реве і виє навкруги,&lt;br /&gt;</w:t>
        <w:br/>
        <w:t>Здається, в тім я завиванні чую&lt;br /&gt;</w:t>
        <w:br/>
        <w:t>Душі моєї жаль і плач великий&lt;br /&gt;</w:t>
        <w:br/>
        <w:t>По страченій даремно молодо?сті,—&lt;br /&gt;</w:t>
        <w:br/>
        <w:t>По силах, кинутих на марну працю&lt;br /&gt;</w:t>
        <w:br/>
        <w:t>Без пользи людям і собі самому.&lt;br /&gt;</w:t>
        <w:br/>
        <w:t>Прислухайсь: то душа моя голосить&lt;br /&gt;</w:t>
        <w:br/>
        <w:t>По всім, що вже навіки поховала.&lt;br /&gt;</w:t>
        <w:br/>
        <w:t>А поховала так вона багато,&lt;br /&gt;</w:t>
        <w:br/>
        <w:t>Що чи й зосталось в ній тепер що-небудь.&lt;br /&gt;</w:t>
        <w:br/>
        <w:t>Усе, чим молода душа щаслива:&lt;br /&gt;</w:t>
        <w:br/>
        <w:t>Веселий погляд на створіння боже,&lt;br /&gt;</w:t>
        <w:br/>
        <w:t>І безоглядна віра до людей,&lt;br /&gt;</w:t>
        <w:br/>
        <w:t>І чулість серця, котре одкликалось&lt;br /&gt;</w:t>
        <w:br/>
        <w:t>На всяке добре почуття... Усе те&lt;br /&gt;</w:t>
        <w:br/>
        <w:t>В собі я поховав, мій любий сину!&lt;br /&gt;</w:t>
        <w:br/>
        <w:t>Твоя ж душа ще тим усім багата,&lt;br /&gt;</w:t>
        <w:br/>
        <w:t>І зрозуміти се тобі ще рано.</w:t>
      </w:r>
    </w:p>
    <w:p>
      <w:r>
        <w:br/>
        <w:t>Молодий&lt;br /&gt;</w:t>
        <w:br/>
        <w:t>О, ні! Я розумію вас... Я бачу,&lt;br /&gt;</w:t>
        <w:br/>
        <w:t>Який страшний то холод, що буває&lt;br /&gt;</w:t>
        <w:br/>
        <w:t>У тій душі, яка вмира без смерті&lt;br /&gt;</w:t>
        <w:br/>
        <w:t>І котра на землі не має навіть&lt;br /&gt;</w:t>
        <w:br/>
        <w:t>До чого прихилитись, що кохать,&lt;br /&gt;</w:t>
        <w:br/>
        <w:t>Котра й себе любити перестала.&lt;br /&gt;</w:t>
        <w:br/>
        <w:t>Я розумію вас, і страшно стало&lt;br /&gt;</w:t>
        <w:br/>
        <w:t>Мені те слухати. Тепер я й сам&lt;br /&gt;</w:t>
        <w:br/>
        <w:t>Не від морозу вже тремчу.</w:t>
      </w:r>
    </w:p>
    <w:p>
      <w:r>
        <w:br/>
        <w:t>Старий&lt;br /&gt;</w:t>
        <w:br/>
        <w:t>Ой, шкода!&lt;br /&gt;</w:t>
        <w:br/>
        <w:t>Навіщо я тобі збентежив, сину.&lt;br /&gt;</w:t>
        <w:br/>
        <w:t>Ясний душі твоєї спокій? Нащо&lt;br /&gt;</w:t>
        <w:br/>
        <w:t>Дав зазирнути у ту безодню чорну&lt;br /&gt;</w:t>
        <w:br/>
        <w:t>Моєї хорої, розбитої душі?&lt;br /&gt;</w:t>
        <w:br/>
        <w:t>Спаси тебе, создатель, від усього,&lt;br /&gt;</w:t>
        <w:br/>
        <w:t>Що душу нашу нівечить зарання,&lt;br /&gt;</w:t>
        <w:br/>
        <w:t>І борони від скорого зневір'я.&lt;br /&gt;</w:t>
        <w:br/>
        <w:t>Мене ж, старого,— господи, прости,&lt;br /&gt;</w:t>
        <w:br/>
        <w:t>Що замутив я душу ще безвинну!..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Зимовий діалог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