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Зимові вірші</w:t>
      </w:r>
    </w:p>
    <w:p>
      <w:r>
        <w:br/>
        <w:t xml:space="preserve"> Марійка Підгірянка</w:t>
      </w:r>
    </w:p>
    <w:p>
      <w:r>
        <w:br/>
        <w:t>ЗИМА-БІЛОСНІЖКА</w:t>
      </w:r>
    </w:p>
    <w:p>
      <w:r>
        <w:br/>
        <w:t>Ходить, ходить зима гаєм — Білосніжка,&lt;br /&gt;</w:t>
        <w:br/>
        <w:t>Килимочки простеляє по доріжках.</w:t>
      </w:r>
    </w:p>
    <w:p>
      <w:r>
        <w:br/>
        <w:t>Беріз коси стрічечками заплітає,&lt;br /&gt;</w:t>
        <w:br/>
        <w:t>По ярочках з потічками розмовляє.</w:t>
      </w:r>
    </w:p>
    <w:p>
      <w:r>
        <w:br/>
        <w:t>Ходить, ходить зима в полі — Білосніжна,&lt;br /&gt;</w:t>
        <w:br/>
        <w:t>Розклада в полях перини, як на ліжках.</w:t>
      </w:r>
    </w:p>
    <w:p>
      <w:r>
        <w:br/>
        <w:t>Накрива дбайливо ниви в час негоди,&lt;br /&gt;</w:t>
        <w:br/>
        <w:t>Щоби спали без пригод озимі сходи.</w:t>
      </w:r>
    </w:p>
    <w:p>
      <w:r>
        <w:br/>
        <w:t>Ходить зима по узбіччям, то в діброві,&lt;br /&gt;</w:t>
        <w:br/>
        <w:t>То шелесне, тошепоче в чар-розмові.</w:t>
      </w:r>
    </w:p>
    <w:p>
      <w:r>
        <w:br/>
        <w:t>То розкине перли ясні на полянці —&lt;br /&gt;</w:t>
        <w:br/>
        <w:t>Та й назустріч любій, красній тій Веснянці...</w:t>
      </w:r>
    </w:p>
    <w:p>
      <w:r>
        <w:br/>
        <w:t>* * *</w:t>
      </w:r>
    </w:p>
    <w:p>
      <w:r>
        <w:br/>
        <w:t>ЗИМОВИМ ШЛЯХОМ</w:t>
      </w:r>
    </w:p>
    <w:p>
      <w:r>
        <w:br/>
        <w:t>Село. Хатки у кожушках,&lt;br /&gt;</w:t>
        <w:br/>
        <w:t>І верби в снігових шапках.&lt;br /&gt;</w:t>
        <w:br/>
        <w:t>Темніє кучерява груша,&lt;br /&gt;</w:t>
        <w:br/>
        <w:t>Кидає синю тінь на шлях.&lt;br /&gt;</w:t>
        <w:br/>
        <w:t>І тиша. Сонно сунуть сани...&lt;br /&gt;</w:t>
        <w:br/>
        <w:t>Дзвіночок раптом: тень-телень&lt;br /&gt;</w:t>
        <w:br/>
        <w:t>І знову тиша...&lt;br /&gt;</w:t>
        <w:br/>
        <w:t>Тоне, тоне&lt;br /&gt;</w:t>
        <w:br/>
        <w:t>У срібній ночі білий день.</w:t>
      </w:r>
    </w:p>
    <w:p>
      <w:r>
        <w:br/>
        <w:t>* * *</w:t>
      </w:r>
    </w:p>
    <w:p>
      <w:r>
        <w:br/>
        <w:t>ВЕЧІР ІДЕ</w:t>
      </w:r>
    </w:p>
    <w:p>
      <w:r>
        <w:br/>
        <w:t>Сонечко спить давно вже&lt;br /&gt;</w:t>
        <w:br/>
        <w:t>За білою горою,&lt;br /&gt;</w:t>
        <w:br/>
        <w:t>А вечір зорі ниже&lt;br /&gt;</w:t>
        <w:br/>
        <w:t>Ниткою золотою.</w:t>
      </w:r>
    </w:p>
    <w:p>
      <w:r>
        <w:br/>
        <w:t>Мороз ходить по дворі,&lt;br /&gt;</w:t>
        <w:br/>
        <w:t>На льоду іскри креше,&lt;br /&gt;</w:t>
        <w:br/>
        <w:t>На снігу світить зорі,&lt;br /&gt;</w:t>
        <w:br/>
        <w:t>На вікнах квіти пише.</w:t>
      </w:r>
    </w:p>
    <w:p>
      <w:r>
        <w:br/>
        <w:t>А місяць сіє світло&lt;br /&gt;</w:t>
        <w:br/>
        <w:t>По стінах, по помості —&lt;br /&gt;</w:t>
        <w:br/>
        <w:t>Так тихо, так привітно&lt;br /&gt;</w:t>
        <w:br/>
        <w:t>Йде вечір до нас в гості.</w:t>
      </w:r>
    </w:p>
    <w:p>
      <w:r>
        <w:br/>
        <w:t>* * *</w:t>
      </w:r>
    </w:p>
    <w:p>
      <w:r>
        <w:br/>
        <w:t>СНІГОВА БАБА</w:t>
      </w:r>
    </w:p>
    <w:p>
      <w:r>
        <w:br/>
        <w:t>Що за гамір?&lt;br /&gt;</w:t>
        <w:br/>
        <w:t>Що за гра?&lt;br /&gt;</w:t>
        <w:br/>
        <w:t>Ліпить бабу&lt;br /&gt;</w:t>
        <w:br/>
        <w:t>Дітвора!</w:t>
      </w:r>
    </w:p>
    <w:p>
      <w:r>
        <w:br/>
        <w:t>Ой же, баба&lt;br /&gt;</w:t>
        <w:br/>
        <w:t>Снігова,&lt;br /&gt;</w:t>
        <w:br/>
        <w:t>Біла в баби&lt;br /&gt;</w:t>
        <w:br/>
        <w:t>Голова.</w:t>
      </w:r>
    </w:p>
    <w:p>
      <w:r>
        <w:br/>
        <w:t>Ой, у баби&lt;br /&gt;</w:t>
        <w:br/>
        <w:t>Горб на спині&lt;br /&gt;</w:t>
        <w:br/>
        <w:t>І ломака&lt;br /&gt;</w:t>
        <w:br/>
        <w:t>Он яка!</w:t>
      </w:r>
    </w:p>
    <w:p>
      <w:r>
        <w:br/>
        <w:t>Ніс у баби&lt;br /&gt;</w:t>
        <w:br/>
        <w:t>З картоплини,&lt;br /&gt;</w:t>
        <w:br/>
        <w:t>Рот у баби&lt;br /&gt;</w:t>
        <w:br/>
        <w:t>З буряка!</w:t>
      </w:r>
    </w:p>
    <w:p>
      <w:r>
        <w:br/>
        <w:t>* * *</w:t>
      </w:r>
    </w:p>
    <w:p>
      <w:r>
        <w:br/>
        <w:t>СИПЛЕ СНІГ</w:t>
      </w:r>
    </w:p>
    <w:p>
      <w:r>
        <w:br/>
        <w:t>Сипле, сипле, сипле сніг.&lt;br /&gt;</w:t>
        <w:br/>
        <w:t>Мов метелики сріблисті,&lt;br /&gt;</w:t>
        <w:br/>
        <w:t>Ті сніжинки, білі, чисті,&lt;br /&gt;</w:t>
        <w:br/>
        <w:t>Тихо стеляться до ніг.&lt;br /&gt;</w:t>
        <w:br/>
        <w:t>Сипле, сипле, сипле сніг.</w:t>
      </w:r>
    </w:p>
    <w:p>
      <w:r>
        <w:br/>
        <w:t>Сипле, сипле, сипле сніг.&lt;br /&gt;</w:t>
        <w:br/>
        <w:t>Тихо, легко і спроквола&lt;br /&gt;</w:t>
        <w:br/>
        <w:t>Покриває все довкола, —&lt;br /&gt;</w:t>
        <w:br/>
        <w:t>Ні стежок, ані доріг...&lt;br /&gt;</w:t>
        <w:br/>
        <w:t>Сипле, сипле, сипле сніг.</w:t>
      </w:r>
    </w:p>
    <w:p>
      <w:r>
        <w:br/>
        <w:t>Сипле, сипле, сипле сніг.&lt;br /&gt;</w:t>
        <w:br/>
        <w:t>Вже присипав доли, гори,&lt;br /&gt;</w:t>
        <w:br/>
        <w:t>Вже весь світ, мов біле море,&lt;br /&gt;</w:t>
        <w:br/>
        <w:t>Біле море без доріг.&lt;br /&gt;</w:t>
        <w:br/>
        <w:t>Сипле, сипле, сипле сніг.</w:t>
      </w:r>
    </w:p>
    <w:p>
      <w:r>
        <w:br/>
        <w:t>* * *</w:t>
      </w:r>
    </w:p>
    <w:p>
      <w:r>
        <w:br/>
        <w:t>КОЛЯДКА</w:t>
      </w:r>
    </w:p>
    <w:p>
      <w:r>
        <w:br/>
        <w:t>Ой, пригода, пригодочка,&lt;br /&gt;</w:t>
        <w:br/>
        <w:t>Прилинула колядочка,&lt;br /&gt;</w:t>
        <w:br/>
        <w:t>Щебетала на всі броди:&lt;br /&gt;</w:t>
        <w:br/>
        <w:t>Гей, сходися, рідний роде!&lt;br /&gt;</w:t>
        <w:br/>
        <w:t>Та послухай довгі речі,&lt;br /&gt;</w:t>
        <w:br/>
        <w:t>Як дзвеніли наші мечі,&lt;br /&gt;</w:t>
        <w:br/>
        <w:t>Та пригадай довгі змаги,&lt;br /&gt;</w:t>
        <w:br/>
        <w:t>Як шуміли наші стяги,&lt;br /&gt;</w:t>
        <w:br/>
        <w:t>Як літали полки птахом,&lt;br /&gt;</w:t>
        <w:br/>
        <w:t>Як дудніли коні шляхом,&lt;br /&gt;</w:t>
        <w:br/>
        <w:t>Як купались в сонці поля,&lt;br /&gt;</w:t>
        <w:br/>
        <w:t>Як сміялась наша воля.&lt;br /&gt;</w:t>
        <w:br/>
        <w:t>Ой, пригода, пригодочка,&lt;br /&gt;</w:t>
        <w:br/>
        <w:t>Щебетала колядочка,&lt;br /&gt;</w:t>
        <w:br/>
        <w:t>Закликала на всі броди:&lt;br /&gt;</w:t>
        <w:br/>
        <w:t>Гей, сходися, рідний роде.&lt;br /&gt;</w:t>
        <w:br/>
        <w:t>Гей, збирайся на всі шляхи,&lt;br /&gt;</w:t>
        <w:br/>
        <w:t>Вервечками рідні стяги.&lt;br /&gt;</w:t>
        <w:br/>
        <w:t>Гей, гуртуйся на всі смуги&lt;br /&gt;</w:t>
        <w:br/>
        <w:t>Витягати ясні плуги,&lt;br /&gt;</w:t>
        <w:br/>
        <w:t>Вислухати довгі речі,&lt;br /&gt;</w:t>
        <w:br/>
        <w:t>Готувати руки й плечі.&lt;br /&gt;</w:t>
        <w:br/>
        <w:t>Щоб дзвеніли нашим шляхом,&lt;br /&gt;</w:t>
        <w:br/>
        <w:t>Щоб кружляли кличі птахом,&lt;br /&gt;</w:t>
        <w:br/>
        <w:t>Щоб горіли в маках поля,&lt;br /&gt;</w:t>
        <w:br/>
        <w:t>Щоб вернула наша воля!&lt;br /&gt;</w:t>
        <w:br/>
        <w:t>Ой, пригода, пригодочка,&lt;br /&gt;</w:t>
        <w:br/>
        <w:t>Щебетала колядочка:&lt;br /&gt;</w:t>
        <w:br/>
        <w:t>Промайнула гори, води,&lt;br /&gt;</w:t>
        <w:br/>
        <w:t>Закликала на три броди:&lt;br /&gt;</w:t>
        <w:br/>
        <w:t>А з третього на четвертий,&lt;br /&gt;</w:t>
        <w:br/>
        <w:t>На китайці розпростертий.</w:t>
      </w:r>
    </w:p>
    <w:p>
      <w:r>
        <w:br/>
        <w:t>* * *</w:t>
      </w:r>
    </w:p>
    <w:p>
      <w:r>
        <w:br/>
        <w:t>ЯСЕНЕЦЬ</w:t>
      </w:r>
    </w:p>
    <w:p>
      <w:r>
        <w:br/>
        <w:t>Ой зима, ой зима,&lt;br /&gt;</w:t>
        <w:br/>
        <w:t>Квіточок вже нема.&lt;br /&gt;</w:t>
        <w:br/>
        <w:t>Беріжок, моріжок&lt;br /&gt;</w:t>
        <w:br/>
        <w:t>Прикрив білий сніжок.</w:t>
      </w:r>
    </w:p>
    <w:p>
      <w:r>
        <w:br/>
        <w:t>Ой зима, ой зима,&lt;br /&gt;</w:t>
        <w:br/>
        <w:t>А нам горя нема:&lt;br /&gt;</w:t>
        <w:br/>
        <w:t>Теплі в нас кожушки&lt;br /&gt;</w:t>
        <w:br/>
        <w:t>Міцні чобітки,&lt;br /&gt;</w:t>
        <w:br/>
        <w:t>Ще й бабуся стара&lt;br /&gt;</w:t>
        <w:br/>
        <w:t>Рукавички сплела.</w:t>
      </w:r>
    </w:p>
    <w:p>
      <w:r>
        <w:br/>
        <w:t>Ой зима, ой зима,&lt;br /&gt;</w:t>
        <w:br/>
        <w:t>А нам горя нема:&lt;br /&gt;</w:t>
        <w:br/>
        <w:t>Ми вже всі назубок&lt;br /&gt;</w:t>
        <w:br/>
        <w:t>Знаєм кожний урок;&lt;br /&gt;</w:t>
        <w:br/>
        <w:t>Погуляєм гуртком —&lt;br /&gt;</w:t>
        <w:br/>
        <w:t>То сніжком, то льодком!</w:t>
      </w:r>
    </w:p>
    <w:p>
      <w:r>
        <w:br/>
        <w:t>По цей бік, по той бік&lt;br /&gt;</w:t>
        <w:br/>
        <w:t>Всі підем на потік —&lt;br /&gt;</w:t>
        <w:br/>
        <w:t>На воді морозець&lt;br /&gt;</w:t>
        <w:br/>
        <w:t>Нам засклив ясенець!</w:t>
      </w:r>
    </w:p>
    <w:p>
      <w:r>
        <w:br/>
        <w:t>* * *</w:t>
      </w:r>
    </w:p>
    <w:p>
      <w:r>
        <w:br/>
        <w:t>СНІЖОК ТРЯСЕ</w:t>
      </w:r>
    </w:p>
    <w:p>
      <w:r>
        <w:br/>
        <w:t>("Гей, сніжок трясе")</w:t>
      </w:r>
    </w:p>
    <w:p>
      <w:r>
        <w:br/>
        <w:t>Гей, сніжок трясе&lt;br /&gt;</w:t>
        <w:br/>
        <w:t>Вільно, вільно.&lt;br /&gt;</w:t>
        <w:br/>
        <w:t>Порівняв усе&lt;br /&gt;</w:t>
        <w:br/>
        <w:t>Всюди рівно.</w:t>
      </w:r>
    </w:p>
    <w:p>
      <w:r>
        <w:br/>
        <w:t>Покрив беріжки&lt;br /&gt;</w:t>
        <w:br/>
        <w:t>Й пагорбочок,&lt;br /&gt;</w:t>
        <w:br/>
        <w:t>Накрив доріжки&lt;br /&gt;</w:t>
        <w:br/>
        <w:t>Для саночок.</w:t>
      </w:r>
    </w:p>
    <w:p>
      <w:r>
        <w:br/>
        <w:t>Линуть саночки&lt;br /&gt;</w:t>
        <w:br/>
        <w:t>Скорі, скорі,&lt;br /&gt;</w:t>
        <w:br/>
        <w:t>На них — діточки&lt;br /&gt;</w:t>
        <w:br/>
        <w:t>Яснозорі.</w:t>
      </w:r>
    </w:p>
    <w:p>
      <w:r>
        <w:br/>
        <w:t>Щось щебечуть все.&lt;br /&gt;</w:t>
        <w:br/>
        <w:t>Дзвонять сміхом,&lt;br /&gt;</w:t>
        <w:br/>
        <w:t>А сніжок трясе&lt;br /&gt;</w:t>
        <w:br/>
        <w:t>Тихо, тихо...</w:t>
      </w:r>
    </w:p>
    <w:p>
      <w:r>
        <w:br/>
        <w:t>В далеку Верховину,&lt;br /&gt;</w:t>
        <w:br/>
        <w:t>Що мріє у півсні,&lt;br /&gt;</w:t>
        <w:br/>
        <w:t>У тиху полонину,&lt;br /&gt;</w:t>
        <w:br/>
        <w:t>В Карпати чарівні!</w:t>
      </w:r>
    </w:p>
    <w:p>
      <w:r>
        <w:br/>
        <w:t>* * *</w:t>
      </w:r>
    </w:p>
    <w:p>
      <w:r>
        <w:br/>
        <w:t>ПТАШКИ ВЗИМКУ</w:t>
      </w:r>
    </w:p>
    <w:p>
      <w:r>
        <w:br/>
        <w:t>І</w:t>
      </w:r>
    </w:p>
    <w:p>
      <w:r>
        <w:br/>
        <w:t>Ой зима лютує дуже,&lt;br /&gt;</w:t>
        <w:br/>
        <w:t>Посмітюшкам це байдуже,&lt;br /&gt;</w:t>
        <w:br/>
        <w:t>Повтирали дзьобчики,&lt;br /&gt;</w:t>
        <w:br/>
        <w:t>Витрусили чубчики,&lt;br /&gt;</w:t>
        <w:br/>
        <w:t>Хвостиками повертіли —&lt;br /&gt;</w:t>
        <w:br/>
        <w:t>На подвір'я полетіли.&lt;br /&gt;</w:t>
        <w:br/>
        <w:t>Прилетіли під світлицю&lt;br /&gt;</w:t>
        <w:br/>
        <w:t>І зустріли там синицю:&lt;br /&gt;</w:t>
        <w:br/>
        <w:t>— Ой сестричко, добрий ранок,&lt;br /&gt;</w:t>
        <w:br/>
        <w:t>Що ти їла на сніданок?&lt;br /&gt;</w:t>
        <w:br/>
        <w:t>— Не пила я та й не їла,&lt;br /&gt;</w:t>
        <w:br/>
        <w:t>Від морозу здеревіла.&lt;br /&gt;</w:t>
        <w:br/>
        <w:t>— Ой синичко, не журися,&lt;br /&gt;</w:t>
        <w:br/>
        <w:t>Сюди-туди повернися,&lt;br /&gt;</w:t>
        <w:br/>
        <w:t>Ходи з нами, козаками,&lt;br /&gt;</w:t>
        <w:br/>
        <w:t>Знайдем скриню з калачами,&lt;br /&gt;</w:t>
        <w:br/>
        <w:t>Дамо тобі повну скриню,&lt;br /&gt;</w:t>
        <w:br/>
        <w:t>Будеш у нас за ґаздиню!</w:t>
      </w:r>
    </w:p>
    <w:p>
      <w:r>
        <w:br/>
        <w:t>II&lt;br /&gt;</w:t>
        <w:br/>
        <w:t>Горобчик:&lt;br /&gt;</w:t>
        <w:br/>
        <w:t>— Цір-цір, цір-цір,&lt;br /&gt;</w:t>
        <w:br/>
        <w:t>Вийди, Івасю, надвір!</w:t>
      </w:r>
    </w:p>
    <w:p>
      <w:r>
        <w:br/>
        <w:t>Синичка:&lt;br /&gt;</w:t>
        <w:br/>
        <w:t>— Час-час, час-час,&lt;br /&gt;</w:t>
        <w:br/>
        <w:t>Вийди, Марусю, до нас!</w:t>
      </w:r>
    </w:p>
    <w:p>
      <w:r>
        <w:br/>
        <w:t>Посмітюшка:&lt;br /&gt;</w:t>
        <w:br/>
        <w:t>— Цинь-цинь, цинь-цинь,&lt;br /&gt;</w:t>
        <w:br/>
        <w:t>Хлопчику, зернятко кинь!</w:t>
      </w:r>
    </w:p>
    <w:p>
      <w:r>
        <w:br/>
        <w:t>Жовтобрюшка:&lt;br /&gt;</w:t>
        <w:br/>
        <w:t>— Ціть-ціть, ціть-ціть,&lt;br /&gt;</w:t>
        <w:br/>
        <w:t>Нас рятувати спішіть!</w:t>
      </w:r>
    </w:p>
    <w:p>
      <w:r>
        <w:br/>
        <w:t>Всі пташки:&lt;br /&gt;</w:t>
        <w:br/>
        <w:t>— Цір-цір, ціть-ціть,&lt;br /&gt;</w:t>
        <w:br/>
        <w:t>Діти кохані, спішіть!&lt;br /&gt;</w:t>
        <w:br/>
        <w:t>Цинь-цинь, час-час,&lt;br /&gt;</w:t>
        <w:br/>
        <w:t>Подбайте, діти, про нас!</w:t>
      </w:r>
    </w:p>
    <w:p>
      <w:r>
        <w:br/>
        <w:t>На сніданочок для пташки&lt;br /&gt;</w:t>
        <w:br/>
        <w:t>Киньте зерен, киньте кашки.&lt;br /&gt;</w:t>
        <w:br/>
        <w:t>Ми ж все літо працювали —&lt;br /&gt;</w:t>
        <w:br/>
        <w:t>Сади з черви обчищали,&lt;br /&gt;</w:t>
        <w:br/>
        <w:t>Ще й співали всім на втіху,&lt;br /&gt;</w:t>
        <w:br/>
        <w:t>Світ навколо звеселяли!&lt;br /&gt;</w:t>
        <w:br/>
        <w:t>Цір-цір-цір!</w:t>
      </w:r>
    </w:p>
    <w:p>
      <w:r>
        <w:br/>
        <w:t>* * *</w:t>
      </w:r>
    </w:p>
    <w:p>
      <w:r>
        <w:br/>
        <w:t>СНІЖНИЙ ПУХ</w:t>
      </w:r>
    </w:p>
    <w:p>
      <w:r>
        <w:br/>
        <w:t>Сніжний пух, білий пух&lt;br /&gt;</w:t>
        <w:br/>
        <w:t>Від сонечка тане;&lt;br /&gt;</w:t>
        <w:br/>
        <w:t>Зими дух, блідий дух&lt;br /&gt;</w:t>
        <w:br/>
        <w:t>Вже більше не встане.</w:t>
      </w:r>
    </w:p>
    <w:p>
      <w:r>
        <w:br/>
        <w:t>Промені запечуть —&lt;br /&gt;</w:t>
        <w:br/>
        <w:t>Пропадуть морози,&lt;br /&gt;</w:t>
        <w:br/>
        <w:t>І зимі потечуть&lt;br /&gt;</w:t>
        <w:br/>
        <w:t>По личеньку сльози.</w:t>
      </w:r>
    </w:p>
    <w:p>
      <w:r>
        <w:br/>
        <w:t>Потічки попливуть&lt;br /&gt;</w:t>
        <w:br/>
        <w:t>Весело заграють,&lt;br /&gt;</w:t>
        <w:br/>
        <w:t>Мотильки оживуть,&lt;br /&gt;</w:t>
        <w:br/>
        <w:t>Птиці заспівають.</w:t>
      </w:r>
    </w:p>
    <w:p>
      <w:r>
        <w:br/>
        <w:t>Квіточки зацвітуть&lt;br /&gt;</w:t>
        <w:br/>
        <w:t>На траві, як з шовку —&lt;br /&gt;</w:t>
        <w:br/>
        <w:t>Діточки наплетуть&lt;br /&gt;</w:t>
        <w:br/>
        <w:t>Вінків на обновку.</w:t>
      </w:r>
    </w:p>
    <w:p>
      <w:r>
        <w:br/>
        <w:t>* * *</w:t>
      </w:r>
    </w:p>
    <w:p>
      <w:r>
        <w:br/>
        <w:t>БІЖИТЬ ЗАЙЧИК ПО СНІЖКУ</w:t>
      </w:r>
    </w:p>
    <w:p>
      <w:r>
        <w:br/>
        <w:t>Біжить зайчик по сніжку&lt;br /&gt;</w:t>
        <w:br/>
        <w:t>У новому кожушку —&lt;br /&gt;</w:t>
        <w:br/>
        <w:t>Гей, гей, тепленько,&lt;br /&gt;</w:t>
        <w:br/>
        <w:t>Радується серденько.</w:t>
      </w:r>
    </w:p>
    <w:p>
      <w:r>
        <w:br/>
        <w:t>Раптом вибіг із хати&lt;br /&gt;</w:t>
        <w:br/>
        <w:t>Бурко, песик кудлатий.&lt;br /&gt;</w:t>
        <w:br/>
        <w:t>Гав, гав! Бачить слід —&lt;br /&gt;</w:t>
        <w:br/>
        <w:t>Буде зайчик на обід!&lt;br /&gt;</w:t>
        <w:br/>
        <w:t>Сюди, туди, полями&lt;br /&gt;</w:t>
        <w:br/>
        <w:t>Біжить зайчик до мами.&lt;br /&gt;</w:t>
        <w:br/>
        <w:t>Мик, смик! Пропав слід —&lt;br /&gt;</w:t>
        <w:br/>
        <w:t>Пропав песиків обід!</w:t>
      </w:r>
    </w:p>
    <w:p>
      <w:r>
        <w:br/>
        <w:t>* * *</w:t>
      </w:r>
    </w:p>
    <w:p>
      <w:r>
        <w:br/>
        <w:t>ЗИМА НАСТУПАЄ</w:t>
      </w:r>
    </w:p>
    <w:p>
      <w:r>
        <w:br/>
        <w:t>Сіре небо, сіро-біла&lt;br /&gt;</w:t>
        <w:br/>
        <w:t>низина —</w:t>
      </w:r>
    </w:p>
    <w:p>
      <w:r>
        <w:br/>
        <w:t>Все кругом заворожила&lt;br /&gt;</w:t>
        <w:br/>
        <w:t>тишина.</w:t>
      </w:r>
    </w:p>
    <w:p>
      <w:r>
        <w:br/>
        <w:t>Сіра мла понависала&lt;br /&gt;</w:t>
        <w:br/>
        <w:t>з верхів гір,</w:t>
      </w:r>
    </w:p>
    <w:p>
      <w:r>
        <w:br/>
        <w:t>Біла ніч заколисала&lt;br /&gt;</w:t>
        <w:br/>
        <w:t>весь простір.</w:t>
      </w:r>
    </w:p>
    <w:p>
      <w:r>
        <w:br/>
        <w:t>* * *</w:t>
      </w:r>
    </w:p>
    <w:p>
      <w:r>
        <w:br/>
        <w:t>ДІД МОРОЗ</w:t>
      </w:r>
    </w:p>
    <w:p>
      <w:r>
        <w:br/>
        <w:t>Ходить Мороз надворі&lt;br /&gt;</w:t>
        <w:br/>
        <w:t>По широкій оборі,&lt;br /&gt;</w:t>
        <w:br/>
        <w:t>Ще й по горах-дібровах —&lt;br /&gt;</w:t>
        <w:br/>
        <w:t>У чоботях пухових.&lt;br /&gt;</w:t>
        <w:br/>
        <w:t>Старий він, сивий він,&lt;br /&gt;</w:t>
        <w:br/>
        <w:t>З бородою до колін.&lt;br /&gt;</w:t>
        <w:br/>
        <w:t>Ходить-бродить у шубі,&lt;br /&gt;</w:t>
        <w:br/>
        <w:t>Біла шапка на чубі.&lt;br /&gt;</w:t>
        <w:br/>
        <w:t>Ходить лютий, сердитий,&lt;br /&gt;</w:t>
        <w:br/>
        <w:t>Когось хоче вкусити.&lt;br /&gt;</w:t>
        <w:br/>
        <w:t>Старий він, сивий він,&lt;br /&gt;</w:t>
        <w:br/>
        <w:t>З бородою до колін.&lt;br /&gt;</w:t>
        <w:br/>
        <w:t>Як діток де зустріне —&lt;br /&gt;</w:t>
        <w:br/>
        <w:t>Сніг у вічі їм кине,&lt;br /&gt;</w:t>
        <w:br/>
        <w:t>Ще й зубами заблисне&lt;br /&gt;</w:t>
        <w:br/>
        <w:t>І за пальчик потисне.&lt;br /&gt;</w:t>
        <w:br/>
        <w:t>Старий він, сивий він,&lt;br /&gt;</w:t>
        <w:br/>
        <w:t>З бородою до колін.&lt;br /&gt;</w:t>
        <w:br/>
        <w:t>Дітям смішки — гуляють,&lt;br /&gt;</w:t>
        <w:br/>
        <w:t>Сани з гірки спускають —&lt;br /&gt;</w:t>
        <w:br/>
        <w:t>Скоро, скоро, скоренько&lt;br /&gt;</w:t>
        <w:br/>
        <w:t>Аж червоне личенько.&lt;br /&gt;</w:t>
        <w:br/>
        <w:t>Не злякає їх він —&lt;br /&gt;</w:t>
        <w:br/>
        <w:t>З бородою до колін.&lt;br /&gt;</w:t>
        <w:br/>
        <w:t>А за Дідом Морозом&lt;br /&gt;</w:t>
        <w:br/>
        <w:t>Дмуха вітер з погрозом,&lt;br /&gt;</w:t>
        <w:br/>
        <w:t>Дмуха вітер сердитий,&lt;br /&gt;</w:t>
        <w:br/>
        <w:t>В сніговицю сповитий.&lt;br /&gt;</w:t>
        <w:br/>
        <w:t>Свище люто, гуляє,&lt;br /&gt;</w:t>
        <w:br/>
        <w:t>Пісню грізну співає.&lt;br /&gt;</w:t>
        <w:br/>
        <w:t>Як в селі він ночує —&lt;br /&gt;</w:t>
        <w:br/>
        <w:t>Всі дороги задує,&lt;br /&gt;</w:t>
        <w:br/>
        <w:t>Гори снігу натрусить,&lt;br /&gt;</w:t>
        <w:br/>
        <w:t>Діток в школу не пустить.&lt;br /&gt;</w:t>
        <w:br/>
        <w:t>Свище люто, гуляє,&lt;br /&gt;</w:t>
        <w:br/>
        <w:t>Пісню грізну співає.&lt;br /&gt;</w:t>
        <w:br/>
        <w:t>Дітям смішки — гуляють,&lt;br /&gt;</w:t>
        <w:br/>
        <w:t>Сніг з дороги згрібають:&lt;br /&gt;</w:t>
        <w:br/>
        <w:t>Через пагорби й доли&lt;br /&gt;</w:t>
        <w:br/>
        <w:t>Вчасно прийдуть до школи!&lt;br /&gt;</w:t>
        <w:br/>
        <w:t>Дарма вітер гуляє,&lt;br /&gt;</w:t>
        <w:br/>
        <w:t>Пісню грізну співає.</w:t>
      </w:r>
    </w:p>
    <w:p>
      <w:r>
        <w:br/>
        <w:t>* * *</w:t>
      </w:r>
    </w:p>
    <w:p>
      <w:r>
        <w:br/>
        <w:t>КАЗКА ПРО ДІДА МОРОЗА ТА БАБУ ЗАВІРЮХУ</w:t>
      </w:r>
    </w:p>
    <w:p>
      <w:r>
        <w:br/>
        <w:t>У пралісі, у лісі —&lt;br /&gt;</w:t>
        <w:br/>
        <w:t>Палац чудовий, чистий:&lt;br /&gt;</w:t>
        <w:br/>
        <w:t>Одні кришталі в стрісі,&lt;br /&gt;</w:t>
        <w:br/>
        <w:t>А зруб — увесь льодистий.&lt;br /&gt;</w:t>
        <w:br/>
        <w:t>Поміст як сонце сяє,&lt;br /&gt;</w:t>
        <w:br/>
        <w:t>А постіль — білі пухи.&lt;br /&gt;</w:t>
        <w:br/>
        <w:t>Такий-то дім прекрасний&lt;br /&gt;</w:t>
        <w:br/>
        <w:t>У Баби Завірюхи!&lt;br /&gt;</w:t>
        <w:br/>
        <w:t>А Баба Завірюха&lt;br /&gt;</w:t>
        <w:br/>
        <w:t>Мороза Діда має;&lt;br /&gt;</w:t>
        <w:br/>
        <w:t>Та баби дід не слуха,&lt;br /&gt;</w:t>
        <w:br/>
        <w:t>Усе один гуляє.&lt;br /&gt;</w:t>
        <w:br/>
        <w:t>На села ходить в нічку,&lt;br /&gt;</w:t>
        <w:br/>
        <w:t>Як згасне промінь сонця, —&lt;br /&gt;</w:t>
        <w:br/>
        <w:t>То міст кладе на річку,&lt;br /&gt;</w:t>
        <w:br/>
        <w:t>То квіти на віконця.&lt;br /&gt;</w:t>
        <w:br/>
        <w:t>А баба все сердита,&lt;br /&gt;</w:t>
        <w:br/>
        <w:t>Що дід один гуляє,&lt;br /&gt;</w:t>
        <w:br/>
        <w:t>В метелицю сповита,&lt;br /&gt;</w:t>
        <w:br/>
        <w:t>Шляхи всі замітає.&lt;br /&gt;</w:t>
        <w:br/>
        <w:t>Холодним вітром дмуха,&lt;br /&gt;</w:t>
        <w:br/>
        <w:t>Кладе замети всюди,&lt;br /&gt;</w:t>
        <w:br/>
        <w:t>Щоб дід бабусю слухав&lt;br /&gt;</w:t>
        <w:br/>
        <w:t>І не ходив нікуди.</w:t>
      </w:r>
    </w:p>
    <w:p>
      <w:r>
        <w:br/>
        <w:t>* * *</w:t>
      </w:r>
    </w:p>
    <w:p>
      <w:r>
        <w:br/>
        <w:t>ДЗВІНОЧКИ ДЗВОНЯТЬ ДРІБНО</w:t>
      </w:r>
    </w:p>
    <w:p>
      <w:r>
        <w:br/>
        <w:t>Дзвіночки дзвонять дрібно,&lt;br /&gt;</w:t>
        <w:br/>
        <w:t>Дзвіночки при санках —&lt;br /&gt;</w:t>
        <w:br/>
        <w:t>Як біло, як біло-срібно&lt;br /&gt;</w:t>
        <w:br/>
        <w:t>Прослався рівний шлях.</w:t>
      </w:r>
    </w:p>
    <w:p>
      <w:r>
        <w:br/>
        <w:t>Саночки линуть сміло,&lt;br /&gt;</w:t>
        <w:br/>
        <w:t>У птаха взяли лет,&lt;br /&gt;</w:t>
        <w:br/>
        <w:t>Як біло, біло-срібно&lt;br /&gt;</w:t>
        <w:br/>
        <w:t>Блищить зими намет.</w:t>
      </w:r>
    </w:p>
    <w:p>
      <w:r>
        <w:br/>
        <w:t>Гей, міниться перлисто&lt;br /&gt;</w:t>
        <w:br/>
        <w:t>Між вербоньками путь;&lt;br /&gt;</w:t>
        <w:br/>
        <w:t>Як чисто, хрустально чисто&lt;br /&gt;</w:t>
        <w:br/>
        <w:t>Ллєсь воздух в мою грудь!</w:t>
      </w:r>
    </w:p>
    <w:p>
      <w:r>
        <w:br/>
        <w:t>Інеєм трусить сніжно&lt;br /&gt;</w:t>
        <w:br/>
        <w:t>На очі на чоло;&lt;br /&gt;</w:t>
        <w:br/>
        <w:t>Як ніжно, безмежно ніжно&lt;br /&gt;</w:t>
        <w:br/>
        <w:t>Цілунком обняло.</w:t>
      </w:r>
    </w:p>
    <w:p>
      <w:r>
        <w:br/>
        <w:t>Садочки мов леліють,&lt;br /&gt;</w:t>
        <w:br/>
        <w:t>Мов сиплять вишні цвіт;&lt;br /&gt;</w:t>
        <w:br/>
        <w:t>Я лину в білу мрію,&lt;br /&gt;</w:t>
        <w:br/>
        <w:t>У казки срібний світ.</w:t>
      </w:r>
    </w:p>
    <w:p>
      <w:r>
        <w:br/>
        <w:t>* * *</w:t>
      </w:r>
    </w:p>
    <w:p>
      <w:r>
        <w:br/>
        <w:t>ГАЙ ВЗИМКУ</w:t>
      </w:r>
    </w:p>
    <w:p>
      <w:r>
        <w:br/>
        <w:t>Не гайся, хлопчику, не гай,&lt;br /&gt;</w:t>
        <w:br/>
        <w:t>На саночки сідай,&lt;br /&gt;</w:t>
        <w:br/>
        <w:t>Поїдем, серце, в білий гай,&lt;br /&gt;</w:t>
        <w:br/>
        <w:t>В казок зимових край.&lt;br /&gt;</w:t>
        <w:br/>
        <w:t>У гаї молоді дубки&lt;br /&gt;</w:t>
        <w:br/>
        <w:t>Зросли у височінь&lt;br /&gt;</w:t>
        <w:br/>
        <w:t>І сніжні одягли шапки,&lt;br /&gt;</w:t>
        <w:br/>
        <w:t>Підперли неба синь.&lt;br /&gt;</w:t>
        <w:br/>
        <w:t>Схилилась до дубка сосна,&lt;br /&gt;</w:t>
        <w:br/>
        <w:t>Задумлива сосна;&lt;br /&gt;</w:t>
        <w:br/>
        <w:t>В голках — рясна, в шишках — рясна,&lt;br /&gt;</w:t>
        <w:br/>
        <w:t>Зелена, як весна.&lt;br /&gt;</w:t>
        <w:br/>
        <w:t>Берізка біла і струнка —&lt;br /&gt;</w:t>
        <w:br/>
        <w:t>Красуня у гаю —&lt;br /&gt;</w:t>
        <w:br/>
        <w:t>Вдивлялась в дзеркало струмка&lt;br /&gt;</w:t>
        <w:br/>
        <w:t>На вроду на свою.&lt;br /&gt;</w:t>
        <w:br/>
        <w:t>Дзюрчить струмок попід сніжок,&lt;br /&gt;</w:t>
        <w:br/>
        <w:t>Розказує своє —&lt;br /&gt;</w:t>
        <w:br/>
        <w:t>Прийшов цапок на бережок,&lt;br /&gt;</w:t>
        <w:br/>
        <w:t>Водичку чисту п'є.&lt;br /&gt;</w:t>
        <w:br/>
        <w:t>Промчався зайчик через хмиз,&lt;br /&gt;</w:t>
        <w:br/>
        <w:t>До потічка прибіг,&lt;br /&gt;</w:t>
        <w:br/>
        <w:t>Води попив, кори погриз,&lt;br /&gt;</w:t>
        <w:br/>
        <w:t>Під кущиком приліг.&lt;br /&gt;</w:t>
        <w:br/>
        <w:t>Збиточна білка молода&lt;br /&gt;</w:t>
        <w:br/>
        <w:t>Стрибає по сосні,&lt;br /&gt;</w:t>
        <w:br/>
        <w:t>Шишками в зайчика кида,&lt;br /&gt;</w:t>
        <w:br/>
        <w:t>Його турбує в сні.&lt;br /&gt;</w:t>
        <w:br/>
        <w:t>А дятел шишку ту схопив,&lt;br /&gt;</w:t>
        <w:br/>
        <w:t>Та білці не віддав, —&lt;br /&gt;</w:t>
        <w:br/>
        <w:t>У дірку від сучка встромив,&lt;br /&gt;</w:t>
        <w:br/>
        <w:t>Насіння виїдав.&lt;br /&gt;</w:t>
        <w:br/>
        <w:t>Про шишку білочка не дба,&lt;br /&gt;</w:t>
        <w:br/>
        <w:t>Бо в неї у дуплі&lt;br /&gt;</w:t>
        <w:br/>
        <w:t>Багато всякого добра&lt;br /&gt;</w:t>
        <w:br/>
        <w:t>І ласощі смачні.&lt;br /&gt;</w:t>
        <w:br/>
        <w:t>Ліщинові горішки там,&lt;br /&gt;</w:t>
        <w:br/>
        <w:t>Солодкі ягідки&lt;br /&gt;</w:t>
        <w:br/>
        <w:t>І ще, на закуску білкам,&lt;br /&gt;</w:t>
        <w:br/>
        <w:t>Засушені грибки.&lt;br /&gt;</w:t>
        <w:br/>
        <w:t>Тож білочка не журиться,&lt;br /&gt;</w:t>
        <w:br/>
        <w:t>Чи довго буде сніг:&lt;br /&gt;</w:t>
        <w:br/>
        <w:t>У кожушку зажмуриться —&lt;br /&gt;</w:t>
        <w:br/>
        <w:t>І їсть собі горіх.</w:t>
      </w:r>
    </w:p>
    <w:p>
      <w:r>
        <w:br/>
        <w:t>* * *</w:t>
      </w:r>
    </w:p>
    <w:p>
      <w:r>
        <w:br/>
        <w:t>МОРОЗ</w:t>
      </w:r>
    </w:p>
    <w:p>
      <w:r>
        <w:br/>
        <w:t>Ходить Мороз надворі&lt;br /&gt;</w:t>
        <w:br/>
        <w:t>По широкій оборі,&lt;br /&gt;</w:t>
        <w:br/>
        <w:t>Ще й по горах-дібровах —&lt;br /&gt;</w:t>
        <w:br/>
        <w:t>У чоботях пухових.</w:t>
      </w:r>
    </w:p>
    <w:p>
      <w:r>
        <w:br/>
        <w:t>Старий він, сивий він,&lt;br /&gt;</w:t>
        <w:br/>
        <w:t>З бородою до колін.</w:t>
      </w:r>
    </w:p>
    <w:p>
      <w:r>
        <w:br/>
        <w:t>Ходить-бродить у шубі,&lt;br /&gt;</w:t>
        <w:br/>
        <w:t>Біла шапка на чубі.&lt;br /&gt;</w:t>
        <w:br/>
        <w:t>Ходить лютий, сердитий,&lt;br /&gt;</w:t>
        <w:br/>
        <w:t>Хоче когось вкусити.</w:t>
      </w:r>
    </w:p>
    <w:p>
      <w:r>
        <w:br/>
        <w:t>* * *</w:t>
      </w:r>
    </w:p>
    <w:p>
      <w:r>
        <w:br/>
        <w:t>СНІЖОК ТРЯСЕ</w:t>
      </w:r>
    </w:p>
    <w:p>
      <w:r>
        <w:br/>
        <w:t>(Ой, сніжок трясе)</w:t>
      </w:r>
    </w:p>
    <w:p>
      <w:r>
        <w:br/>
        <w:t>Ой, сніжок трясе&lt;br /&gt;</w:t>
        <w:br/>
        <w:t>Вільно, вільно —&lt;br /&gt;</w:t>
        <w:br/>
        <w:t>Засипає все&lt;br /&gt;</w:t>
        <w:br/>
        <w:t>Густо, рівно.&lt;br /&gt;</w:t>
        <w:br/>
        <w:t>Порівняв горби&lt;br /&gt;</w:t>
        <w:br/>
        <w:t>З долинами —&lt;br /&gt;</w:t>
        <w:br/>
        <w:t>Зрівняє карби&lt;br /&gt;</w:t>
        <w:br/>
        <w:t>Межи нами.</w:t>
      </w:r>
    </w:p>
    <w:p>
      <w:r>
        <w:br/>
        <w:t>Ой, сніжок трясе&lt;br /&gt;</w:t>
        <w:br/>
        <w:t>Біло, біло —&lt;br /&gt;</w:t>
        <w:br/>
        <w:t>Присипає все,&lt;br /&gt;</w:t>
        <w:br/>
        <w:t>Що боліло…&lt;br /&gt;</w:t>
        <w:br/>
        <w:t>Мече, мов в піну&lt;br /&gt;</w:t>
        <w:br/>
        <w:t>Літ скрижалі:&lt;br /&gt;</w:t>
        <w:br/>
        <w:t>За ранню вину&lt;br /&gt;</w:t>
        <w:br/>
        <w:t>Й пізні жалі.</w:t>
      </w:r>
    </w:p>
    <w:p>
      <w:r>
        <w:br/>
        <w:t>Ой, сніжок трясе&lt;br /&gt;</w:t>
        <w:br/>
        <w:t>Срібно-сніжно, —&lt;br /&gt;</w:t>
        <w:br/>
        <w:t>Пригортає все&lt;br /&gt;</w:t>
        <w:br/>
        <w:t>М’яко, ніжно.&lt;br /&gt;</w:t>
        <w:br/>
        <w:t>Що зійшло в любові,&lt;br /&gt;</w:t>
        <w:br/>
        <w:t>В труді, в крові&lt;br /&gt;</w:t>
        <w:br/>
        <w:t>Тулить в смути дні&lt;br /&gt;</w:t>
        <w:br/>
        <w:t>До обнови.</w:t>
      </w:r>
    </w:p>
    <w:p>
      <w:r>
        <w:br/>
        <w:t>Ой, сніжок трясе…</w:t>
      </w:r>
    </w:p>
    <w:p>
      <w:r>
        <w:br/>
        <w:t>* * *</w:t>
      </w:r>
    </w:p>
    <w:p>
      <w:r>
        <w:br/>
        <w:t>ЧОРНЕ-БІЛИМ</w:t>
      </w:r>
    </w:p>
    <w:p>
      <w:r>
        <w:br/>
        <w:t>Кряче ворон, крилом крає&lt;br /&gt;</w:t>
        <w:br/>
        <w:t>Блакитну світиль.&lt;br /&gt;</w:t>
        <w:br/>
        <w:t>Рідне поле укриває&lt;br /&gt;</w:t>
        <w:br/>
        <w:t>Море білих хвиль.&lt;br /&gt;</w:t>
        <w:br/>
        <w:t>І безмежне, і безкрає&lt;br /&gt;</w:t>
        <w:br/>
        <w:t>Котиться до ніг.&lt;br /&gt;</w:t>
        <w:br/>
        <w:t>Чорний ворон, крилом крає&lt;br /&gt;</w:t>
        <w:br/>
        <w:t>Чорним білий сніг.</w:t>
      </w:r>
    </w:p>
    <w:p>
      <w:r>
        <w:br/>
        <w:t>А вже стала пригодонька&lt;br /&gt;</w:t>
        <w:br/>
        <w:t>Чи в лад, чи не в лад,&lt;br /&gt;</w:t>
        <w:br/>
        <w:t>Закохалася зимонька&lt;br /&gt;</w:t>
        <w:br/>
        <w:t>В кучерявий сад.&lt;br /&gt;</w:t>
        <w:br/>
        <w:t>Полюбила, накупила&lt;br /&gt;</w:t>
        <w:br/>
        <w:t>Пухових кирей,&lt;br /&gt;</w:t>
        <w:br/>
        <w:t>Кучерики прикрасила&lt;br /&gt;</w:t>
        <w:br/>
        <w:t>В блискучий іней.</w:t>
      </w:r>
    </w:p>
    <w:p>
      <w:r>
        <w:br/>
        <w:t>Сни криштальні, сни пропащі, —&lt;br /&gt;</w:t>
        <w:br/>
        <w:t>Нові дні ідуть…&lt;br /&gt;</w:t>
        <w:br/>
        <w:t>Ой, вже треба ліпшій, кращій&lt;br /&gt;</w:t>
        <w:br/>
        <w:t>Залишати путь.&lt;br /&gt;</w:t>
        <w:br/>
        <w:t>І шепоче зима стиха&lt;br /&gt;</w:t>
        <w:br/>
        <w:t>В вишневім саду:&lt;br /&gt;</w:t>
        <w:br/>
        <w:t>Ой, не згадуй, милий, лихом,&lt;br /&gt;</w:t>
        <w:br/>
        <w:t>Коли відійду.</w:t>
      </w:r>
    </w:p>
    <w:p>
      <w:r>
        <w:br/>
        <w:t>* * *</w:t>
      </w:r>
    </w:p>
    <w:p>
      <w:r>
        <w:br/>
        <w:t>НА ЛИЖАХ</w:t>
      </w:r>
    </w:p>
    <w:p>
      <w:r>
        <w:br/>
        <w:t>Сніги упали свіжі,&lt;br /&gt;</w:t>
        <w:br/>
        <w:t>Прослався білий шлях&lt;br /&gt;</w:t>
        <w:br/>
        <w:t>Візьму я бистрі лижі,&lt;br /&gt;</w:t>
        <w:br/>
        <w:t>Полину, наче птах.</w:t>
      </w:r>
    </w:p>
    <w:p>
      <w:r>
        <w:br/>
        <w:t>В далеку Верховину,&lt;br /&gt;</w:t>
        <w:br/>
        <w:t>Що мріє у півсні,&lt;br /&gt;</w:t>
        <w:br/>
        <w:t>У тиху полонину,&lt;br /&gt;</w:t>
        <w:br/>
        <w:t>В Карпати чарівні!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Зимові вірші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