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Зимове інтермеццо (вінок сонетів)</w:t>
      </w:r>
    </w:p>
    <w:p>
      <w:r>
        <w:br/>
        <w:t xml:space="preserve"> І&lt;br /&gt;</w:t>
        <w:br/>
        <w:t>Навдивовиж премудра і зваблива&lt;br /&gt;</w:t>
        <w:br/>
        <w:t>ця біла жінка на ім'я Зима:&lt;br /&gt;</w:t>
        <w:br/>
        <w:t>розкидає своє стосяйне диво&lt;br /&gt;</w:t>
        <w:br/>
        <w:t>по всіх усюдах просто задарма;</w:t>
      </w:r>
    </w:p>
    <w:p>
      <w:r>
        <w:br/>
        <w:t>укриє землю снігом мерехтливим,&lt;br /&gt;</w:t>
        <w:br/>
        <w:t>прилине з-понад хмар, немов сурма,&lt;br /&gt;</w:t>
        <w:br/>
        <w:t>а разом з нею — флейта жартівлива&lt;br /&gt;</w:t>
        <w:br/>
        <w:t>виспівує крізь віхолу й туман.</w:t>
      </w:r>
    </w:p>
    <w:p>
      <w:r>
        <w:br/>
        <w:t>Завія сніжна — новорічна панна —&lt;br /&gt;</w:t>
        <w:br/>
        <w:t>тривожить душу чарівним чеканням.&lt;br /&gt;</w:t>
        <w:br/>
        <w:t>Із нею рік Новий до нас спішить.</w:t>
      </w:r>
    </w:p>
    <w:p>
      <w:r>
        <w:br/>
        <w:t>Серця розкрили гойні карнавали,&lt;br /&gt;</w:t>
        <w:br/>
        <w:t>щоб люди пісню скорше заспівали,&lt;br /&gt;</w:t>
        <w:br/>
        <w:t>де наша віра і любов дзвенить.</w:t>
      </w:r>
    </w:p>
    <w:p>
      <w:r>
        <w:br/>
        <w:t>ІІ&lt;br /&gt;</w:t>
        <w:br/>
        <w:t>Де наша віра і любов дзвенить,&lt;br /&gt;</w:t>
        <w:br/>
        <w:t>там розквітає Україна мила.&lt;br /&gt;</w:t>
        <w:br/>
        <w:t>І ловлять зорі Новорічну мить,&lt;br /&gt;</w:t>
        <w:br/>
        <w:t>котра кружля на мелодійних крилах.</w:t>
      </w:r>
    </w:p>
    <w:p>
      <w:r>
        <w:br/>
        <w:t>Зимовий вечір подихом тремтить,&lt;br /&gt;</w:t>
        <w:br/>
        <w:t>щоб з тої миті щастя народилось,&lt;br /&gt;</w:t>
        <w:br/>
        <w:t>бо сповіща божественна блакить,&lt;br /&gt;</w:t>
        <w:br/>
        <w:t>що в рік Новий Господня зріє сила.</w:t>
      </w:r>
    </w:p>
    <w:p>
      <w:r>
        <w:br/>
        <w:t>Краса зими і новорічний щем...&lt;br /&gt;</w:t>
        <w:br/>
        <w:t>Яких нам втіх просити в Бога ще?&lt;br /&gt;</w:t>
        <w:br/>
        <w:t>Горнімося, Людино, до Людини.</w:t>
      </w:r>
    </w:p>
    <w:p>
      <w:r>
        <w:br/>
        <w:t>Нехай сніги за обрієм і мла,&lt;br /&gt;</w:t>
        <w:br/>
        <w:t>до нас пора сподівана прийшла —&lt;br /&gt;</w:t>
        <w:br/>
        <w:t>приймім її ласкаво і єдино.</w:t>
      </w:r>
    </w:p>
    <w:p>
      <w:r>
        <w:br/>
        <w:t>ІІІ&lt;br /&gt;</w:t>
        <w:br/>
        <w:t>Приймім її ласкаво і єдино&lt;br /&gt;</w:t>
        <w:br/>
        <w:t>оту пору, що мрії додає.&lt;br /&gt;</w:t>
        <w:br/>
        <w:t>Огляньмо даль прозіріним оком дивним —&lt;br /&gt;</w:t>
        <w:br/>
        <w:t>десь там грядуще наше виграє.</w:t>
      </w:r>
    </w:p>
    <w:p>
      <w:r>
        <w:br/>
        <w:t>Суворий час Дністром широким плине,&lt;br /&gt;</w:t>
        <w:br/>
        <w:t>та в цьому плині суть одвічна є:&lt;br /&gt;</w:t>
        <w:br/>
        <w:t>у нас самих майбутнє України,&lt;br /&gt;</w:t>
        <w:br/>
        <w:t>в котрім весна дзвінким потоком б'є.</w:t>
      </w:r>
    </w:p>
    <w:p>
      <w:r>
        <w:br/>
        <w:t>Зав'юниться там свіжістю п'янкою,&lt;br /&gt;</w:t>
        <w:br/>
        <w:t>щемка душа наповниться снагою,&lt;br /&gt;</w:t>
        <w:br/>
        <w:t>запахне гостро новизною вік.</w:t>
      </w:r>
    </w:p>
    <w:p>
      <w:r>
        <w:br/>
        <w:t>...А нині — радість повнить наші груди,&lt;br /&gt;</w:t>
        <w:br/>
        <w:t>і чути "Будьмо!" шанобливе всюди.&lt;br /&gt;</w:t>
        <w:br/>
        <w:t>Новий спустився з Чорногори рік!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Зимове інтермеццо (вінок сонетів)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