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Зимова казка</w:t>
      </w:r>
    </w:p>
    <w:p>
      <w:r>
        <w:br/>
        <w:t xml:space="preserve"> Ясна нічка над верхами.&lt;br /&gt;</w:t>
        <w:br/>
        <w:t>Тихим сном все спочиває.&lt;br /&gt;</w:t>
        <w:br/>
        <w:t>Тільки місяць ген снігами&lt;br /&gt;</w:t>
        <w:br/>
        <w:t>Срібний промінь розсіває.</w:t>
      </w:r>
    </w:p>
    <w:p>
      <w:r>
        <w:br/>
        <w:t>Вснули сосни і смереки,&lt;br /&gt;</w:t>
        <w:br/>
        <w:t>Згасло світло в вікнах хати,&lt;br /&gt;</w:t>
        <w:br/>
        <w:t>Лише з нетрів із далеких&lt;br /&gt;</w:t>
        <w:br/>
        <w:t>Зареве ведмідь кудлатий.</w:t>
      </w:r>
    </w:p>
    <w:p>
      <w:r>
        <w:br/>
        <w:t>В ніч таку, в шляху зорянім,&lt;br /&gt;</w:t>
        <w:br/>
        <w:t>Що з Землею Небо зводить,&lt;br /&gt;</w:t>
        <w:br/>
        <w:t>Тихим ходом Ясна Пані&lt;br /&gt;</w:t>
        <w:br/>
        <w:t>На верхи Бескидів сходить.</w:t>
      </w:r>
    </w:p>
    <w:p>
      <w:r>
        <w:br/>
        <w:t>У руці пахучі трави,&lt;br /&gt;</w:t>
        <w:br/>
        <w:t>У кошелі зерно злоте,&lt;br /&gt;</w:t>
        <w:br/>
        <w:t>Зором тихим і ласкавим&lt;br /&gt;</w:t>
        <w:br/>
        <w:t>Будить сонних із дрімоти.</w:t>
      </w:r>
    </w:p>
    <w:p>
      <w:r>
        <w:br/>
        <w:t>І до Неї з усіх боків&lt;br /&gt;</w:t>
        <w:br/>
        <w:t>Все живе біжить і лине:&lt;br /&gt;</w:t>
        <w:br/>
        <w:t>Зайчик, сарни темноокі&lt;br /&gt;</w:t>
        <w:br/>
        <w:t>І дрібної рій пташини.</w:t>
      </w:r>
    </w:p>
    <w:p>
      <w:r>
        <w:br/>
        <w:t>А Пречиста Діва Мати&lt;br /&gt;</w:t>
        <w:br/>
        <w:t>Всіх до себе прикликає.&lt;br /&gt;</w:t>
        <w:br/>
        <w:t>Звірям — сіна, корм листковий,&lt;br /&gt;</w:t>
        <w:br/>
        <w:t>Пташкам — зерна розсипає.</w:t>
      </w:r>
    </w:p>
    <w:p>
      <w:r>
        <w:br/>
        <w:t>Всіх наділить, чим там треба,&lt;br /&gt;</w:t>
        <w:br/>
        <w:t>Приласкає сарну й птичку,&lt;br /&gt;</w:t>
        <w:br/>
        <w:t>Зоряним шляхом до Неба&lt;br /&gt;</w:t>
        <w:br/>
        <w:t>Повертає в тиху нічку.</w:t>
      </w:r>
    </w:p>
    <w:p>
      <w:r>
        <w:br/>
        <w:t>Знову тихо в темнім борі.&lt;br /&gt;</w:t>
        <w:br/>
        <w:t>Ситі стада вже дрімають.&lt;br /&gt;</w:t>
        <w:br/>
        <w:t>Лиш смереки у розмові&lt;br /&gt;</w:t>
        <w:br/>
        <w:t>Божу Матір величають.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Зимова казка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