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Журавлі-журавлики</w:t>
      </w:r>
    </w:p>
    <w:p>
      <w:r>
        <w:br/>
        <w:t xml:space="preserve"> Журавлі-журавлики</w:t>
      </w:r>
    </w:p>
    <w:p>
      <w:r>
        <w:br/>
        <w:t>В тридев'ятім царстві,&lt;br /&gt;</w:t>
        <w:br/>
        <w:t>у країні див,&lt;br /&gt;</w:t>
        <w:br/>
        <w:t>серед гір похмурих&lt;br /&gt;</w:t>
        <w:br/>
        <w:t>мудрий ворон жив.</w:t>
      </w:r>
    </w:p>
    <w:p>
      <w:r>
        <w:br/>
        <w:t>Там ліси дрімучі,&lt;br /&gt;</w:t>
        <w:br/>
        <w:t>там громи гримучі,—&lt;br /&gt;</w:t>
        <w:br/>
        <w:t>б'ють із хмар у землю&lt;br /&gt;</w:t>
        <w:br/>
        <w:t>блискавки сліпучі.</w:t>
      </w:r>
    </w:p>
    <w:p>
      <w:r>
        <w:br/>
        <w:t>У долинах диких&lt;br /&gt;</w:t>
        <w:br/>
        <w:t>день — мов темна ніч.&lt;br /&gt;</w:t>
        <w:br/>
        <w:t>Там співають вивільги&lt;br /&gt;</w:t>
        <w:br/>
        <w:t>і регоче сич.</w:t>
      </w:r>
    </w:p>
    <w:p>
      <w:r>
        <w:br/>
        <w:t>Не дивує ворона&lt;br /&gt;</w:t>
        <w:br/>
        <w:t>їхній сміх і спів,&lt;br /&gt;</w:t>
        <w:br/>
        <w:t>бо на світі білому&lt;br /&gt;</w:t>
        <w:br/>
        <w:t>триста літ прожив.</w:t>
      </w:r>
    </w:p>
    <w:p>
      <w:r>
        <w:br/>
        <w:t>Він сидить на скелі,&lt;br /&gt;</w:t>
        <w:br/>
        <w:t>поглядає вниз,&lt;br /&gt;</w:t>
        <w:br/>
        <w:t>кострубатим мохом,&lt;br /&gt;</w:t>
        <w:br/>
        <w:t>наче пень, обріс.</w:t>
      </w:r>
    </w:p>
    <w:p>
      <w:r>
        <w:br/>
        <w:t>Я старого ворона&lt;br /&gt;</w:t>
        <w:br/>
        <w:t>добре попросив —&lt;br /&gt;</w:t>
        <w:br/>
        <w:t>він для діток наших&lt;br /&gt;</w:t>
        <w:br/>
        <w:t>казку розповів.</w:t>
      </w:r>
    </w:p>
    <w:p>
      <w:r>
        <w:br/>
        <w:t>* * *&lt;br /&gt;</w:t>
        <w:br/>
        <w:t>В давнину глибоку,&lt;br /&gt;</w:t>
        <w:br/>
        <w:t>як війна була,&lt;br /&gt;</w:t>
        <w:br/>
        <w:t>дівчинка Наталочка&lt;br /&gt;</w:t>
        <w:br/>
        <w:t>у батьків жила.&lt;br /&gt;</w:t>
        <w:br/>
        <w:t>Ніби льон — біленька,&lt;br /&gt;</w:t>
        <w:br/>
        <w:t>грибок — маленька,&lt;br /&gt;</w:t>
        <w:br/>
        <w:t>ніжками тупу,&lt;br /&gt;</w:t>
        <w:br/>
        <w:t>скаче по степу.&lt;br /&gt;</w:t>
        <w:br/>
        <w:t>Раз летів у вирій&lt;br /&gt;</w:t>
        <w:br/>
        <w:t>журавлиний ключ,—&lt;br /&gt;</w:t>
        <w:br/>
        <w:t>впав на нього каменем&lt;br /&gt;</w:t>
        <w:br/>
        <w:t>сокіл із-за туч.&lt;br /&gt;</w:t>
        <w:br/>
        <w:t>Дівчинка Наталочка&lt;br /&gt;</w:t>
        <w:br/>
        <w:t>бачила здаля,&lt;br /&gt;</w:t>
        <w:br/>
        <w:t>як ударив сокіл&lt;br /&gt;</w:t>
        <w:br/>
        <w:t>дзьобом журавля.&lt;br /&gt;</w:t>
        <w:br/>
        <w:t>Журавель, мов грудка,&lt;br /&gt;</w:t>
        <w:br/>
        <w:t>впав на землю прудко:&lt;br /&gt;</w:t>
        <w:br/>
        <w:t>знать, його крило&lt;br /&gt;</w:t>
        <w:br/>
        <w:t>зранене було.&lt;br /&gt;</w:t>
        <w:br/>
        <w:t>Скрикнула Наталочка,&lt;br /&gt;</w:t>
        <w:br/>
        <w:t>наче бджілка, мчить.&lt;br /&gt;</w:t>
        <w:br/>
        <w:t>Зупинилась, дивиться —&lt;br /&gt;</w:t>
        <w:br/>
        <w:t>журавель лежить.&lt;br /&gt;</w:t>
        <w:br/>
        <w:t>Витягнув крило своє —&lt;br /&gt;</w:t>
        <w:br/>
        <w:t>рани на крилі,&lt;br /&gt;</w:t>
        <w:br/>
        <w:t>кров гаряча струменем&lt;br /&gt;</w:t>
        <w:br/>
        <w:t>ллється по землі.&lt;br /&gt;</w:t>
        <w:br/>
        <w:t>Простягає голову,&lt;br /&gt;</w:t>
        <w:br/>
        <w:t>жалібно глядить —&lt;br /&gt;</w:t>
        <w:br/>
        <w:t>ген, у небі синьому,&lt;br /&gt;</w:t>
        <w:br/>
        <w:t>ключ його летить.&lt;br /&gt;</w:t>
        <w:br/>
        <w:t>З друзями розстатися&lt;br /&gt;</w:t>
        <w:br/>
        <w:t>жаль йому, мабуть,&lt;br /&gt;</w:t>
        <w:br/>
        <w:t>бо в очах туманиться&lt;br /&gt;</w:t>
        <w:br/>
        <w:t>слізна каламуть.&lt;br /&gt;</w:t>
        <w:br/>
        <w:t>Журавлі курличуть —&lt;br /&gt;</w:t>
        <w:br/>
        <w:t>за собою кличуть,&lt;br /&gt;</w:t>
        <w:br/>
        <w:t>журавлі курлять —&lt;br /&gt;</w:t>
        <w:br/>
        <w:t>в теплий край летять.&lt;br /&gt;</w:t>
        <w:br/>
        <w:t>Дівчинка хустину&lt;br /&gt;</w:t>
        <w:br/>
        <w:t>з голови зняла,&lt;br /&gt;</w:t>
        <w:br/>
        <w:t>ніжно доторкнулася&lt;br /&gt;</w:t>
        <w:br/>
        <w:t>ручками крила.&lt;br /&gt;</w:t>
        <w:br/>
        <w:t>"Не сумуй, журавлику,&lt;br /&gt;</w:t>
        <w:br/>
        <w:t>підемо в село —&lt;br /&gt;</w:t>
        <w:br/>
        <w:t>там тобі я вигою&lt;br /&gt;</w:t>
        <w:br/>
        <w:t>зранене крило".&lt;br /&gt;</w:t>
        <w:br/>
        <w:t>Рани зав'язала,&lt;br /&gt;</w:t>
        <w:br/>
        <w:t>кров затамувала,&lt;br /&gt;</w:t>
        <w:br/>
        <w:t>ніжками тупу —&lt;br /&gt;</w:t>
        <w:br/>
        <w:t>скаче по степу.&lt;br /&gt;</w:t>
        <w:br/>
        <w:t>Привела додому,&lt;br /&gt;</w:t>
        <w:br/>
        <w:t>їсти-пить дала,&lt;br /&gt;</w:t>
        <w:br/>
        <w:t>все коло журавлика&lt;br /&gt;</w:t>
        <w:br/>
        <w:t>бігає мала.&lt;br /&gt;</w:t>
        <w:br/>
        <w:t>Кличе маму, татка,&lt;br /&gt;</w:t>
        <w:br/>
        <w:t>кличе дідуся,—&lt;br /&gt;</w:t>
        <w:br/>
        <w:t>мов ромашка, сонячно&lt;br /&gt;</w:t>
        <w:br/>
        <w:t>світиться уся.&lt;br /&gt;</w:t>
        <w:br/>
        <w:t>Гладить сіру шийку,&lt;br /&gt;</w:t>
        <w:br/>
        <w:t>гладить довгий дзьоб.&lt;br /&gt;</w:t>
        <w:br/>
        <w:t>У такого лікаря&lt;br /&gt;</w:t>
        <w:br/>
        <w:t>й мертве ожило б!&lt;br /&gt;</w:t>
        <w:br/>
        <w:t>З хутора всі діти&lt;br /&gt;</w:t>
        <w:br/>
        <w:t>збіглись поглядіти —&lt;br /&gt;</w:t>
        <w:br/>
        <w:t>що за дивний птах&lt;br /&gt;</w:t>
        <w:br/>
        <w:t>в неї на руках?&lt;br /&gt;</w:t>
        <w:br/>
        <w:t>Дівчинка годує&lt;br /&gt;</w:t>
        <w:br/>
        <w:t>хлібом журавля,&lt;br /&gt;</w:t>
        <w:br/>
        <w:t>вдвох із ним над річкою&lt;br /&gt;</w:t>
        <w:br/>
        <w:t>кожен день гуля.&lt;br /&gt;</w:t>
        <w:br/>
        <w:t>Скаче з ним по травці,&lt;br /&gt;</w:t>
        <w:br/>
        <w:t>світла, як весна,&lt;br /&gt;</w:t>
        <w:br/>
        <w:t>Павликом-журавликом&lt;br /&gt;</w:t>
        <w:br/>
        <w:t>зве його вона.&lt;br /&gt;</w:t>
        <w:br/>
        <w:t>А за ними діти&lt;br /&gt;</w:t>
        <w:br/>
        <w:t>З багатьох осель:&lt;br /&gt;</w:t>
        <w:br/>
        <w:t>ой, який цікавий&lt;br /&gt;</w:t>
        <w:br/>
        <w:t>сірий журавель!&lt;br /&gt;</w:t>
        <w:br/>
        <w:t>Журавель дитинку&lt;br /&gt;</w:t>
        <w:br/>
        <w:t>смиче за косинку:&lt;br /&gt;</w:t>
        <w:br/>
        <w:t>любить дітвору —&lt;br /&gt;</w:t>
        <w:br/>
        <w:t>кру кру!&lt;br /&gt;</w:t>
        <w:br/>
        <w:t>Ось минає тиждень...&lt;br /&gt;</w:t>
        <w:br/>
        <w:t>Зранене крило&lt;br /&gt;</w:t>
        <w:br/>
        <w:t>в Павлика-журавлика&lt;br /&gt;</w:t>
        <w:br/>
        <w:t>майже зажило.&lt;br /&gt;</w:t>
        <w:br/>
        <w:t>Він уже стрибає,&lt;br /&gt;</w:t>
        <w:br/>
        <w:t>крилами махає,&lt;br /&gt;</w:t>
        <w:br/>
        <w:t>радісно у небо&lt;br /&gt;</w:t>
        <w:br/>
        <w:t>дивиться безкрає.&lt;br /&gt;</w:t>
        <w:br/>
        <w:t>Там, у синій млі,&lt;br /&gt;</w:t>
        <w:br/>
        <w:t>линуть журавлі, —&lt;br /&gt;</w:t>
        <w:br/>
        <w:t>в теплий вирій відлітають&lt;br /&gt;</w:t>
        <w:br/>
        <w:t>з рідної землі...&lt;br /&gt;</w:t>
        <w:br/>
        <w:t>Тільки б до весни&lt;br /&gt;</w:t>
        <w:br/>
        <w:t>зиму перебуть,&lt;br /&gt;</w:t>
        <w:br/>
        <w:t>а весною гомінкою —&lt;br /&gt;</w:t>
        <w:br/>
        <w:t>у зворотну путь.&lt;br /&gt;</w:t>
        <w:br/>
        <w:t>От одного разу&lt;br /&gt;</w:t>
        <w:br/>
        <w:t>в лузі, біля круч,&lt;br /&gt;</w:t>
        <w:br/>
        <w:t>сів спочити зморений&lt;br /&gt;</w:t>
        <w:br/>
        <w:t>журавлиний ключ.&lt;br /&gt;</w:t>
        <w:br/>
        <w:t>Павлик стрепенувся .&lt;br /&gt;</w:t>
        <w:br/>
        <w:t>і притьмом побіг —&lt;br /&gt;</w:t>
        <w:br/>
        <w:t>журавлів як друзів&lt;br /&gt;</w:t>
        <w:br/>
        <w:t>привітав своїх.&lt;br /&gt;</w:t>
        <w:br/>
        <w:t>А вони курликали&lt;br /&gt;</w:t>
        <w:br/>
        <w:t>та за крила смикали:&lt;br /&gt;</w:t>
        <w:br/>
        <w:t>родича, мабуть,&lt;br /&gt;</w:t>
        <w:br/>
        <w:t>кликали у путь.&lt;br /&gt;</w:t>
        <w:br/>
        <w:t>Павлик засмутився,&lt;br /&gt;</w:t>
        <w:br/>
        <w:t>дівчинку обняв,&lt;br /&gt;</w:t>
        <w:br/>
        <w:t>тужно на прощання&lt;br /&gt;</w:t>
        <w:br/>
        <w:t>крильми помахав.&lt;br /&gt;</w:t>
        <w:br/>
        <w:t>Журавлі спочили,&lt;br /&gt;</w:t>
        <w:br/>
        <w:t>кру! — і полетіли,&lt;br /&gt;</w:t>
        <w:br/>
        <w:t>тільки пружні крила&lt;br /&gt;</w:t>
        <w:br/>
        <w:t>дружно зашуміли.&lt;br /&gt;</w:t>
        <w:br/>
        <w:t>А над журавлями —&lt;br /&gt;</w:t>
        <w:br/>
        <w:t>небо, далина...&lt;br /&gt;</w:t>
        <w:br/>
        <w:t>Дівчинка Наталочка&lt;br /&gt;</w:t>
        <w:br/>
        <w:t>зосталась одна.&lt;br /&gt;</w:t>
        <w:br/>
        <w:t>Ніби льон — біленька,&lt;br /&gt;</w:t>
        <w:br/>
        <w:t>як грибок — маленька,&lt;br /&gt;</w:t>
        <w:br/>
        <w:t>ніжками тупу,&lt;br /&gt;</w:t>
        <w:br/>
        <w:t>скаче по степу.&lt;br /&gt;</w:t>
        <w:br/>
        <w:t>* * *&lt;br /&gt;</w:t>
        <w:br/>
        <w:t>Раптом — що це? Крики.&lt;br /&gt;</w:t>
        <w:br/>
        <w:t>То іде орда.&lt;br /&gt;</w:t>
        <w:br/>
        <w:t>Дівчинка Наталочка&lt;br /&gt;</w:t>
        <w:br/>
        <w:t>дивиться — біда!&lt;br /&gt;</w:t>
        <w:br/>
        <w:t>По степу, мов хмари,&lt;br /&gt;</w:t>
        <w:br/>
        <w:t>турки і татари&lt;br /&gt;</w:t>
        <w:br/>
        <w:t>горбляться в сідлі —&lt;br /&gt;</w:t>
        <w:br/>
        <w:t>скачуть злі-презлі.&lt;br /&gt;</w:t>
        <w:br/>
        <w:t>За плечима — луки,&lt;br /&gt;</w:t>
        <w:br/>
        <w:t>при боках — шаблюки,&lt;br /&gt;</w:t>
        <w:br/>
        <w:t>а в горі над ними&lt;br /&gt;</w:t>
        <w:br/>
        <w:t>в'ються хижі круки.&lt;br /&gt;</w:t>
        <w:br/>
        <w:t>Люди до фортеці&lt;br /&gt;</w:t>
        <w:br/>
        <w:t>утекли з села.&lt;br /&gt;</w:t>
        <w:br/>
        <w:t>В полі залишилася&lt;br /&gt;</w:t>
        <w:br/>
        <w:t>дівчинка мала.&lt;br /&gt;</w:t>
        <w:br/>
        <w:t>Перекотиполем&lt;br /&gt;</w:t>
        <w:br/>
        <w:t>по стерні летить,&lt;br /&gt;</w:t>
        <w:br/>
        <w:t>ніжками маленькими&lt;br /&gt;</w:t>
        <w:br/>
        <w:t>дрібно миготить.&lt;br /&gt;</w:t>
        <w:br/>
        <w:t>А позаду — тупіт,&lt;br /&gt;</w:t>
        <w:br/>
        <w:t>гострий дзвін шабель...&lt;br /&gt;</w:t>
        <w:br/>
        <w:t>Де ти, сірий братику,&lt;br /&gt;</w:t>
        <w:br/>
        <w:t>Павлик-журавель?&lt;br /&gt;</w:t>
        <w:br/>
        <w:t>Чуєш?.. Під копитами&lt;br /&gt;</w:t>
        <w:br/>
        <w:t>шелестить бур'ян,&lt;br /&gt;</w:t>
        <w:br/>
        <w:t>в'ється над голівкою,&lt;br /&gt;</w:t>
        <w:br/>
        <w:t>ніби вуж, аркан.&lt;br /&gt;</w:t>
        <w:br/>
        <w:t>Впився в біле тіло,&lt;br /&gt;</w:t>
        <w:br/>
        <w:t>як холодний ніж.&lt;br /&gt;</w:t>
        <w:br/>
        <w:t>Бух! — упала дівчинка&lt;br /&gt;</w:t>
        <w:br/>
        <w:t>на сухий спориш.&lt;br /&gt;</w:t>
        <w:br/>
        <w:t>Дівчинка Наталочка,&lt;br /&gt;</w:t>
        <w:br/>
        <w:t>бідна полоняночка,&lt;br /&gt;</w:t>
        <w:br/>
        <w:t>ніжками тупу —&lt;br /&gt;</w:t>
        <w:br/>
        <w:t>плаче у степу.&lt;br /&gt;</w:t>
        <w:br/>
        <w:t>Вороги спіймали&lt;br /&gt;</w:t>
        <w:br/>
        <w:t>біле пташеня,&lt;br /&gt;</w:t>
        <w:br/>
        <w:t>прив'язали ременем&lt;br /&gt;</w:t>
        <w:br/>
        <w:t>цупко до коня.&lt;br /&gt;</w:t>
        <w:br/>
        <w:t>Дикими степами,&lt;br /&gt;</w:t>
        <w:br/>
        <w:t>балками, ярами&lt;br /&gt;</w:t>
        <w:br/>
        <w:t>шали її вкупі&lt;br /&gt;</w:t>
        <w:br/>
        <w:t>з іншими рабами.&lt;br /&gt;</w:t>
        <w:br/>
        <w:t>Падають невільники,&lt;br /&gt;</w:t>
        <w:br/>
        <w:t>кров сочиться з ніг,&lt;br /&gt;</w:t>
        <w:br/>
        <w:t>та на спини важко&lt;br /&gt;</w:t>
        <w:br/>
        <w:t>падає батіг...&lt;br /&gt;</w:t>
        <w:br/>
        <w:t>Привели Наталочку&lt;br /&gt;</w:t>
        <w:br/>
        <w:t>у чужі краї —&lt;br /&gt;</w:t>
        <w:br/>
        <w:t>туркові-купцеві&lt;br /&gt;</w:t>
        <w:br/>
        <w:t>продали її.&lt;br /&gt;</w:t>
        <w:br/>
        <w:t>А купець Наталочку&lt;br /&gt;</w:t>
        <w:br/>
        <w:t>на пташник послав —&lt;br /&gt;</w:t>
        <w:br/>
        <w:t>доглядати пишних&lt;br /&gt;</w:t>
        <w:br/>
        <w:t>павичів і пав.&lt;br /&gt;</w:t>
        <w:br/>
        <w:t>Дівчинка-мурашка&lt;br /&gt;</w:t>
        <w:br/>
        <w:t>стомлюється тяжко —&lt;br /&gt;</w:t>
        <w:br/>
        <w:t>навіть уночі&lt;br /&gt;</w:t>
        <w:br/>
        <w:t>сняться павичі.&lt;br /&gt;</w:t>
        <w:br/>
        <w:t>* * *&lt;br /&gt;</w:t>
        <w:br/>
        <w:t>У купця, крім неї,&lt;br /&gt;</w:t>
        <w:br/>
        <w:t>сотні дві рабів —&lt;br /&gt;</w:t>
        <w:br/>
        <w:t>в ланцюги закутих&lt;br /&gt;</w:t>
        <w:br/>
        <w:t>дужих молодців.&lt;br /&gt;</w:t>
        <w:br/>
        <w:t>Кожен ранок з льоху&lt;br /&gt;</w:t>
        <w:br/>
        <w:t>із-за ґрат міцних&lt;br /&gt;</w:t>
        <w:br/>
        <w:t>сам купець-господар&lt;br /&gt;</w:t>
        <w:br/>
        <w:t>випускає їх.&lt;br /&gt;</w:t>
        <w:br/>
        <w:t>Йдуть раби понуро,&lt;br /&gt;</w:t>
        <w:br/>
        <w:t>чорні наче ніч.&lt;br /&gt;</w:t>
        <w:br/>
        <w:t>Одяг їхній дрантям&lt;br /&gt;</w:t>
        <w:br/>
        <w:t>обвисає з пліч.&lt;br /&gt;</w:t>
        <w:br/>
        <w:t>Йдуть раби. З галери&lt;br /&gt;</w:t>
        <w:br/>
        <w:t>носять вантажі.&lt;br /&gt;</w:t>
        <w:br/>
        <w:t>Тільки очі світяться&lt;br /&gt;</w:t>
        <w:br/>
        <w:t>гостро, як ножі.&lt;br /&gt;</w:t>
        <w:br/>
        <w:t>Йдуть... А їм назустріч&lt;br /&gt;</w:t>
        <w:br/>
        <w:t>дівчинка мала.&lt;br /&gt;</w:t>
        <w:br/>
        <w:t>"Добрий день",— промовила,&lt;br /&gt;</w:t>
        <w:br/>
        <w:t>ручку простягла.&lt;br /&gt;</w:t>
        <w:br/>
        <w:t>Ніби льон — біленька,&lt;br /&gt;</w:t>
        <w:br/>
        <w:t>як грибок — маленька,&lt;br /&gt;</w:t>
        <w:br/>
        <w:t>кошик у руках,&lt;br /&gt;</w:t>
        <w:br/>
        <w:t>сльози на очах.&lt;br /&gt;</w:t>
        <w:br/>
        <w:t>"Ви погляньте — наша! —&lt;br /&gt;</w:t>
        <w:br/>
        <w:t>стрій закам'яніє.—&lt;br /&gt;</w:t>
        <w:br/>
        <w:t>Звідки ж це ти, крихітко?&lt;br /&gt;</w:t>
        <w:br/>
        <w:t>Із яких країв?"&lt;br /&gt;</w:t>
        <w:br/>
        <w:t>"Я з Поділля, дядю...&lt;br /&gt;</w:t>
        <w:br/>
        <w:t>А відкіль же ви?"&lt;br /&gt;</w:t>
        <w:br/>
        <w:t>"Ми — із України,&lt;br /&gt;</w:t>
        <w:br/>
        <w:t>з Дону, із Москви...&lt;br /&gt;</w:t>
        <w:br/>
        <w:t>Пятий рік минає,—&lt;br /&gt;</w:t>
        <w:br/>
        <w:t>немалий то час,—&lt;br /&gt;</w:t>
        <w:br/>
        <w:t>як в бою кривавому&lt;br /&gt;</w:t>
        <w:br/>
        <w:t>полонили нас.&lt;br /&gt;</w:t>
        <w:br/>
        <w:t>В пута закували,&lt;br /&gt;</w:t>
        <w:br/>
        <w:t>світ замурували,&lt;br /&gt;</w:t>
        <w:br/>
        <w:t>волю відняли —&lt;br /&gt;</w:t>
        <w:br/>
        <w:t>в рабство продали".</w:t>
      </w:r>
    </w:p>
    <w:p>
      <w:r>
        <w:br/>
        <w:t>"Гей, ти що тут робиш?"&lt;br /&gt;</w:t>
        <w:br/>
        <w:t>раптом наглядач&lt;br /&gt;</w:t>
        <w:br/>
        <w:t>заревів позаду,&lt;br /&gt;</w:t>
        <w:br/>
        <w:t>як ведмідь-патлач.&lt;br /&gt;</w:t>
        <w:br/>
        <w:t>Дівчинка, мов пташка,&lt;br /&gt;</w:t>
        <w:br/>
        <w:t>пурхнула від них —&lt;br /&gt;</w:t>
        <w:br/>
        <w:t>тільки п'яти блиснули&lt;br /&gt;</w:t>
        <w:br/>
        <w:t>ноженят малих.</w:t>
      </w:r>
    </w:p>
    <w:p>
      <w:r>
        <w:br/>
        <w:t>* Ф *&lt;br /&gt;</w:t>
        <w:br/>
        <w:t>Раз вона підгледіла&lt;br /&gt;</w:t>
        <w:br/>
        <w:t>у саду вночі,&lt;br /&gt;</w:t>
        <w:br/>
        <w:t>де купець, лягаючи,&lt;br /&gt;</w:t>
        <w:br/>
        <w:t>заховав ключі.&lt;br /&gt;</w:t>
        <w:br/>
        <w:t>Дівчинка не дише —&lt;br /&gt;</w:t>
        <w:br/>
        <w:t>жде, коли б скоріше&lt;br /&gt;</w:t>
        <w:br/>
        <w:t>впала над землею&lt;br /&gt;</w:t>
        <w:br/>
        <w:t>ніч якнайтемніша.&lt;br /&gt;</w:t>
        <w:br/>
        <w:t>І в ту ніч похмуру&lt;br /&gt;</w:t>
        <w:br/>
        <w:t>з в'язкою ключів&lt;br /&gt;</w:t>
        <w:br/>
        <w:t>шуснула у темряву&lt;br /&gt;</w:t>
        <w:br/>
        <w:t>визволять рабів.&lt;br /&gt;</w:t>
        <w:br/>
        <w:t>Спить наглядач лютий,&lt;br /&gt;</w:t>
        <w:br/>
        <w:t>міцно, мабуть, спить,&lt;br /&gt;</w:t>
        <w:br/>
        <w:t>аж хропе,—&lt;br /&gt;</w:t>
        <w:br/>
        <w:t>не чує,&lt;br /&gt;</w:t>
        <w:br/>
        <w:t>як замок рипить.&lt;br /&gt;</w:t>
        <w:br/>
        <w:t>Двері відчинилися —&lt;br /&gt;</w:t>
        <w:br/>
        <w:t>і раби з-за ґрат,&lt;br /&gt;</w:t>
        <w:br/>
        <w:t>радісні, схвильовані,&lt;br /&gt;</w:t>
        <w:br/>
        <w:t>вийшли в темний сад.&lt;br /&gt;</w:t>
        <w:br/>
        <w:t>Взяв один Наталочку,&lt;br /&gt;</w:t>
        <w:br/>
        <w:t>на руках підняв&lt;br /&gt;</w:t>
        <w:br/>
        <w:t>й, міцно пригорнувши,&lt;br /&gt;</w:t>
        <w:br/>
        <w:t>тихо проказав:&lt;br /&gt;</w:t>
        <w:br/>
        <w:t>"Ну, спасибі, доню,—&lt;br /&gt;</w:t>
        <w:br/>
        <w:t>виручила нас!..&lt;br /&gt;</w:t>
        <w:br/>
        <w:t>Друзі, ЕСІ за мною!&lt;br /&gt;</w:t>
        <w:br/>
        <w:t>Гаятись не час!"&lt;br /&gt;</w:t>
        <w:br/>
        <w:t>І поніс Наталочку&lt;br /&gt;</w:t>
        <w:br/>
        <w:t>на руках міцних.&lt;br /&gt;</w:t>
        <w:br/>
        <w:t>У яру кайдани&lt;br /&gt;</w:t>
        <w:br/>
        <w:t>збили з рук і з ніг.&lt;br /&gt;</w:t>
        <w:br/>
        <w:t>Зброєю їм стали&lt;br /&gt;</w:t>
        <w:br/>
        <w:t>довгі ланцюги,&lt;br /&gt;</w:t>
        <w:br/>
        <w:t>бо навколо ж — варта,&lt;br /&gt;</w:t>
        <w:br/>
        <w:t>люті вороги!&lt;br /&gt;</w:t>
        <w:br/>
        <w:t>Йдуть вони до моря...&lt;br /&gt;</w:t>
        <w:br/>
        <w:t>Там в осінній млі&lt;br /&gt;</w:t>
        <w:br/>
        <w:t>на воді гойдаються&lt;br /&gt;</w:t>
        <w:br/>
        <w:t>темні кораблі.&lt;br /&gt;</w:t>
        <w:br/>
        <w:t>Дівчинка припала&lt;br /&gt;</w:t>
        <w:br/>
        <w:t>дяді до плеча,—&lt;br /&gt;</w:t>
        <w:br/>
        <w:t>світиться зірками&lt;br /&gt;</w:t>
        <w:br/>
        <w:t>радість у очах.&lt;br /&gt;</w:t>
        <w:br/>
        <w:t>"Тихше, хлопці, тихше!"&lt;br /&gt;</w:t>
        <w:br/>
        <w:t>чується в пітьмі.&lt;br /&gt;</w:t>
        <w:br/>
        <w:t>Йдуть раби до берега,&lt;br /&gt;</w:t>
        <w:br/>
        <w:t>дужі і німі.&lt;br /&gt;</w:t>
        <w:br/>
        <w:t>Каторга скінчилася,&lt;br /&gt;</w:t>
        <w:br/>
        <w:t>ніби сон страшний...&lt;br /&gt;</w:t>
        <w:br/>
        <w:t>Тільки б захопити&lt;br /&gt;</w:t>
        <w:br/>
        <w:t>корабель швидкий!&lt;br /&gt;</w:t>
        <w:br/>
        <w:t>Ось уже видніються&lt;br /&gt;</w:t>
        <w:br/>
        <w:t>щогли корабля...&lt;br /&gt;</w:t>
        <w:br/>
        <w:t>Та раптово окрик&lt;br /&gt;</w:t>
        <w:br/>
        <w:t>пролунав здаля.&lt;br /&gt;</w:t>
        <w:br/>
        <w:t>Гримнув постріл, другий,&lt;br /&gt;</w:t>
        <w:br/>
        <w:t>чути тупіт ніг.&lt;br /&gt;</w:t>
        <w:br/>
        <w:t>То наглядач з вартою&lt;br /&gt;</w:t>
        <w:br/>
        <w:t>доганяє їх.</w:t>
      </w:r>
    </w:p>
    <w:p>
      <w:r>
        <w:br/>
        <w:t>"Уперед!" —&lt;br /&gt;</w:t>
        <w:br/>
        <w:t>невільники&lt;br /&gt;</w:t>
        <w:br/>
        <w:t>канули в пітьму.&lt;br /&gt;</w:t>
        <w:br/>
        <w:t>Вже не наздогнати&lt;br /&gt;</w:t>
        <w:br/>
        <w:t>втікачів йому!</w:t>
      </w:r>
    </w:p>
    <w:p>
      <w:r>
        <w:br/>
        <w:t>Чом же спотикається&lt;br /&gt;</w:t>
        <w:br/>
        <w:t>утікач один?&lt;br /&gt;</w:t>
        <w:br/>
        <w:t>Опускає дівчинку&lt;br /&gt;</w:t>
        <w:br/>
        <w:t>з рук на землю він.</w:t>
      </w:r>
    </w:p>
    <w:p>
      <w:r>
        <w:br/>
        <w:t>Сам додолу хилиться —&lt;br /&gt;</w:t>
        <w:br/>
        <w:t>падає в кущах.&lt;br /&gt;</w:t>
        <w:br/>
        <w:t>В небо сумно дивиться,&lt;br /&gt;</w:t>
        <w:br/>
        <w:t>як підбитий птах.</w:t>
      </w:r>
    </w:p>
    <w:p>
      <w:r>
        <w:br/>
        <w:t>Куля в груди влучила,&lt;br /&gt;</w:t>
        <w:br/>
        <w:t>з рани кров струмить...&lt;br /&gt;</w:t>
        <w:br/>
        <w:t>А над ним заплакана&lt;br /&gt;</w:t>
        <w:br/>
        <w:t>дівчинка сидить.</w:t>
      </w:r>
    </w:p>
    <w:p>
      <w:r>
        <w:br/>
        <w:t>Тут примчав наглядач,&lt;br /&gt;</w:t>
        <w:br/>
        <w:t>звіром заревів.&lt;br /&gt;</w:t>
        <w:br/>
        <w:t>Знову подоляночка&lt;br /&gt;</w:t>
        <w:br/>
        <w:t>Е лапах ворогів!</w:t>
      </w:r>
    </w:p>
    <w:p>
      <w:r>
        <w:br/>
        <w:t>Дівчинка Наталочка,&lt;br /&gt;</w:t>
        <w:br/>
        <w:t>бідна полоняночка,&lt;br /&gt;</w:t>
        <w:br/>
        <w:t>зв'язана сидить —&lt;br /&gt;</w:t>
        <w:br/>
        <w:t>вдалину глядить...&lt;br /&gt;</w:t>
        <w:br/>
        <w:t>А раби помчали —&lt;br /&gt;</w:t>
        <w:br/>
        <w:t>досягли причалу,&lt;br /&gt;</w:t>
        <w:br/>
        <w:t>захопили з боєм&lt;br /&gt;</w:t>
        <w:br/>
        <w:t>каторгу 1 чималу.&lt;br /&gt;</w:t>
        <w:br/>
        <w:t>Швидко в море вивели&lt;br /&gt;</w:t>
        <w:br/>
        <w:t>корабель прудкий,&lt;br /&gt;</w:t>
        <w:br/>
        <w:t>підняли на щоглі&lt;br /&gt;</w:t>
        <w:br/>
        <w:t>парус-вітровій.&lt;br /&gt;</w:t>
        <w:br/>
        <w:t>Полетіли стрімко&lt;br /&gt;</w:t>
        <w:br/>
        <w:t>у нічній імлі&lt;br /&gt;</w:t>
        <w:br/>
        <w:t>до ясного берега&lt;br /&gt;</w:t>
        <w:br/>
        <w:t>рідної землі.&lt;br /&gt;</w:t>
        <w:br/>
        <w:t>1 Каторга (тур.) — галера, весловий корабель.</w:t>
      </w:r>
    </w:p>
    <w:p>
      <w:r>
        <w:br/>
        <w:t>* * *&lt;br /&gt;</w:t>
        <w:br/>
        <w:t>Як почув господар,&lt;br /&gt;</w:t>
        <w:br/>
        <w:t>що втекли раби,&lt;br /&gt;</w:t>
        <w:br/>
        <w:t>він малу Наталочку&lt;br /&gt;</w:t>
        <w:br/>
        <w:t>мало не забив.&lt;br /&gt;</w:t>
        <w:br/>
        <w:t>І звелів наглядача&lt;br /&gt;</w:t>
        <w:br/>
        <w:t>й дівчинку —&lt;br /&gt;</w:t>
        <w:br/>
        <w:t>обох&lt;br /&gt;</w:t>
        <w:br/>
        <w:t>закувати в пута&lt;br /&gt;</w:t>
        <w:br/>
        <w:t>й кинути у льох.&lt;br /&gt;</w:t>
        <w:br/>
        <w:t>В льосі тім Наталочка&lt;br /&gt;</w:t>
        <w:br/>
        <w:t>зиму всю була.&lt;br /&gt;</w:t>
        <w:br/>
        <w:t>Як же їй хотілося&lt;br /&gt;</w:t>
        <w:br/>
        <w:t>сонця і тепла!&lt;br /&gt;</w:t>
        <w:br/>
        <w:t>Дівчинка-билинка&lt;br /&gt;</w:t>
        <w:br/>
        <w:t>стала мов пушинка,—&lt;br /&gt;</w:t>
        <w:br/>
        <w:t>втік дитячий сміх&lt;br /&gt;</w:t>
        <w:br/>
        <w:t>з вустоньків сумних.</w:t>
      </w:r>
    </w:p>
    <w:p>
      <w:r>
        <w:br/>
        <w:t>Навесні господар&lt;br /&gt;</w:t>
        <w:br/>
        <w:t>знов її послав&lt;br /&gt;</w:t>
        <w:br/>
        <w:t>до своїх коханих&lt;br /&gt;</w:t>
        <w:br/>
        <w:t>павичів і пав.&lt;br /&gt;</w:t>
        <w:br/>
        <w:t>А вони, трикляті,&lt;br /&gt;</w:t>
        <w:br/>
        <w:t>горді та пихаті,&lt;br /&gt;</w:t>
        <w:br/>
        <w:t>ходять, надимаються,&lt;br /&gt;</w:t>
        <w:br/>
        <w:t>мов пани пузаті.&lt;br /&gt;</w:t>
        <w:br/>
        <w:t>Сумно, тужно дівчинці&lt;br /&gt;</w:t>
        <w:br/>
        <w:t>серед пишних трав,&lt;br /&gt;</w:t>
        <w:br/>
        <w:t>ходить понад берегом —&lt;br /&gt;</w:t>
        <w:br/>
        <w:t>плаче у рукав.&lt;br /&gt;</w:t>
        <w:br/>
        <w:t>Лагодить сорочечку,&lt;br /&gt;</w:t>
        <w:br/>
        <w:t>латану, стару.&lt;br /&gt;</w:t>
        <w:br/>
        <w:t>Раптом чує радісне&lt;br /&gt;</w:t>
        <w:br/>
        <w:t>журавлине — кру!&lt;br /&gt;</w:t>
        <w:br/>
        <w:t>Високо у небі&lt;br /&gt;</w:t>
        <w:br/>
        <w:t>журавлі летять,&lt;br /&gt;</w:t>
        <w:br/>
        <w:t>крилами-вітрилами&lt;br /&gt;</w:t>
        <w:br/>
        <w:t>дружно лопотять.&lt;br /&gt;</w:t>
        <w:br/>
        <w:t>Гомонять-курликають&lt;br /&gt;</w:t>
        <w:br/>
        <w:t>весело вони,&lt;br /&gt;</w:t>
        <w:br/>
        <w:t>бо на рідну землю&lt;br /&gt;</w:t>
        <w:br/>
        <w:t>линуть з чужини.&lt;br /&gt;</w:t>
        <w:br/>
        <w:t>Дівчинка-пушинка&lt;br /&gt;</w:t>
        <w:br/>
        <w:t>вслід за ними мчить.&lt;br /&gt;</w:t>
        <w:br/>
        <w:t>" Павлик у-журавлику,&lt;br /&gt;</w:t>
        <w:br/>
        <w:t>опустись на мить!"&lt;br /&gt;</w:t>
        <w:br/>
        <w:t>Журавлі минають,&lt;br /&gt;</w:t>
        <w:br/>
        <w:t>вдалині зникають.&lt;br /&gt;</w:t>
        <w:br/>
        <w:t>Жоден із ключів&lt;br /&gt;</w:t>
        <w:br/>
        <w:t>на той клич не сів.&lt;br /&gt;</w:t>
        <w:br/>
        <w:t>Та й не дивно: скільки&lt;br /&gt;</w:t>
        <w:br/>
        <w:t>проплива ключів!&lt;br /&gt;</w:t>
        <w:br/>
        <w:t>Перший, другий, третій,—&lt;br /&gt;</w:t>
        <w:br/>
        <w:t>п'ятий полетів...&lt;br /&gt;</w:t>
        <w:br/>
        <w:t>Ось і ключ останній&lt;br /&gt;</w:t>
        <w:br/>
        <w:t>в надвечірній час...&lt;br /&gt;</w:t>
        <w:br/>
        <w:t>" Павлику-журавлику!" —&lt;br /&gt;</w:t>
        <w:br/>
        <w:t>крикнула ще раз.&lt;br /&gt;</w:t>
        <w:br/>
        <w:t>Птахи сірокрилі&lt;br /&gt;</w:t>
        <w:br/>
        <w:t>лиш почули — сіли,&lt;br /&gt;</w:t>
        <w:br/>
        <w:t>дівчинку Наталочку&lt;br /&gt;</w:t>
        <w:br/>
        <w:t>колом обступили.&lt;br /&gt;</w:t>
        <w:br/>
        <w:t>Глянула невільниця —&lt;br /&gt;</w:t>
        <w:br/>
        <w:t>диво-дивина:&lt;br /&gt;</w:t>
        <w:br/>
        <w:t>Павлика-журавлика&lt;br /&gt;</w:t>
        <w:br/>
        <w:t>впізнає вона.&lt;br /&gt;</w:t>
        <w:br/>
        <w:t>Журавля впізнала —&lt;br /&gt;</w:t>
        <w:br/>
        <w:t>до крилець припала,&lt;br /&gt;</w:t>
        <w:br/>
        <w:t>плачучи-ридаючи,&lt;br /&gt;</w:t>
        <w:br/>
        <w:t>горе розказала.&lt;br /&gt;</w:t>
        <w:br/>
        <w:t>"Не журись, Наталочко,—&lt;br /&gt;</w:t>
        <w:br/>
        <w:t>Павлик відповів.—&lt;br /&gt;</w:t>
        <w:br/>
        <w:t>Через два дні будеш&lt;br /&gt;</w:t>
        <w:br/>
        <w:t>у своїх батьків!"&lt;br /&gt;</w:t>
        <w:br/>
        <w:t>Пильно на всі боки&lt;br /&gt;</w:t>
        <w:br/>
        <w:t>подивився птах —&lt;br /&gt;</w:t>
        <w:br/>
        <w:t>ген рибальська сітка&lt;br /&gt;</w:t>
        <w:br/>
        <w:t>сохне на кілках.&lt;br /&gt;</w:t>
        <w:br/>
        <w:t>Птахи зрозуміли —&lt;br /&gt;</w:t>
        <w:br/>
        <w:t>сітку розпустили,&lt;br /&gt;</w:t>
        <w:br/>
        <w:t>на широкім березі&lt;br /&gt;</w:t>
        <w:br/>
        <w:t>миттю розстелили.&lt;br /&gt;</w:t>
        <w:br/>
        <w:t>ДІЕчинка у сітку&lt;br /&gt;</w:t>
        <w:br/>
        <w:t>сіла, мов грибок.&lt;br /&gt;</w:t>
        <w:br/>
        <w:t>"Нумо в путь!" — курликнув&lt;br /&gt;</w:t>
        <w:br/>
        <w:t>Павлик-ватажок.&lt;br /&gt;</w:t>
        <w:br/>
        <w:t>Журавлі знялися,&lt;br /&gt;</w:t>
        <w:br/>
        <w:t>як бійці в строю,&lt;br /&gt;</w:t>
        <w:br/>
        <w:t>бережно тримаючи&lt;br /&gt;</w:t>
        <w:br/>
        <w:t>знахідку свою.&lt;br /&gt;</w:t>
        <w:br/>
        <w:t>А в цей час із дому&lt;br /&gt;</w:t>
        <w:br/>
        <w:t>вискочив купець,&lt;br /&gt;</w:t>
        <w:br/>
        <w:t>глянув — і від люті&lt;br /&gt;</w:t>
        <w:br/>
        <w:t>посинів, як мрець.&lt;br /&gt;</w:t>
        <w:br/>
        <w:t>"Гей, погані птахи,—&lt;br /&gt;</w:t>
        <w:br/>
        <w:t>закричав невлад,—&lt;br /&gt;</w:t>
        <w:br/>
        <w:t>дівчинку-невільнищо&lt;br /&gt;</w:t>
        <w:br/>
        <w:t>поверніть назад!"&lt;br /&gt;</w:t>
        <w:br/>
        <w:t>Журавлі сміються:&lt;br /&gt;</w:t>
        <w:br/>
        <w:t>" Кру-курли-курли!"&lt;br /&gt;</w:t>
        <w:br/>
        <w:t>Через синє море&lt;br /&gt;</w:t>
        <w:br/>
        <w:t>линуть, як орли.&lt;br /&gt;</w:t>
        <w:br/>
        <w:t>І мала Наталочка&lt;br /&gt;</w:t>
        <w:br/>
        <w:t>з ними, МОВ сестра,—&lt;br /&gt;</w:t>
        <w:br/>
        <w:t>на СВОЮ вітчизну,&lt;br /&gt;</w:t>
        <w:br/>
        <w:t>до свого Двора...&lt;br /&gt;</w:t>
        <w:br/>
        <w:t>День і два летіли,&lt;br /&gt;</w:t>
        <w:br/>
        <w:t>крила натомили,&lt;br /&gt;</w:t>
        <w:br/>
        <w:t>а на третій рано&lt;br /&gt;</w:t>
        <w:br/>
        <w:t>біля річки сіли.&lt;br /&gt;</w:t>
        <w:br/>
        <w:t>Опустили сітку&lt;br /&gt;</w:t>
        <w:br/>
        <w:t>на м'яку траву.&lt;br /&gt;</w:t>
        <w:br/>
        <w:t>ДІВЧИНЦІ не віриться —&lt;br /&gt;</w:t>
        <w:br/>
        <w:t>сон чи наяву?&lt;br /&gt;</w:t>
        <w:br/>
        <w:t>І село, і річка,&lt;br /&gt;</w:t>
        <w:br/>
        <w:t>і знайомий луг —&lt;br /&gt;</w:t>
        <w:br/>
        <w:t>і шовкові трави&lt;br /&gt;</w:t>
        <w:br/>
        <w:t>стеляться навкруг.&lt;br /&gt;</w:t>
        <w:br/>
        <w:t>А назустріч — мама,&lt;br /&gt;</w:t>
        <w:br/>
        <w:t>а назустріч — тато...&lt;br /&gt;</w:t>
        <w:br/>
        <w:t>В дівчинки Наталочки&lt;br /&gt;</w:t>
        <w:br/>
        <w:t>радості багато.&lt;br /&gt;</w:t>
        <w:br/>
        <w:t>З Павликом-журавликом&lt;br /&gt;</w:t>
        <w:br/>
        <w:t>грається вона —&lt;br /&gt;</w:t>
        <w:br/>
        <w:t>пташка-щебетушка,&lt;br /&gt;</w:t>
        <w:br/>
        <w:t>квітка весняна.&lt;br /&gt;</w:t>
        <w:br/>
        <w:t>Рідне сонце тепло&lt;br /&gt;</w:t>
        <w:br/>
        <w:t>сяє з вишини.&lt;br /&gt;</w:t>
        <w:br/>
        <w:t>Житом кучерявляться&lt;br /&gt;</w:t>
        <w:br/>
        <w:t>запашні лани.&lt;br /&gt;</w:t>
        <w:br/>
        <w:t>Діти ластів'ятами&lt;br /&gt;</w:t>
        <w:br/>
        <w:t>в'ються тут і там:&lt;br /&gt;</w:t>
        <w:br/>
        <w:t>принесли із хутора&lt;br /&gt;</w:t>
        <w:br/>
        <w:t>хліба журавлям.&lt;br /&gt;</w:t>
        <w:br/>
        <w:t>Журавлі поїли —&lt;br /&gt;</w:t>
        <w:br/>
        <w:t>кру! — і полетіли,&lt;br /&gt;</w:t>
        <w:br/>
        <w:t>лиш невтомні крила&lt;br /&gt;</w:t>
        <w:br/>
        <w:t>лунко зашуміли.&lt;br /&gt;</w:t>
        <w:br/>
        <w:t>Кинулась Наталочка,&lt;br /&gt;</w:t>
        <w:br/>
        <w:t>руки простягла.&lt;br /&gt;</w:t>
        <w:br/>
        <w:t>По щоці скотилася&lt;br /&gt;</w:t>
        <w:br/>
        <w:t>слізонька мала.&lt;br /&gt;</w:t>
        <w:br/>
        <w:t>"Ви куди прямуєте,&lt;br /&gt;</w:t>
        <w:br/>
        <w:t>у які краї,&lt;br /&gt;</w:t>
        <w:br/>
        <w:t>журавлі-журавлики,&lt;br /&gt;</w:t>
        <w:br/>
        <w:t>братики мої? "</w:t>
      </w:r>
    </w:p>
    <w:p>
      <w:r>
        <w:br/>
        <w:t>Ключ піднявся вгору,&lt;br /&gt;</w:t>
        <w:br/>
        <w:t>вдалину летить...&lt;br /&gt;</w:t>
        <w:br/>
        <w:t>Дівчинка Наталочка&lt;br /&gt;</w:t>
        <w:br/>
        <w:t>по траві біжить.&lt;br /&gt;</w:t>
        <w:br/>
        <w:t>Ніби льон — біленька,&lt;br /&gt;</w:t>
        <w:br/>
        <w:t>як грибок — маленька,&lt;br /&gt;</w:t>
        <w:br/>
        <w:t>ніжками тупу,&lt;br /&gt;</w:t>
        <w:br/>
        <w:t>скаче по степу...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Журавлі-журавлики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