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Жук і Бджола</w:t>
      </w:r>
    </w:p>
    <w:p>
      <w:r>
        <w:br/>
        <w:t xml:space="preserve"> Був ясний день, веселая година;&lt;br /&gt;</w:t>
        <w:br/>
        <w:t>Раділи і садок, і поле, і долина;&lt;br /&gt;</w:t>
        <w:br/>
        <w:t>Під лопухом у ямці Жук сидів&lt;br /&gt;</w:t>
        <w:br/>
        <w:t>І сам собі тихесенько гудів,&lt;br /&gt;</w:t>
        <w:br/>
        <w:t>Що день йому обрид, кругом усі товчуться,&lt;br /&gt;</w:t>
        <w:br/>
        <w:t>Що дуже сонечко і світить, і пече:&lt;br /&gt;</w:t>
        <w:br/>
        <w:t>І гаряче, і боляче,&lt;br /&gt;</w:t>
        <w:br/>
        <w:t>І боязко йому, сліпуючи, поткнуться,&lt;br /&gt;</w:t>
        <w:br/>
        <w:t>Бо день не на добро, а на лихо зведе…&lt;br /&gt;</w:t>
        <w:br/>
        <w:t>Аж дивиться — Бджола між квітами гуде,&lt;br /&gt;</w:t>
        <w:br/>
        <w:t>То на одну присяде, то на другу.&lt;br /&gt;</w:t>
        <w:br/>
        <w:t>Щоб трошечки свою розважить тугу,&lt;br /&gt;</w:t>
        <w:br/>
        <w:t>Жук, сміючись, озвавсь: — Здоровенька була!&lt;br /&gt;</w:t>
        <w:br/>
        <w:t>І добренько, що в гості прибула;&lt;br /&gt;</w:t>
        <w:br/>
        <w:t>А що, комашечко, ще долю веселеньку&lt;br /&gt;</w:t>
        <w:br/>
        <w:t>Потішимо, не помремо?&lt;br /&gt;</w:t>
        <w:br/>
        <w:t>— Хвалити бога, живемо&lt;br /&gt;</w:t>
        <w:br/>
        <w:t>І діло робим помаленьку,-&lt;br /&gt;</w:t>
        <w:br/>
        <w:t>Бджола промовила йому,-&lt;br /&gt;</w:t>
        <w:br/>
        <w:t>Ти ж не летиш чому?&lt;br /&gt;</w:t>
        <w:br/>
        <w:t>Побачив би, як все цвіте, радіє.&lt;br /&gt;</w:t>
        <w:br/>
        <w:t>— Не хочу,— каже Жук,— і голова здуріє,&lt;br /&gt;</w:t>
        <w:br/>
        <w:t>Аж зелено в очах від сонечка того;&lt;br /&gt;</w:t>
        <w:br/>
        <w:t>Нам краще, як нема його,&lt;br /&gt;</w:t>
        <w:br/>
        <w:t>І хоч би не було — байдуже…&lt;br /&gt;</w:t>
        <w:br/>
        <w:t>Тобі я, Бджілочко, дивуюсь дуже&lt;br /&gt;</w:t>
        <w:br/>
        <w:t>І, коли хочеш, раду дам:&lt;br /&gt;</w:t>
        <w:br/>
        <w:t>Умієш мед робить — і знай свою науку,&lt;br /&gt;</w:t>
        <w:br/>
        <w:t>А то ще нате, мов, і вам,-&lt;br /&gt;</w:t>
        <w:br/>
        <w:t>Чому не брать таку солодку штуку!&lt;br /&gt;</w:t>
        <w:br/>
        <w:t>Цікава дуже ти, нічого не минеш,&lt;br /&gt;</w:t>
        <w:br/>
        <w:t>Усяку квіточку перебереш,&lt;br /&gt;</w:t>
        <w:br/>
        <w:t>І треба, і не треба,&lt;br /&gt;</w:t>
        <w:br/>
        <w:t>Коли б змогла, поперлась би до неба.&lt;br /&gt;</w:t>
        <w:br/>
        <w:t>— Змолов ти, Жучку, недоладну річ,-&lt;br /&gt;</w:t>
        <w:br/>
        <w:t>Бджола йому сказала,-&lt;br /&gt;</w:t>
        <w:br/>
        <w:t>Твою головоньку покрила темна ніч,&lt;br /&gt;</w:t>
        <w:br/>
        <w:t>І світу божого вона не розпізнала.&lt;br /&gt;</w:t>
        <w:br/>
        <w:t>Турбуються усі, турбуюся і я,&lt;br /&gt;</w:t>
        <w:br/>
        <w:t>Нехай там буде капля і моя,&lt;br /&gt;</w:t>
        <w:br/>
        <w:t>Нехай і Бджілку люди знають&lt;br /&gt;</w:t>
        <w:br/>
        <w:t>І божу мудрість величають…&lt;br /&gt;</w:t>
        <w:br/>
        <w:t>Що ж, Жучку, досі ти&lt;br /&gt;</w:t>
        <w:br/>
        <w:t>Добув у темноти?&lt;br /&gt;</w:t>
        <w:br/>
        <w:t>Собі нічого і нікому;&lt;br /&gt;</w:t>
        <w:br/>
        <w:t>Цілісінькую ніч гайсаєш по-дурному,&lt;br /&gt;</w:t>
        <w:br/>
        <w:t>А блисне світ — ти лобом у вікно,&lt;br /&gt;</w:t>
        <w:br/>
        <w:t>Не розуміючи, нащо і що воно…&lt;br /&gt;</w:t>
        <w:br/>
        <w:t>Шкода з тобою розмовляти,&lt;br /&gt;</w:t>
        <w:br/>
        <w:t>Даремно час теряти,-&lt;br /&gt;</w:t>
        <w:br/>
        <w:t>Ти — Жук, а я — Бджола,&lt;br /&gt;</w:t>
        <w:br/>
        <w:t>Прощай! — і загула.&lt;br /&gt;</w:t>
        <w:br/>
        <w:t>— Куди тобі! Яке казання вдрала,-&lt;br /&gt;</w:t>
        <w:br/>
        <w:t>Промовив Жук.— Розумна дуже стала!</w:t>
      </w:r>
    </w:p>
    <w:p>
      <w:r>
        <w:br/>
        <w:t>Так недотепний, темний чоловік&lt;br /&gt;</w:t>
        <w:br/>
        <w:t>Недолюбляє ясної освіти,&lt;br /&gt;</w:t>
        <w:br/>
        <w:t>Бо, як той Жук, до темноти привик;&lt;br /&gt;</w:t>
        <w:br/>
        <w:t>А дай йому хоч зернятко просвіти,&lt;br /&gt;</w:t>
        <w:br/>
        <w:t>Не буде він, як Жук, гудіти,&lt;br /&gt;</w:t>
        <w:br/>
        <w:t>У його загуде, як Бджілочка гула,&lt;br /&gt;</w:t>
        <w:br/>
        <w:t>Розумна правда і хвала.&lt;br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Жук і Бджола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