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Жовтий лист</w:t>
      </w:r>
    </w:p>
    <w:p>
      <w:r>
        <w:br/>
        <w:t xml:space="preserve"> Скоро вечір...&lt;br /&gt;</w:t>
        <w:br/>
        <w:t>Одинокий лист, гнаний вітром, пролітає повз мене.&lt;br /&gt;</w:t>
        <w:br/>
        <w:t>Він більше сюди не повернеться.&lt;br /&gt;</w:t>
        <w:br/>
        <w:t>Не повернусь, мабуть, і я, бо навіщо?&lt;br /&gt;</w:t>
        <w:br/>
        <w:t>Моє кохання — як той жовтий лист.&lt;br /&gt;</w:t>
        <w:br/>
        <w:t>Він може впасти тільки до твоїх ніг...</w:t>
      </w:r>
    </w:p>
    <w:p>
      <w:r>
        <w:br/>
        <w:t>Не знаю я, чи знов сюди прийду,&lt;br /&gt;</w:t>
        <w:br/>
        <w:t>Та залишаю замість себе&lt;br /&gt;</w:t>
        <w:br/>
        <w:t>Ті квіти, що знайшла в саду&lt;br /&gt;</w:t>
        <w:br/>
        <w:t>Для тебе, для тебе я.</w:t>
      </w:r>
    </w:p>
    <w:p>
      <w:r>
        <w:br/>
        <w:t>А, може, завтра ти пройдеш ось тут,&lt;br /&gt;</w:t>
        <w:br/>
        <w:t>Де вітер пелюстки колише.&lt;br /&gt;</w:t>
        <w:br/>
        <w:t>Та знай, я щастя своє тут&lt;br /&gt;</w:t>
        <w:br/>
        <w:t>Лишила, лишила я.</w:t>
      </w:r>
    </w:p>
    <w:p>
      <w:r>
        <w:br/>
        <w:t>Можливо, завтра ти пройдеш біля місця наших зустрічей.&lt;br /&gt;</w:t>
        <w:br/>
        <w:t>Можливо, побачиш мій останній дарунок нашому коханню.&lt;br /&gt;</w:t>
        <w:br/>
        <w:t>І якщо вітер не розвіє ті квіти,&lt;br /&gt;</w:t>
        <w:br/>
        <w:t>Не чіпай їх — вони мертві.&lt;br /&gt;</w:t>
        <w:br/>
        <w:t>Нехай вони лежать,&lt;br /&gt;</w:t>
        <w:br/>
        <w:t>Викликаючи хвилинки суму у закоханих, що проходять поруч...</w:t>
      </w:r>
    </w:p>
    <w:p>
      <w:r>
        <w:br/>
        <w:t>Не знаю я, чи знов сюди прийду,&lt;br /&gt;</w:t>
        <w:br/>
        <w:t>Та залишаю замість себе&lt;br /&gt;</w:t>
        <w:br/>
        <w:t>Ті квіти, що знайшла в саду&lt;br /&gt;</w:t>
        <w:br/>
        <w:t>Для тебе, для тебе я.</w:t>
      </w:r>
    </w:p>
    <w:p>
      <w:r>
        <w:br/>
        <w:t>А може, завтра ти пройдеш ось тут,&lt;br /&gt;</w:t>
        <w:br/>
        <w:t>Де вітер пелюстки колише.&lt;br /&gt;</w:t>
        <w:br/>
        <w:t>Та знай, я щастя своє тут&lt;br /&gt;</w:t>
        <w:br/>
        <w:t>Лишила, лишила 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Жовтий лист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