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Жниво, напруга години робочої...</w:t>
      </w:r>
    </w:p>
    <w:p>
      <w:r>
        <w:br/>
        <w:t xml:space="preserve"> Жниво, напруга години робочої.&lt;br /&gt;</w:t>
        <w:br/>
        <w:t>Ой же, від руської долі жіночої&lt;br /&gt;</w:t>
        <w:br/>
        <w:t>Тяжчої серце не зна!&lt;br /&gt;</w:t>
        <w:br/>
        <w:t>В'яне дочасно не з паду щасливого&lt;br /&gt;</w:t>
        <w:br/>
        <w:t>Руського племені довготерпливого&lt;br /&gt;</w:t>
        <w:br/>
        <w:t>Страдниця — мати сумна.&lt;br /&gt;</w:t>
        <w:br/>
        <w:t>Не утекти від жароти недоброї!&lt;br /&gt;</w:t>
        <w:br/>
        <w:t>Ниви, покоси та далі до обрію&lt;br /&gt;</w:t>
        <w:br/>
        <w:t>Сонце палюче гнітить.&lt;br /&gt;</w:t>
        <w:br/>
        <w:t>Жінка бідашна із сил вибивається,&lt;br /&gt;</w:t>
        <w:br/>
        <w:t>Хмара мушви коло неї гойдається.&lt;br /&gt;</w:t>
        <w:br/>
        <w:t>В'ється, кусає, дзвенить.&lt;br /&gt;</w:t>
        <w:br/>
        <w:t>Клавши снопи на тернисту доріженьку,&lt;br /&gt;</w:t>
        <w:br/>
        <w:t>Гострим серпом закривавила ніженьку,-&lt;br /&gt;</w:t>
        <w:br/>
        <w:t>Ніколи кров тамувать.&lt;br /&gt;</w:t>
        <w:br/>
        <w:t>Плач малюка з-під копи зачувається,&lt;br /&gt;</w:t>
        <w:br/>
        <w:t>Бідна туди,— аж коса розвівається,-&lt;br /&gt;</w:t>
        <w:br/>
        <w:t>Треба дитя колихать.&lt;br /&gt;</w:t>
        <w:br/>
        <w:t>Чом же стоїш, як німа, над дитиною?&lt;br /&gt;</w:t>
        <w:br/>
        <w:t>Пісню терпіння і туги невпинної&lt;br /&gt;</w:t>
        <w:br/>
        <w:t>Треба терпляче співать!&lt;br /&gt;</w:t>
        <w:br/>
        <w:t>Піт а чи сльози на віях гойдаються —&lt;br /&gt;</w:t>
        <w:br/>
        <w:t>Не розпізнати ніяк!&lt;br /&gt;</w:t>
        <w:br/>
        <w:t>В глечик, що чорним шматтям закривається,&lt;br /&gt;</w:t>
        <w:br/>
        <w:t>Ринуть вони — хай і так!&lt;br /&gt;</w:t>
        <w:br/>
        <w:t>Спрагло припавши устами-жаринами,&lt;br /&gt;</w:t>
        <w:br/>
        <w:t>П'єш за ковтком ти ковток...&lt;br /&gt;</w:t>
        <w:br/>
        <w:t>Добрий, голубко, з гіркими сльозинами&lt;br /&gt;</w:t>
        <w:br/>
        <w:t>Змішаний навпіл квасок?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Жниво, напруга години робочої...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