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Живиця</w:t>
      </w:r>
    </w:p>
    <w:p>
      <w:r>
        <w:br/>
        <w:t xml:space="preserve"> &lt;p&gt;Колько ніколи не горнувся до Петра Джуса, а це віднедавна усе частіше став забігати до нього, і то неважко прикинути, коли саме він прив'язався до Джусового двору — відтоді, як Петрів батько привіз цілу гору соснових дощок з пилорами, пахучих та жовтих, таких, що аж світилися вони, і навіть за хмарної днини здавалося, начебто на Джусове подвір'я латочка сонця падає. І як прибіжить Колько до Петра (завжди з бляшаночкою з-під консервів), то повсідаються вони на дошках та й балакають, а тоді вже Колько починає:</w:t>
      </w:r>
    </w:p>
    <w:p>
      <w:r>
        <w:br/>
        <w:t>— Петь, чуєш, Петь? Можна, я трошки?..</w:t>
      </w:r>
    </w:p>
    <w:p>
      <w:r>
        <w:br/>
        <w:t>— Ти ж учора набрав оно скільки.</w:t>
      </w:r>
    </w:p>
    <w:p>
      <w:r>
        <w:br/>
        <w:t>— Та... ще тре.</w:t>
      </w:r>
    </w:p>
    <w:p>
      <w:r>
        <w:br/>
        <w:t>— Він що, їсть її? — Джус починає душитися сміхом, хоча йому, може, й не смішно; він завжди отак силувано хіхікає (усім на злої), аж червоніє од натуги, а оскільки те й робить, що вичавлює з себе сміхи, то червоний повсякчас.</w:t>
      </w:r>
    </w:p>
    <w:p>
      <w:r>
        <w:br/>
        <w:t>— Ти ж знаєш, Петь,— Колько серйозно дивиться у чорні щілини Джусових очей,— йому до скрипки треба. Ну, там... до струн, смичка.</w:t>
      </w:r>
    </w:p>
    <w:p>
      <w:r>
        <w:br/>
        <w:t>— Та знаю,— не сміється, а крекче Джус, і голос його через те потріскує, мов суха бадилина у грубці.— Мати твоя дрова рубає, а він сидить збоку та на скрипці чирги-чирги. Мати гех-гех, а він чирги-чирги.</w:t>
      </w:r>
    </w:p>
    <w:p>
      <w:r>
        <w:br/>
        <w:t>— Він слабий,— каже Колько.— Йому у війну...</w:t>
      </w:r>
    </w:p>
    <w:p>
      <w:r>
        <w:br/>
        <w:t>— Ну да, слабий,— перебиває Джус.— Приймаки всі такі. Ось побач, твоя мати й цього вижене.</w:t>
      </w:r>
    </w:p>
    <w:p>
      <w:r>
        <w:br/>
        <w:t>— Він хороший.</w:t>
      </w:r>
    </w:p>
    <w:p>
      <w:r>
        <w:br/>
        <w:t>— Еге ж, думаєш, їй та скрипка нужна? їй аби дров хто врубав. Та води приніс.</w:t>
      </w:r>
    </w:p>
    <w:p>
      <w:r>
        <w:br/>
        <w:t>— То можна, Петь?</w:t>
      </w:r>
    </w:p>
    <w:p>
      <w:r>
        <w:br/>
        <w:t>— Здирай, хіба мені що.</w:t>
      </w:r>
    </w:p>
    <w:p>
      <w:r>
        <w:br/>
        <w:t>Колько дістає з кишені саморобного ножика з дерев'яною колодочкою (дід Микитенко у кузні викував) і придивляється до соснових дощок — де проступила живиця. Потім зішкрібує чорненьким лезом жовті, як віск, крапельки — і в бляшаночку. Він уже й не чує Джусового хіхікання. Звик. Та й не про те зараз думка в Колька. Бо він щось знає. Таке, що аж.</w:t>
      </w:r>
    </w:p>
    <w:p>
      <w:r>
        <w:br/>
        <w:t>— Це як по-чесному,— каже Джус,— то ти мені й винен.</w:t>
      </w:r>
    </w:p>
    <w:p>
      <w:r>
        <w:br/>
        <w:t>— Що?</w:t>
      </w:r>
    </w:p>
    <w:p>
      <w:r>
        <w:br/>
        <w:t>— Ну, батько ж мій дошки за гроші купував, так?</w:t>
      </w:r>
    </w:p>
    <w:p>
      <w:r>
        <w:br/>
        <w:t>— Так.</w:t>
      </w:r>
    </w:p>
    <w:p>
      <w:r>
        <w:br/>
        <w:t>— А живиця звідки виступає? З дощок, так?</w:t>
      </w:r>
    </w:p>
    <w:p>
      <w:r>
        <w:br/>
        <w:t>— Ну...</w:t>
      </w:r>
    </w:p>
    <w:p>
      <w:r>
        <w:br/>
        <w:t>— От тобі й "ну". Пора б уже й котикові щось принести.</w:t>
      </w:r>
    </w:p>
    <w:p>
      <w:r>
        <w:br/>
        <w:t>Джус душе любив котика свого череп'яного із щілинкою поміж вушок і то де не знайде копійку, відразу її до котика несе. Раз був надибав у кущах поза вигоном гніздо, повне яєць,— чиясь курка відбилася од двору і неслася там, то так розбагатів, як здав ті яйця у лавку, що після того те й робив, що нишпорив по всіх кущах на кутку, і навіть бур'яни повитолочував на пустирях. От як йому кортіло ще більше розбагатіти. А Колько спершу й не здогадався, чому це Джус такий щедрий, здирай, каже, хіба мені що. Тепер же, бач, заспівав якої. А чим же Колько з ним розплатиться, як він ще па гроші не робить?</w:t>
      </w:r>
    </w:p>
    <w:p>
      <w:r>
        <w:br/>
        <w:t>— А ти ж як думав? — Джус уже не сміявся, але очі його звузилися ще дужче і полискували, мов леза ножа.— Щоб тобі усе на дурничку? Дулі! Ти од мене не викрутишся.</w:t>
      </w:r>
    </w:p>
    <w:p>
      <w:r>
        <w:br/>
        <w:t>Бляшанка легенько затремтіла в Колькових пальцях, і він заховав руки за спину.</w:t>
      </w:r>
    </w:p>
    <w:p>
      <w:r>
        <w:br/>
        <w:t>— Чого ти, Петь?.. Ми ж... Я...</w:t>
      </w:r>
    </w:p>
    <w:p>
      <w:r>
        <w:br/>
        <w:t>— Що ти? Що ти? Знаємо вас! Тільки й дивитесь, де б хапнути на дурничку.</w:t>
      </w:r>
    </w:p>
    <w:p>
      <w:r>
        <w:br/>
        <w:t>— Я...</w:t>
      </w:r>
    </w:p>
    <w:p>
      <w:r>
        <w:br/>
        <w:t>І тоді Колько зважився.</w:t>
      </w:r>
    </w:p>
    <w:p>
      <w:r>
        <w:br/>
        <w:t>Зважився показати Джусові те, про що раніше боявся навіть заїкнутися, бо Джус пташок чомусь недолюблював, особливо ж горобців, яких мав за великих ворогів своїх, що соняшники видзьобують на городі і черешні, та й чого вони тільки не нищать, казав Джус. Казав так і дер горобині гнізда де тільки міг — у стрісі, в норах, у дуплах, і сильно казився, якщо не міг витягти горобенят із дупла глибокого; тоді штурхав туди паличкою й примовляв: "А будете? А будете?" І лице його червоніло від злості і втіхи.</w:t>
      </w:r>
    </w:p>
    <w:p>
      <w:r>
        <w:br/>
        <w:t>Ні, Колько йому ніколи б не показав того птаха, аби міг чимось іншим розплатитися за живицю, але що ж тут поробиш, як соснового лісу коло їхнього села немає, вони ж з приймаком-скрипалем ходили шукати — нема, і той так тоді засмутився, що Колько поклав собі будь-що роздобути її.</w:t>
      </w:r>
    </w:p>
    <w:p>
      <w:r>
        <w:br/>
        <w:t>Але до лісу вони ходили не марно, бо де б це ще Колько знайшов собі птаха такого — завбільшки, як ворона, і чорнющий, як ворона, і дзьоб широкий, міцний, наче викуваний із заліза, і крила великі, тільки от не літає, бо це і не ворона зовсім, а крук, пташенятко крука, через те й не літає, маленьке ще, а як виросте, то буде велике-велике, немов орел, і таке дуже, що й Колька зможе взяти на крила і понести далеко за гори й ліси, у тридев'яте царство... Лиш треба його доглядати, леліяти, привчати змалечку, тоді воно, як виросте, воздасть сторицею, бо це ж "рук — птаха рідкісна.</w:t>
      </w:r>
    </w:p>
    <w:p>
      <w:r>
        <w:br/>
        <w:t>Сиділо собі під кущем ліщиновим, і Колько першим його угледів, пальчиком показав: "Дивіться, оно ворона", і вони підійшли геть близько, а птах не втікав, покірно дивився на них напівприплющеними сонними очима, опираючись на розтулені крила, паче на милиці. Скрипаль нахилився над ним, погладив — не втікає. "Е, Колю, воно й не ворона,— каже.— Це крук, тільки маленький. І звідки він тут узявся? Бери його додому, годуй, доглядай, то побач, що буде".</w:t>
      </w:r>
    </w:p>
    <w:p>
      <w:r>
        <w:br/>
        <w:t>Колько хоча трохи й боявся, але взяв птаха на руки і вже з того, який він гарячий, відчув, що це справді птах незвичайний; Колькові зробилося жарко в долоні від крил того птаха, і ще йому якось моторошно зробилося, але ж поруч був скрипаль, то він не боявся і ніс маленьке крученя аж додому, притискаючи його гаряче тільце до грудей, і щось незбагненно голубе, щось таке золоте переливалося в Колька від пташиного тепла, що він і незчувся, як уперше в житті промовив те слово "тату", чи то воно само зірвалося з вуст:</w:t>
      </w:r>
    </w:p>
    <w:p>
      <w:r>
        <w:br/>
        <w:t>"Тату, та', а скільки він ростиме?"</w:t>
      </w:r>
    </w:p>
    <w:p>
      <w:r>
        <w:br/>
        <w:t>Колько забіг наперед і зазирнув скрипалеві в очі. Той ураз зупинився, губи йому сіпнулися, і від того, мабуть, затремтів і голос:</w:t>
      </w:r>
    </w:p>
    <w:p>
      <w:r>
        <w:br/>
        <w:t>"Птахи швидко ростуть".</w:t>
      </w:r>
    </w:p>
    <w:p>
      <w:r>
        <w:br/>
        <w:t>А вдома, тільки-но зайшли в хату, а мати назустріч: "То це мені мало вас двох на шиї, а ви ще й ворону притягни!"</w:t>
      </w:r>
    </w:p>
    <w:p>
      <w:r>
        <w:br/>
        <w:t>"Мамо, це не ворона, це крук, тільки маленький, ось хай-но він виросте..." — "Ану, ступай з ним із хати! Де хоч дівай, а сюди не неси".</w:t>
      </w:r>
    </w:p>
    <w:p>
      <w:r>
        <w:br/>
        <w:t>"Ма', це ж крученятко..."</w:t>
      </w:r>
    </w:p>
    <w:p>
      <w:r>
        <w:br/>
        <w:t>"Ти більше його слухай, то він тобі ще не такого накаже",— розсердилася мати і більше й не глянула на птаха.</w:t>
      </w:r>
    </w:p>
    <w:p>
      <w:r>
        <w:br/>
        <w:t>Тоді Колько пішов у повітку, витрусив із картонного ящика всілякий мотлох і посадив туди крука, насипав йому пшінця і мисочку з водою поставив, але крук не схотів ні їсти, ні пити — може, тому, що дуже малим пташеням був, а мо', через те, що звик до харчів якихось незвичайних, на те ж він і крук — птаха рідкісна. І ще Колько подумав, що, мабуть, йому скоро тісненько стане у цьому ящичку, але хай, тоді й мати побачить, що це за птаха, і можна буде прилаштувати його де хоч.</w:t>
      </w:r>
    </w:p>
    <w:p>
      <w:r>
        <w:br/>
        <w:t>Отак міркував собі Колько і ні-ні та й забігав раз у раз у повітку — на крука глянути, наче не вірилося йому, що такий птах у них живе. І кортіло ж Колькові показати його комусь, похвалитися, та батько — через крука ж і лягло на душу приймака-скрипаля батьком звати — казав, що ие треба, бо це ж не посмітюха якась, а бач що.</w:t>
      </w:r>
    </w:p>
    <w:p>
      <w:r>
        <w:br/>
        <w:t>І сидів батько день у день на призьбі та все на скрипці вигравав (така та музика мила-люба Колькові була, бо в селі їхньому більше ніхто й не мав скрипки; на гармошці грали і Майсак кривенький, і брати Комедії — не грала гармошка у їхніх руках, а наче словами проказувала, ще й на бубнах вибивали, як весілля у кого чи ще який празник, а скрипку тільки в кіно і бачили).</w:t>
      </w:r>
    </w:p>
    <w:p>
      <w:r>
        <w:br/>
        <w:t>Тепер і Колько став триматися хати, усе коло батька крутиться, а раніше, коли його не було, гасав на вигоні цілими днями або в ставку викисав, доки не посиніє. А то якогось дня біжить додому після купелі, аж тут його Джус перестрічає на вулиці та: "А там тобі мати знов батька привела, кажуть, аж із Мизинівки. Та й не сам прийшов, а з скрипкою, ги-ги-ги". Колькові тоді якось тісно у грудях зробилося, не знав, чи радіти, чи що, то зайшов на подвір'я, став під тополею (у їхньому дворі єдина на все село тополя росла), а в хату боїться заходити, хоч і кортіло дуже на скрипку глянути. Отак стояв, стояв, коли чує — музика з хати долинає, тоненька така, весела, немає чого боятися. То Колько тоді — в хату. А там за столом уже й дід Микитенко з бабою Христею, і мати у новій квітчастій хустці, і... він — одсунувся з табуреткою насеред хати, приклав до підборіддя скрипочку й висотує з неї тоненькі деренчливі голосочки. А як угледів Колька, то опустив скрипку, наче засоромився, і так якось лагідно дивиться, дивиться жовтими очима (білки в нього жовті були) та каже: "Я б його де хоч упізнав. Викапана мати". А мати: "Колюню, йди осьо на полуничок, ми тобі з базару принесли". Улесливо так сказала, і після того вона ще днів скільки улесливо говорила, а вже пізніше почала гримати і на Колька, і на батька... А тепер ще й на крука. Ну, хай на батька за те, що слабий та до роботи не вдатний (зате ж он добрий який!), хай на Колька посвариться, що загуляється коли там, а на крука за що? Він же не сидить ні в кого на шиї, не їсть нічого, малий іще, а це Колько покаже його Джусові, то й грошей не треба давати за живицю.</w:t>
      </w:r>
    </w:p>
    <w:p>
      <w:r>
        <w:br/>
        <w:t>— Петь, чуєш, Петь? Я тобі щось покажу, тіки нікому не кажи, добре?</w:t>
      </w:r>
    </w:p>
    <w:p>
      <w:r>
        <w:br/>
        <w:t>— А що?</w:t>
      </w:r>
    </w:p>
    <w:p>
      <w:r>
        <w:br/>
        <w:t>— Крука.</w:t>
      </w:r>
    </w:p>
    <w:p>
      <w:r>
        <w:br/>
        <w:t>— Якого крука?</w:t>
      </w:r>
    </w:p>
    <w:p>
      <w:r>
        <w:br/>
        <w:t>— Ну, птаха такого.</w:t>
      </w:r>
    </w:p>
    <w:p>
      <w:r>
        <w:br/>
        <w:t>— Бреши більше.</w:t>
      </w:r>
    </w:p>
    <w:p>
      <w:r>
        <w:br/>
        <w:t>— Та ні, справді. Тіки він ще маленький. Але як виросте...</w:t>
      </w:r>
    </w:p>
    <w:p>
      <w:r>
        <w:br/>
        <w:t>І Колько не втримується і дорогою додому розповідає Джусові геть усе. Він знає, що про це краще б змовчати, у Джуса погане око, ще спристрітить, але нетерплячка висотує з Колькового язика таємницю, наче смичок музику із скрипки.</w:t>
      </w:r>
    </w:p>
    <w:p>
      <w:r>
        <w:br/>
        <w:t>— Вій виросте і буде великим, як орел, і тоді...— Колько запинається, йому не стачає духу, щоб розказати, що буде потім.</w:t>
      </w:r>
    </w:p>
    <w:p>
      <w:r>
        <w:br/>
        <w:t>Та ось уже і повітка. Колько тихенько прочиняє двері і, приклавши пальця до губ, навшпиньки, щоб не злякати птаха, підходить у куток, до картонного ящика. Джус теж посапує вже притишено, бо бачить, Колько не бреше.</w:t>
      </w:r>
    </w:p>
    <w:p>
      <w:r>
        <w:br/>
        <w:t>Крук, як і раніше, куняв, обіпершись на розчепірені крила, приплющені очі ледь ворухнулися од світла, що вдарило косинцем у відчинені двері. І ні зерно, насипане Кольком, ні вода в мисочці — не займані.</w:t>
      </w:r>
    </w:p>
    <w:p>
      <w:r>
        <w:br/>
        <w:t>Джус присів навпочіпки і тицьнув пальцем у крукового дзьоба, однак той і не глянув на нього. Лиш важко зворухнув крильми.</w:t>
      </w:r>
    </w:p>
    <w:p>
      <w:r>
        <w:br/>
        <w:t>— Та який же це крук! — аж крикнув спересердя Джус.— Це ж проста собі ворона, ще й слаба до того.</w:t>
      </w:r>
    </w:p>
    <w:p>
      <w:r>
        <w:br/>
        <w:t>— Е ні, Петь, ти що? Це крук, тіки маленький. Він ще зовсім пташенятко, через те й на ворону схожий.</w:t>
      </w:r>
    </w:p>
    <w:p>
      <w:r>
        <w:br/>
        <w:t>— Бреши.</w:t>
      </w:r>
    </w:p>
    <w:p>
      <w:r>
        <w:br/>
        <w:t>— Батько ж знає, він був на війні, то там, каже, десь далеко, за гряницею, бачив таких.</w:t>
      </w:r>
    </w:p>
    <w:p>
      <w:r>
        <w:br/>
        <w:t>— Батько-батько... Нехай не свистить ваш приймак. Де б це в нас тому крукові взятися.</w:t>
      </w:r>
    </w:p>
    <w:p>
      <w:r>
        <w:br/>
        <w:t>— Та їх було повно колись і в нас. Тіки вивелись.</w:t>
      </w:r>
    </w:p>
    <w:p>
      <w:r>
        <w:br/>
        <w:t>— Ну да, оце один вас шукав,— Джус уже покректує здушеним смішком.— Взяли десь слабу ворону, ще й брешуть. Свистуни.</w:t>
      </w:r>
    </w:p>
    <w:p>
      <w:r>
        <w:br/>
        <w:t>— Та ні, Петь. Он дід Микитенко дивився, то й він каже, що це крук,— тут Колько і справді вже трохи підбріхує, бо дід не бачив птаха, але ж треба якось втовкмачити в Джусову голову, що це ніяка не ворона.— Воно ж іще пташеня, вважай пуцьвірінок...</w:t>
      </w:r>
    </w:p>
    <w:p>
      <w:r>
        <w:br/>
        <w:t>— Ну, може, не ворона,— поступається Джус,— а кібець маленький.</w:t>
      </w:r>
    </w:p>
    <w:p>
      <w:r>
        <w:br/>
        <w:t>— Який там кібець!</w:t>
      </w:r>
    </w:p>
    <w:p>
      <w:r>
        <w:br/>
        <w:t>— Я ж кажу, молоденький кібчик.</w:t>
      </w:r>
    </w:p>
    <w:p>
      <w:r>
        <w:br/>
        <w:t>І тут Колько помічає, як жадібно звузилися Джусові очі. Він схилився над птахом і помацав його за лапки.</w:t>
      </w:r>
    </w:p>
    <w:p>
      <w:r>
        <w:br/>
        <w:t>— Нічогенькі пазурі... А знаєш... У Лисянці... ну, знаєш, мабуть, що кібець — хижак, еге? Так от, у Лисянці приймають кібцеві лапки... по п'ятдесят копійок.</w:t>
      </w:r>
    </w:p>
    <w:p>
      <w:r>
        <w:br/>
        <w:t>— Ти що, здурів? — вигукнув Колько, аж крук з переляку стрепенувся і заковзався на крилах.</w:t>
      </w:r>
    </w:p>
    <w:p>
      <w:r>
        <w:br/>
        <w:t>— Чого ти? Хіба я що? Кажу як є.</w:t>
      </w:r>
    </w:p>
    <w:p>
      <w:r>
        <w:br/>
        <w:t>— А до чого тут кібець?</w:t>
      </w:r>
    </w:p>
    <w:p>
      <w:r>
        <w:br/>
        <w:t>— Це я так, щоб ти знав.</w:t>
      </w:r>
    </w:p>
    <w:p>
      <w:r>
        <w:br/>
        <w:t>— Ходімо звідси, нехай не лякається.</w:t>
      </w:r>
    </w:p>
    <w:p>
      <w:r>
        <w:br/>
        <w:t>— Хіба він розбира людську мову?</w:t>
      </w:r>
    </w:p>
    <w:p>
      <w:r>
        <w:br/>
        <w:t>— Він боїться голосу,— каже Колько і легенько підштовхує Джуса до дверей.</w:t>
      </w:r>
    </w:p>
    <w:p>
      <w:r>
        <w:br/>
        <w:t>— А-а-а... Ну, ти приходь по живицю. Мені не шкода.</w:t>
      </w:r>
    </w:p>
    <w:p>
      <w:r>
        <w:br/>
        <w:t>Джус чимчикує додому і, видно, таки повірив, що це крук. Бо за гроші — ні слова.</w:t>
      </w:r>
    </w:p>
    <w:p>
      <w:r>
        <w:br/>
        <w:t>А Колько тим часом біжить до хати з бляшанкою, щоб батька порадувать, і на порозі стрічається з матір'ю. Вона сердита. "Щоб і духу тут твого не було!" — гукнула і ніби й не помітила Колька, пішла собі надвір, високо закинувши голову.</w:t>
      </w:r>
    </w:p>
    <w:p>
      <w:r>
        <w:br/>
        <w:t>Він боязко переступив поріг, дивиться — а батько скрипку ховає у продовгуватий потертий чемоданчик, пальці йому тремтять — такі жовті, а нігті немов синькою підсинені, й очі також жовті, і від того погляд у батька якийсь гарячий, аж пече. Глянув на Колька, побачив бляшаночку з живицею у його руках і всміхнувся — та так гірко, що Колькові лице зашкарубло, і він не зміг усміхнутись до батька, лиш дивився на нього незрушно, й очі Колькові важчали, важчали... Тоді батько підійшов до нього, погладив по голові — рука легенька така, немов то вітерець скуйовдив чуприну, і не сказав, а зітхнув словами: "Хороший ти хлопчик ростеш... Хороший". А потім узяв чемоданчика з скрипкою і мовчки пішов з хати, і Колько серединкою серця відчув, що більше його не побачить. Вискочив услід за поріг:</w:t>
      </w:r>
    </w:p>
    <w:p>
      <w:r>
        <w:br/>
        <w:t>— Тату, куди ви?</w:t>
      </w:r>
    </w:p>
    <w:p>
      <w:r>
        <w:br/>
        <w:t>— У Мизинівку.</w:t>
      </w:r>
    </w:p>
    <w:p>
      <w:r>
        <w:br/>
        <w:t>— Не йдіть!</w:t>
      </w:r>
    </w:p>
    <w:p>
      <w:r>
        <w:br/>
        <w:t>— Треба, синку.</w:t>
      </w:r>
    </w:p>
    <w:p>
      <w:r>
        <w:br/>
        <w:t>— Ви більше не прийдете. Я знаю!</w:t>
      </w:r>
    </w:p>
    <w:p>
      <w:r>
        <w:br/>
        <w:t>— Прийду.</w:t>
      </w:r>
    </w:p>
    <w:p>
      <w:r>
        <w:br/>
        <w:t>— Не обманюйте, тату! — раптом закричав Колько, підбіг до нього і вхопився за потертий чемоданчик.— А скрипку навіщо взяли?</w:t>
      </w:r>
    </w:p>
    <w:p>
      <w:r>
        <w:br/>
        <w:t>— Мене довго не буде. А ти будь розумненьким. Та крука гляди, чуєш? Щоб коли я повернуся, то з ним усе добре було.</w:t>
      </w:r>
    </w:p>
    <w:p>
      <w:r>
        <w:br/>
        <w:t>— Я проведу вас,— сказав Колько.</w:t>
      </w:r>
    </w:p>
    <w:p>
      <w:r>
        <w:br/>
        <w:t>Батько пішов не до шляху, а попрошкував у Мизинівку пішки, через поле, і дорогою Колько дивувася, чого це він рушив пішака, як йому так важко: пройде трохи і пристоює, поклавши на груди руку. То було все щось розказує, а це мовчить і пече Колька очима. Або й зовсім одведе їх убік і тільки зітхає. А як показався попереду ліс, то сказав, щоб Колько вертався додому, бо мати не знатиме, де він подівся, і знову лаятиме. Колькові було все одно, нехай лає, як така злюща, що батько ось надовго іде від них, а вона здиміла з дому. Однак вернутись вернувся, бо йому важко було від батькового мовчання... "Глядіть же, довго там не баріться",— сказав і побіг додому, та все озирався, озирався, аж поки батька не приховав ліс, такий темний оддалеки, що Колькові здалося, ніби в ньому настала вже ніч. А до ночі ж іще було далеченько, у небі висіло біле сонце, і Колько глянув на нього й заплющився — в очах стало червоно, гаряче. Так він ще трохи постояв, потім щодуху помчав на тополю, що височіла у їхньому дворі. Він би, може, й не поспішав додому, аби не крук. А так — прибіг й відразу в повітку.</w:t>
      </w:r>
    </w:p>
    <w:p>
      <w:r>
        <w:br/>
        <w:t>Птах уже й не сидів, а лежав, припавши грудьми до дна ящика, розпростерши крила, і пшоно, і вода так само зоставалися не торкнутими. Колько схилився над ним, легенько погладив пальцем сірого дзьоба, але крук навіть не відкрив очей, тільки ледь-ледь ворухнув зморщеними повіками.</w:t>
      </w:r>
    </w:p>
    <w:p>
      <w:r>
        <w:br/>
        <w:t>"Дурненький мій,— заговорив Колько,— тебе що, як маленьку дитину, тре' годувати, га? Чи ти захлянути хочеш?" Він розтулив крукові дзьоба, узяв пучку колючих пшонин і вкинув йому в рот. Але крук не ковтав пшона, і навіть коли Колько линув йому з мисочки води, то вона не потекла в червоне птахове горло, а вихлюпнулась назад разом з дрібними зернятками. І тоді Колько зрозумів, що тут щось не те, десь тут коло крука ходить якась біда, і він почув навіть її дихання — холодне та вогке, немов із льоху війнуло. Треба у когось питати поради — і хто б це йому підказав, як воно й що. Може, цьому птахові їсти щось інше треба давати, але ж диви — і води не п'є, а вода для всіх однакова. Ні, Колько таки піде узавтра й про все розпитає, він уже знає, до кого треба йти, авжеж, до Кіндрата Павловича, до того вчителя, що старшокласникам зоологію читає. О, той про всяких птахів і звірів що хоч скаже, ще краще за лікаря. Колько бачив у школі кімнату Кіндрата Павловича, то там яких тільки пташок немає! Синиці, дятли, ворони, і навіть орел один є, невеличкий, правда, сірий степовий орел, але ж є. Очі в нього блискучі, немов ґудзики, бо неживий той орел, як і всі пташки, що там є; Кіндрат Павлович опудала з них поробив, але такі ловкі, що куди там! — геть як живі стоять, по очах лиш і видно, що мертві. І то Кіндрат Павлович указочкою тикає на тих пташок і старшокласникам все чисто розказує про них: що яка їсть, де живе, які яєчка несе... та чого він тільки не знає, цей Кіндрат Павлович.</w:t>
      </w:r>
    </w:p>
    <w:p>
      <w:r>
        <w:br/>
        <w:t>Він пораїть мені що й до чого, думав Колько, уже лежачи в ліжку, і все вище натягував на себе ковдру, бо щось не міг зігрітися, так, наче ота біда, що ходила коло крука, дихала холодом і на нього. І тільки-но заснув, як відразу вродилося небо над Кольком, та таке темне, захмарене, а в ньому ширяв велетенський чорний птах і все кружляв над селом та зирив скляним оком на їхню повітку. Чи не батько малого крученяти шукав своє дитя, щоб забрати в далекі краї?</w:t>
      </w:r>
    </w:p>
    <w:p>
      <w:r>
        <w:br/>
        <w:t>Прокинувся він рано-ранесенько, ще, мабуть, ніколи так рано не прокидався, й мерщій побіг у повітку. Глядь— а він, крук, лежить уже на боку, підібгавши під себе лапки, й не ворухнеться; очі склеплені жовтими повіками, наче хто воском їх заліпив,— і збагнув тоді Колько, що вони вже ніколи не розплющаться, і кинувся до птаха, пальцями його торкнув, щоб сказати собі: "Брехня!" — але крук був холодний і закоцюблий, немов цілу ніч на морозі пролежав. Колько злякано сіпнув рукою назад, однак холод так і лишився у пучках — ворушився колючими мурахами...</w:t>
      </w:r>
    </w:p>
    <w:p>
      <w:r>
        <w:br/>
        <w:t>Колько й не пам'ятає, що з ним далі було, не пам'ятає, як вискочив із повітки і щось закричав до неба — не кричав, а клекотав по-пташиному, а потім сто разів казав сам до себе: "Брехня, брехня..." — і сміявся, та то йому лиш здавалося, що сміється, який же то сміх, як сльози котилися з Колькових очей, і сонце кришилося в тих сльозах на дрібнесенькі скалки, а він усе повторював: "Брехня, брехня", аж поки не знеміг од розпачливих зойків — і затих.</w:t>
      </w:r>
    </w:p>
    <w:p>
      <w:r>
        <w:br/>
        <w:t>— Занеси закопай його,— сказала мати.— І не мороч нікому голову.</w:t>
      </w:r>
    </w:p>
    <w:p>
      <w:r>
        <w:br/>
        <w:t>Колько мовчав.</w:t>
      </w:r>
    </w:p>
    <w:p>
      <w:r>
        <w:br/>
        <w:t>— Я ще зразу побачила, що воно слабе і не житиме. Напоумив же він тебе, щоб до хати тягти всяку нечисть.</w:t>
      </w:r>
    </w:p>
    <w:p>
      <w:r>
        <w:br/>
        <w:t>— Це ви, ви винні! — зірвався на крик Колько.— Він через вас пішов! Він би знав, що робити.</w:t>
      </w:r>
    </w:p>
    <w:p>
      <w:r>
        <w:br/>
        <w:t>— Дурненький,— одказала мати.— Знайшов, за чим побиватися.</w:t>
      </w:r>
    </w:p>
    <w:p>
      <w:r>
        <w:br/>
        <w:t>— Дурненький, а крука не закопаю, ясно? — сказав Колько по-дорослому, і тієї миті він справді скидався на дрібного дорослого чоловічка, наче ураз постарів.— Не закопаю, так і знайте! І не ждіть.</w:t>
      </w:r>
    </w:p>
    <w:p>
      <w:r>
        <w:br/>
        <w:t>— Ну, то він тобі ще й засмердиться.</w:t>
      </w:r>
    </w:p>
    <w:p>
      <w:r>
        <w:br/>
        <w:t>— Ні! — сказав Колько.— Не діждете.</w:t>
      </w:r>
    </w:p>
    <w:p>
      <w:r>
        <w:br/>
        <w:t>І тут йому спало на думку: навіщо ж закопувати крука, якщо він, мов живий, стоятиме у кабінеті Кіндрата Павловича, сто літ стоятиме, і всі дивитимуться, дивуватимуться на нього й казатимуть: "Диви, диви, це ж крук, отой птах, що прилетів з далеких країв, а Колько знайшов його, доглядав, леліяв..."</w:t>
      </w:r>
    </w:p>
    <w:p>
      <w:r>
        <w:br/>
        <w:t>За мить Колько йшов уже до Кіндрата Павловича. Він ніс крука, замотаного в ганчірку, щоб не так чути холоду, який, однак, проступав до Колькових рук, і його тіло бралося сиротами, а вранішнє сонце не зігрівало, так — світило собі хтозна й навіщо.</w:t>
      </w:r>
    </w:p>
    <w:p>
      <w:r>
        <w:br/>
        <w:t>Дорогою Колькові траплялися люди, і він вітався з ними тихенько, не підводячи голови, щоб часом ніхто не почав розпитувати, що там у нього та куди оце він поспішає.</w:t>
      </w:r>
    </w:p>
    <w:p>
      <w:r>
        <w:br/>
        <w:t>Поминув школу, а там уже й хата Кіндрата Павловича була поруч, та Колькові зробилося чомусь боязко: це ж тобі не з дідом Микитенком балакать, що ось, мовляв, так і так, діду, зробіть те і се, це ж учитель. Правда, хлопці казали, що він дуже добрий учитель, веселий і не прискіпливий, та й з лиця видно, що чоловік хороший — Колько ніколи не бачив його набурмосеним. Кіндрат Павлович, мабуть, ого як зрадіє, бо де б же він ще узяв такого птаха, це ж не якась там посмітюха...</w:t>
      </w:r>
    </w:p>
    <w:p>
      <w:r>
        <w:br/>
        <w:t>А ось і хата його, чепурненька така, як і сам Кіндрат Павлович — завжди виголений, кругленьке лице аж лищить, і від того здається, наче він весь час трішки посміхається.</w:t>
      </w:r>
    </w:p>
    <w:p>
      <w:r>
        <w:br/>
        <w:t>Колько підійшов до дверей, постояв, постояв, потім легенько постукав зігнутим пальцем. Підождав трохи, крадькома глипнув по боках і знов постукав. У хаті почулися кроки, Колько набрав повні груди повітря і тримав його, поки не відчинилися двері.</w:t>
      </w:r>
    </w:p>
    <w:p>
      <w:r>
        <w:br/>
        <w:t>На порозі стояв учитель. Він був у синій майці, чуб скуйовджений, наче зі сну, а на обличчі бігала здивована усмішка,— і це Колька підбадьорило: чоловік як чоловік.</w:t>
      </w:r>
    </w:p>
    <w:p>
      <w:r>
        <w:br/>
        <w:t>— Добрий день,— по-шкільному привітався Колько.</w:t>
      </w:r>
    </w:p>
    <w:p>
      <w:r>
        <w:br/>
        <w:t>— Та воно ще таке, як ранок,— Кіндрат Павлович позіхнув і прикрив долонею рота.</w:t>
      </w:r>
    </w:p>
    <w:p>
      <w:r>
        <w:br/>
        <w:t>Колько трохи розгубився.</w:t>
      </w:r>
    </w:p>
    <w:p>
      <w:r>
        <w:br/>
        <w:t>— Я...— він опустив очі.— Тут ось...</w:t>
      </w:r>
    </w:p>
    <w:p>
      <w:r>
        <w:br/>
        <w:t>— Ну, що там у тебе? — лагідно спитав Кіндрат Павлович.</w:t>
      </w:r>
    </w:p>
    <w:p>
      <w:r>
        <w:br/>
        <w:t>— Та хотів... щоб... ну... я...</w:t>
      </w:r>
    </w:p>
    <w:p>
      <w:r>
        <w:br/>
        <w:t>— Ну-ну, показуй,— підохотив учитель.— Що там таке?</w:t>
      </w:r>
    </w:p>
    <w:p>
      <w:r>
        <w:br/>
        <w:t>— Тільки ви не подумайте,— швидко заговорив Колько,— не подумайте, що це щось... Ну, та самі побачите, це — крук.— І розмотав ганчірку.</w:t>
      </w:r>
    </w:p>
    <w:p>
      <w:r>
        <w:br/>
        <w:t>— Гм...— Кіндрат Павлович порився у своїй чуприні, потім легенько поворушив волосся на грудях, що кучерявилося у вирізі майки.— Гм...</w:t>
      </w:r>
    </w:p>
    <w:p>
      <w:r>
        <w:br/>
        <w:t>— Я знайшов його в лісі, і він жив у мене, але ж це птах рідкісний, то хтозна, як його доглядати,— виправдовувався Колько.— От він і вмер.</w:t>
      </w:r>
    </w:p>
    <w:p>
      <w:r>
        <w:br/>
        <w:t>— Ай-яй-яй.</w:t>
      </w:r>
    </w:p>
    <w:p>
      <w:r>
        <w:br/>
        <w:t>— Якби ж я раніше був до вас прийшов, то ви б мені розказали, що йому треба, а так...</w:t>
      </w:r>
    </w:p>
    <w:p>
      <w:r>
        <w:br/>
        <w:t>— Так, пізненько ти прийшов.</w:t>
      </w:r>
    </w:p>
    <w:p>
      <w:r>
        <w:br/>
        <w:t>— Я ж думав, що він піддужа.— Колько тримав птаха на долонях і не зводив з нього очей, ніби говорив усе це крукові, а не вчителеві.— А тепер, думаю, що коли вже умер, то хоч... ну, у вас же стоять там всякі пташки, а крука нема. Немає ж?</w:t>
      </w:r>
    </w:p>
    <w:p>
      <w:r>
        <w:br/>
        <w:t>— Нема.— Кіндрат Павлович теж дивився на птаха і все ще усміхався, а Колько думав, що йому ж і не смішно зовсім, то в нього звичка така — ледь-ледь усміхатися, добрий він чоловік, того й лице таке добре.</w:t>
      </w:r>
    </w:p>
    <w:p>
      <w:r>
        <w:br/>
        <w:t>— То, може, ви і його заспиртуєте?</w:t>
      </w:r>
    </w:p>
    <w:p>
      <w:r>
        <w:br/>
        <w:t>— Ах, ти ось про що! — нарешті дібрав Кіндрат Павлович.— Ясно, ясно.— Він знову порився в чуприні й сказав: — Заспиртувати не штука, але ні у нас уже є ворона. І не одна.</w:t>
      </w:r>
    </w:p>
    <w:p>
      <w:r>
        <w:br/>
        <w:t>— Яка ворона? — не зрозумів Колько.</w:t>
      </w:r>
    </w:p>
    <w:p>
      <w:r>
        <w:br/>
        <w:t>— І така, як оце в тебе, є.</w:t>
      </w:r>
    </w:p>
    <w:p>
      <w:r>
        <w:br/>
        <w:t>— Це ж крук, тіки маленький. Хіба ви не бачите?</w:t>
      </w:r>
    </w:p>
    <w:p>
      <w:r>
        <w:br/>
        <w:t>— Ні,— Кіндрат Павлович похитав головою і знову прикрив долонею рота.— Це звичайнісінька ворона. Воронус вульгарус, як то кажуть.</w:t>
      </w:r>
    </w:p>
    <w:p>
      <w:r>
        <w:br/>
        <w:t>— Та ні...</w:t>
      </w:r>
    </w:p>
    <w:p>
      <w:r>
        <w:br/>
        <w:t>— А крук, якщо хочеш знати, теж із роду воронячих, гайворон... У нас є такий екземпляр.</w:t>
      </w:r>
    </w:p>
    <w:p>
      <w:r>
        <w:br/>
        <w:t>— Ви...— Колькові в очах стало червоно, ніби він заплющився і глянув на сонце.— Ви не...</w:t>
      </w:r>
    </w:p>
    <w:p>
      <w:r>
        <w:br/>
        <w:t>— Піди закопай її. Хороший ти хлопчик,— сказав Кіндрат Павлович і зачинив двері.</w:t>
      </w:r>
    </w:p>
    <w:p>
      <w:r>
        <w:br/>
        <w:t>"Та вони всі подуріли",— прошепотів Колько. Він знову замотав крука в ганчірку і рушив додому, пригортаючи його до грудей, наче хотів одігріти птаха своїм тілом, вдихнути у нього живе тепло. А ще вчитель називається. Хороший ти хлопчик, каже. Колько й так знає, що він хороший, бо ніколи не закопає крука в землю. А ви який, Кіндрате Павловичу? І чому ви кажете Колькові ті слова, що тільки батько міг казати, га? Краще б мовчали уже, якщо нічого не знаєте, чули? А те, що цей птах може вирости у тисячу разів більший за вашого орла,— теж не знаєте? Ні? То що ж ви тоді знаєте? А батько знає. Він усе знає. Тільки його зараз нема.</w:t>
      </w:r>
    </w:p>
    <w:p>
      <w:r>
        <w:br/>
        <w:t>Колько зайшов на своє подвір'я і поклав крука під тополею, ще й оглянувся довкола — чи ніхто не бачить його? А таки бачить, он Джус уже де не взявся коло воріт, махає йому — йди сюди, проте Колькові не до Джуса, пришелепок він, теж тільки лапки й побачив у крука, йому лише п'ятдесят копійок у голові, то нехай іде собі геть, а Колько зараз піде у хату й напише батькові листа. Як це він раніше не здогадався, адресу ж знає — село Мизинівка, а там сідай і пиши: отаке й таке діло, приїжджайте, тату, бо з круком погано. А батько все зробить, так зробить, що Кіндратові Павловичу й не снилося.</w:t>
      </w:r>
    </w:p>
    <w:p>
      <w:r>
        <w:br/>
        <w:t>Матері не було вдома, ніхто йому не заважав. Колько вирвав із зошита чистий аркуш паперу, вставив у ручку нове перо і заходився виводити охайненькі, як у прописі, літери:</w:t>
      </w:r>
    </w:p>
    <w:p>
      <w:r>
        <w:br/>
        <w:t>"Добрий день, тату!</w:t>
      </w:r>
    </w:p>
    <w:p>
      <w:r>
        <w:br/>
        <w:t>У нас получилась біда. Умер крук. А ви казали, щоб я глядів його. А він умер. Тату, приїжджайте скоріше до мене. Ви ж усе знаєте, як далі бути. Ми його заспиртуємо. Чуєте, тату? Тіки не йдіть пішки через ліс. Бо так довго буде. А їдьте на машині, о. Дуже вас жду".</w:t>
      </w:r>
    </w:p>
    <w:p>
      <w:r>
        <w:br/>
        <w:t>Колько покусав кінчик ручки, мізкуючи, що б його ще таке написати, аби тато послухався і негайно приїхав. Усі слова йому здавалися якимись бідненькими, і тоді Колько набрався духу і внизу дописав швидкими незграбними каракулями:</w:t>
      </w:r>
    </w:p>
    <w:p>
      <w:r>
        <w:br/>
        <w:t>"Якщо ви, тату, не приїдете, то я візьму і заріжуся".</w:t>
      </w:r>
    </w:p>
    <w:p>
      <w:r>
        <w:br/>
        <w:t>Звісно, Колько такого не зробив би ніколи, але ці слова неодмінно покличуть батька додому. Так що зостається лише вкинути листа коло пошти у скриньку і бігати до шляху виглядати... А крук тим часом... І тут Колько згадав, що птах лишився під тополею. Він притьмом вискочив з хати — й обімлів.</w:t>
      </w:r>
    </w:p>
    <w:p>
      <w:r>
        <w:br/>
        <w:t>Крука не було.</w:t>
      </w:r>
    </w:p>
    <w:p>
      <w:r>
        <w:br/>
        <w:t>Колько кинув очима туди, сюди — нема.</w:t>
      </w:r>
    </w:p>
    <w:p>
      <w:r>
        <w:br/>
        <w:t>Ганчірка лежала під тополею, нею ворушив вітер, а птаха не було й близько, і ні в дворі, ні на вулиці, ніде — ні лялечки. Темно-гаряча пелена впала Колькові на очі, і спершу його пронизав крижаний страх, а потім огорнула нестерпна радість: бо спершу здалося Колькові, немов тополя зашелестіла дрібненьким листям і хмара на сонце набігла, а потім він здогадався, що то ж птах велетенський здійнявся у небо і сонце заступив широчезними крилами, ще й зашумів ними, мовби тополя шелеснула під дужим повівом вітру...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