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 свідки</w:t>
      </w:r>
    </w:p>
    <w:p>
      <w:r>
        <w:br/>
        <w:t xml:space="preserve"> &lt;p&gt;Червоний край неба догорає, а вже зі сходу летять на землю темні сумерки.</w:t>
      </w:r>
    </w:p>
    <w:p>
      <w:r>
        <w:br/>
        <w:t>Великий, як море, став почорнів, затушувалися довгі тіні дерев, стихли в природі голоси, кожна рослина завмирає…</w:t>
      </w:r>
    </w:p>
    <w:p>
      <w:r>
        <w:br/>
        <w:t>Усе загортається в темряву й засипає-Крякнув у небі чорний ворон, упав на верхів’я старого дуба та й занишк.</w:t>
      </w:r>
    </w:p>
    <w:p>
      <w:r>
        <w:br/>
        <w:t>Ще вітри злегка подихають, ледве чутно тріпотять верхів’я старих верб, колихають голівками очерети над ставом.</w:t>
      </w:r>
    </w:p>
    <w:p>
      <w:r>
        <w:br/>
        <w:t>Сонна трава шелестить: волочить своє важке тіло до дуба в дупло черепаха. Дряпає міцними кігтями могутнє коріння старого велетня…</w:t>
      </w:r>
    </w:p>
    <w:p>
      <w:r>
        <w:br/>
        <w:t>— Легше! Не дряпай мого коріння — то кров, не коріння… то кров, не коріння…</w:t>
      </w:r>
    </w:p>
    <w:p>
      <w:r>
        <w:br/>
        <w:t>— Все знаю… все знаю… Сливе я сама в сій крові не втопилась — малою була. Нагнали колись козаків скілька тисяч сюди.</w:t>
      </w:r>
    </w:p>
    <w:p>
      <w:r>
        <w:br/>
        <w:t>Мов діти стояли покірні, бо ж зброю забрали в них, усіх роздягли наголо, усіх пов’язали докупи…</w:t>
      </w:r>
    </w:p>
    <w:p>
      <w:r>
        <w:br/>
        <w:t>"Приймайте, схизматики, римськую віру! Вклонітеся папі святому, його необорному вічно престолу!"</w:t>
      </w:r>
    </w:p>
    <w:p>
      <w:r>
        <w:br/>
        <w:t>Гукали ченці-єзуїти.</w:t>
      </w:r>
    </w:p>
    <w:p>
      <w:r>
        <w:br/>
        <w:t>"Кляніться! Давайте присягу на вірність і ясновельможному крулю!"</w:t>
      </w:r>
    </w:p>
    <w:p>
      <w:r>
        <w:br/>
        <w:t>Гукала озброєна шляхта.</w:t>
      </w:r>
    </w:p>
    <w:p>
      <w:r>
        <w:br/>
        <w:t>"Нам легше померти усім, ніж віру свою потоптати й служити безладній Варшаві!"</w:t>
      </w:r>
    </w:p>
    <w:p>
      <w:r>
        <w:br/>
        <w:t>Сказали козаки — усі безоружні.</w:t>
      </w:r>
    </w:p>
    <w:p>
      <w:r>
        <w:br/>
        <w:t>"Так хай же дощенту загине весь рід сей проклятий!"</w:t>
      </w:r>
    </w:p>
    <w:p>
      <w:r>
        <w:br/>
        <w:t>Гукали ченці-єзуїти; гукала озброєна шляхта.</w:t>
      </w:r>
    </w:p>
    <w:p>
      <w:r>
        <w:br/>
        <w:t>І кров полилась неповинна…</w:t>
      </w:r>
    </w:p>
    <w:p>
      <w:r>
        <w:br/>
        <w:t>Немов тих овець безоружних порізала шляхта всіх до одного.</w:t>
      </w:r>
    </w:p>
    <w:p>
      <w:r>
        <w:br/>
        <w:t>Мов стиглі жнива під косою валились додолу вкраїнці.</w:t>
      </w:r>
    </w:p>
    <w:p>
      <w:r>
        <w:br/>
        <w:t>Мов ліс молодий під сокирами падали трупи.</w:t>
      </w:r>
    </w:p>
    <w:p>
      <w:r>
        <w:br/>
        <w:t>Річками текла отут кров. Жадібно пила тії соки сухая земля.</w:t>
      </w:r>
    </w:p>
    <w:p>
      <w:r>
        <w:br/>
        <w:t>Я ледве втекла, трохи-трохи у крові не втопилась.</w:t>
      </w:r>
    </w:p>
    <w:p>
      <w:r>
        <w:br/>
        <w:t>— Все бачив, все бачив! — шелестів дуб Тут підо мною, тут крові людської… тут крові, тут крові…</w:t>
      </w:r>
    </w:p>
    <w:p>
      <w:r>
        <w:br/>
        <w:t>Чорний ворон з дуба:</w:t>
      </w:r>
    </w:p>
    <w:p>
      <w:r>
        <w:br/>
        <w:t>— Край — кров!.. Кров — край!..</w:t>
      </w:r>
    </w:p>
    <w:p>
      <w:r>
        <w:br/>
        <w:t>Я теж бенкетував отут іще молодим: лиш очі пив та кров… кров…</w:t>
      </w:r>
    </w:p>
    <w:p>
      <w:r>
        <w:br/>
        <w:t>На Жовтих Водах був, під Берестечком жив, Полтава — теж мій край… край…</w:t>
      </w:r>
    </w:p>
    <w:p>
      <w:r>
        <w:br/>
        <w:t>Колись було життя! Тут усе було в крові, земля пила ту кров… кров…</w:t>
      </w:r>
    </w:p>
    <w:p>
      <w:r>
        <w:br/>
        <w:t>Тепер тут скрізь орють і добрий урожай дає козацька кров… кров…</w:t>
      </w:r>
    </w:p>
    <w:p>
      <w:r>
        <w:br/>
        <w:t>— Все бачив, все бачив… Старий вже, старий я… Тут крові, тут крові…</w:t>
      </w:r>
    </w:p>
    <w:p>
      <w:r>
        <w:br/>
        <w:t>Не ворон-віщун тепер кряче, а пугач пугиче.</w:t>
      </w:r>
    </w:p>
    <w:p>
      <w:r>
        <w:br/>
        <w:t>Колись підо мною стояв тут козак із молодою. Вона з жалю умлівала, коріння моргала сльозами, а він так казав:</w:t>
      </w:r>
    </w:p>
    <w:p>
      <w:r>
        <w:br/>
        <w:t>"Не судилось, моя вірна, нам з тобою у парі стати: лютий пан додержить слова — нас обох живцем іспалить…</w:t>
      </w:r>
    </w:p>
    <w:p>
      <w:r>
        <w:br/>
        <w:t>Прощай, доле!.. Прощай, зоре!..</w:t>
      </w:r>
    </w:p>
    <w:p>
      <w:r>
        <w:br/>
        <w:t>Серце рветься, душа плаче —</w:t>
      </w:r>
    </w:p>
    <w:p>
      <w:r>
        <w:br/>
        <w:t>Як з тобою ся розлука — та ж смерть, та ж домовина…</w:t>
      </w:r>
    </w:p>
    <w:p>
      <w:r>
        <w:br/>
        <w:t>Та піду в степи привольні, пошукаю щастя-долі, загартую своє серце!..</w:t>
      </w:r>
    </w:p>
    <w:p>
      <w:r>
        <w:br/>
        <w:t>Тоді бурею наскочу з бурлацтвом-товариством, тоді громом пана вдарю, тебе, щастя, відіб’ю я, візьму силою страшною!…</w:t>
      </w:r>
    </w:p>
    <w:p>
      <w:r>
        <w:br/>
        <w:t>— Візьми зараз із собою! За тобою — на край світу, за тобою — і в могилу!..</w:t>
      </w:r>
    </w:p>
    <w:p>
      <w:r>
        <w:br/>
        <w:t>Темна нічка… Вони взялись за рученьки, подалися бур’янами та тернами.</w:t>
      </w:r>
    </w:p>
    <w:p>
      <w:r>
        <w:br/>
        <w:t>А за ними пугач пугав…</w:t>
      </w:r>
    </w:p>
    <w:p>
      <w:r>
        <w:br/>
        <w:t>Обгорнула землю нічна тиша, а став окутав чорний сум.</w:t>
      </w:r>
    </w:p>
    <w:p>
      <w:r>
        <w:br/>
        <w:t>Ворон голодний настовбурчився, плакав без сліз. Холодна черепаха припала ниць до землі, а старий дуб тяжко замислився-Зійшла додолу тепла ніч. Заснув уже й вечірній вітрець. Загоряються одна по одній ясні зорі…</w:t>
      </w:r>
    </w:p>
    <w:p>
      <w:r>
        <w:br/>
        <w:t>Більше їх, більше…</w:t>
      </w:r>
    </w:p>
    <w:p>
      <w:r>
        <w:br/>
        <w:t>Ціле небо миготить, грає переливами, оглядає чорну землю своїми яскравими очима…</w:t>
      </w:r>
    </w:p>
    <w:p>
      <w:r>
        <w:br/>
        <w:t>Черепаха спить у дуплі, ворон куняє на гілці, накрившись зеленим листям, сховавши стару голову під крило.</w:t>
      </w:r>
    </w:p>
    <w:p>
      <w:r>
        <w:br/>
        <w:t>Усе вже заснуло.</w:t>
      </w:r>
    </w:p>
    <w:p>
      <w:r>
        <w:br/>
        <w:t>Спить довго, міцно…</w:t>
      </w:r>
    </w:p>
    <w:p>
      <w:r>
        <w:br/>
        <w:t>Спить і старий дуб —</w:t>
      </w:r>
    </w:p>
    <w:p>
      <w:r>
        <w:br/>
        <w:t>Упала холодна роса на землю, туман прозорий ліг на став, повітря дихає прохолодою.</w:t>
      </w:r>
    </w:p>
    <w:p>
      <w:r>
        <w:br/>
        <w:t>Біліє небо.</w:t>
      </w:r>
    </w:p>
    <w:p>
      <w:r>
        <w:br/>
        <w:t>Зорі, небеснії очі, утомилися — блякнуть, марніють, погасають одна по одній.</w:t>
      </w:r>
    </w:p>
    <w:p>
      <w:r>
        <w:br/>
        <w:t>Передрозсвітня мла огортає землю —</w:t>
      </w:r>
    </w:p>
    <w:p>
      <w:r>
        <w:br/>
        <w:t>Спить старий дуб…</w:t>
      </w:r>
    </w:p>
    <w:p>
      <w:r>
        <w:br/>
        <w:t>Крутими, сміливими заломами кинув угору своє товстелезне гілля, увесь потягся до неба, мовби здіймаючи руки до бога, благаючи світу, сонця праведного для грішної землі.</w:t>
      </w:r>
    </w:p>
    <w:p>
      <w:r>
        <w:br/>
        <w:t>Тихо спить, не ворухнеться, не шелесне своїм зеленим покровом…</w:t>
      </w:r>
    </w:p>
    <w:p>
      <w:r>
        <w:br/>
        <w:t>Над ставом із сірого туману встає, підіймається вгору велична постать Стрибога.</w:t>
      </w:r>
    </w:p>
    <w:p>
      <w:r>
        <w:br/>
        <w:t>Зростає безсмертна тінь над сонною землею, розправляє по волі свої легкі крила…</w:t>
      </w:r>
    </w:p>
    <w:p>
      <w:r>
        <w:br/>
        <w:t>Більшає… більшає —</w:t>
      </w:r>
    </w:p>
    <w:p>
      <w:r>
        <w:br/>
        <w:t>Ось він коливається, мов прозорий туман, і ледве тремтять його білі крила в тихому повітрі.</w:t>
      </w:r>
    </w:p>
    <w:p>
      <w:r>
        <w:br/>
        <w:t>Вище.. вище — і загорнувсь у хмару.</w:t>
      </w:r>
    </w:p>
    <w:p>
      <w:r>
        <w:br/>
        <w:t>Оглянув звідти нещасну землю, зітхнув.</w:t>
      </w:r>
    </w:p>
    <w:p>
      <w:r>
        <w:br/>
        <w:t>Від того зітхання народився перший передсвітанковий вітрець і полетів геть по необмежених мертвих степах.</w:t>
      </w:r>
    </w:p>
    <w:p>
      <w:r>
        <w:br/>
        <w:t>Наскочив на старого дуба, похитнув його зелені листочки, збив з них перлисті сльози та й сховався у бір.</w:t>
      </w:r>
    </w:p>
    <w:p>
      <w:r>
        <w:br/>
        <w:t>Старий спросоння ледве зашелестів листом — і знову спить…</w:t>
      </w:r>
    </w:p>
    <w:p>
      <w:r>
        <w:br/>
        <w:t>У побілілому небі забриніла дзвінка пісня жайворонка. У темному ставі плеснулася риба.</w:t>
      </w:r>
    </w:p>
    <w:p>
      <w:r>
        <w:br/>
        <w:t>Поранкова зоря загорялася — Розгорілася, розжеврілася, засвітила.</w:t>
      </w:r>
    </w:p>
    <w:p>
      <w:r>
        <w:br/>
        <w:t>Зітхнув знову Стрибог із сірої хмари й новий дозорець полетів оглядати сонні села.</w:t>
      </w:r>
    </w:p>
    <w:p>
      <w:r>
        <w:br/>
        <w:t>Раптово наскочив на дуба, ударив його з усієї сили по гілках, перескочив через став, захитав верби, очерети.</w:t>
      </w:r>
    </w:p>
    <w:p>
      <w:r>
        <w:br/>
        <w:t>Старий ураз прокинувся, гнівно заскрипів, замахав гілками…</w:t>
      </w:r>
    </w:p>
    <w:p>
      <w:r>
        <w:br/>
        <w:t>Простягає свої довгі руки в той бік, куди полетів Стрибожий онук, грозить йому, хоче зловити —</w:t>
      </w:r>
    </w:p>
    <w:p>
      <w:r>
        <w:br/>
        <w:t>А вітер гуляє уже в густому борі, свистить по соснах, регочеться…</w:t>
      </w:r>
    </w:p>
    <w:p>
      <w:r>
        <w:br/>
        <w:t>На краю світу червоним полум’ям загорається небо. З-за обрію виглядає край жовтогарячого сонця.</w:t>
      </w:r>
    </w:p>
    <w:p>
      <w:r>
        <w:br/>
        <w:t>Темний став виринає з пітьми й по його золотистій воді падають чорні тіні старого велетня дуба.</w:t>
      </w:r>
    </w:p>
    <w:p>
      <w:r>
        <w:br/>
        <w:t>Стрепенувся чорний ворон:</w:t>
      </w:r>
    </w:p>
    <w:p>
      <w:r>
        <w:br/>
        <w:t>— Чи вмер на віки край… край?.. Чи вже не та тут кров… кров?.. Знявся з дуба та й полетів за вітром… Виповзла з дупла черепаха:</w:t>
      </w:r>
    </w:p>
    <w:p>
      <w:r>
        <w:br/>
        <w:t>— Не знаю… не знаю-Обливається живою росою у чистій траві.</w:t>
      </w:r>
    </w:p>
    <w:p>
      <w:r>
        <w:br/>
        <w:t>Сонечко пригріло зелені верхів’я; дуб ожив кожним своїм листочком —</w:t>
      </w:r>
    </w:p>
    <w:p>
      <w:r>
        <w:br/>
        <w:t>Шумить молоде листя, скриплять старі гілки:</w:t>
      </w:r>
    </w:p>
    <w:p>
      <w:r>
        <w:br/>
        <w:t>— Все бачив, все бачив… Старий уже, старий я — Бурі і громи я пережив, бурі і громи… Триста раз листя умирало моє — я знову в нове зодягався —</w:t>
      </w:r>
    </w:p>
    <w:p>
      <w:r>
        <w:br/>
        <w:t>Та хай листя пропада — було б тільки коріння здорове — коріння здорове —</w:t>
      </w:r>
    </w:p>
    <w:p>
      <w:r>
        <w:br/>
        <w:t>Сонце жадібно пило із землі холодну росу, а їй посилало тепло.</w:t>
      </w:r>
    </w:p>
    <w:p>
      <w:r>
        <w:br/>
        <w:t>По цівках товстого стовбура побігли тривкі соки від білих, найтонших корінців аж до зеленого листя.</w:t>
      </w:r>
    </w:p>
    <w:p>
      <w:r>
        <w:br/>
        <w:t>У повітрі почулися тихі, людські голоси. З-за кучерявих, сизих верб виплив човен. Тихо плескали весла. Човен ударився у берег.</w:t>
      </w:r>
    </w:p>
    <w:p>
      <w:r>
        <w:br/>
        <w:t>Люди вийшли на землю і сховалися під накриття дуба.</w:t>
      </w:r>
    </w:p>
    <w:p>
      <w:r>
        <w:br/>
        <w:t>— Отут ми розглянемо наші права, обміркуємо стан наш сучасний.</w:t>
      </w:r>
    </w:p>
    <w:p>
      <w:r>
        <w:br/>
        <w:t>— Сучасний — сучасний — сучасний — Радісно шепотіли молоді листочки. — Старі права… Старі права — Скрипіли корячкуваті гілки.</w:t>
      </w:r>
    </w:p>
    <w:p>
      <w:r>
        <w:br/>
        <w:t>— Тут підо мною, знов підо мною… Крові дай, крові!! Бурі і грому…</w:t>
      </w:r>
    </w:p>
    <w:p>
      <w:r>
        <w:br/>
        <w:t>24.ІІ.1903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 свідки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