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Жирафеня Берізка</w:t>
      </w:r>
    </w:p>
    <w:p>
      <w:r>
        <w:br/>
        <w:t xml:space="preserve"> &lt;p&gt;Сьогодні мама прийшла з роботи й ще з порога сказала:</w:t>
      </w:r>
    </w:p>
    <w:p>
      <w:r>
        <w:br/>
        <w:t>— А яка в нас новина! Ти й уявить собі не можеш... Приходили навіть кореспонденти — про неї в газеті скоро напишуть!</w:t>
      </w:r>
    </w:p>
    <w:p>
      <w:r>
        <w:br/>
        <w:t>Я відразу зрозумів: почую щось цікаве.</w:t>
      </w:r>
    </w:p>
    <w:p>
      <w:r>
        <w:br/>
        <w:t>Але мама мовчала. Спершу помила руки, згодом почала готувати вечерю.</w:t>
      </w:r>
    </w:p>
    <w:p>
      <w:r>
        <w:br/>
        <w:t>Я ходив за нею слідом по квартирі й допитувався:</w:t>
      </w:r>
    </w:p>
    <w:p>
      <w:r>
        <w:br/>
        <w:t>— Яка ж та новина? Ну, яка вона?..</w:t>
      </w:r>
    </w:p>
    <w:p>
      <w:r>
        <w:br/>
        <w:t>Мама завжди так: почне щось казати, а потім раптом замовкне. Щоб мені закортіло ще більше. Щоб уже ніякого витерпу не було чекати. І де в неї взялася та звичка? І як би це її перевиховати? Щоб вона відразу все мені розповідала. Отак: зайде в квартиру і каже: "Андрійку, ти знаєш, а в нас ведмідь Гоша втік!" Я знаю, що звірі в зоопарку ще не втікали. Але це так, наприклад. Або: "Андрійку, ти знаєш, наш слон Бурумбур поступив артистом у цирк..."</w:t>
      </w:r>
    </w:p>
    <w:p>
      <w:r>
        <w:br/>
        <w:t>Так нанервуєшся, доки мама нарешті все розкаже!</w:t>
      </w:r>
    </w:p>
    <w:p>
      <w:r>
        <w:br/>
        <w:t>Чистить картоплю і все ще не розповідає ту свою новину.</w:t>
      </w:r>
    </w:p>
    <w:p>
      <w:r>
        <w:br/>
        <w:t>— А що там у нас у школі сьогодні?</w:t>
      </w:r>
    </w:p>
    <w:p>
      <w:r>
        <w:br/>
        <w:t>— П'ятірка і четвірка! — швиденько відповідаю і прохально дивлюся на неї: — То що за новина, мамо? — Я аж дихати перестав.</w:t>
      </w:r>
    </w:p>
    <w:p>
      <w:r>
        <w:br/>
        <w:t>Вона усміхається. Знаю, що нарешті вже скаже.</w:t>
      </w:r>
    </w:p>
    <w:p>
      <w:r>
        <w:br/>
        <w:t>Я часто ходжу до мами в зоопарк. Знайомий там з усіма звірами. Шкода, що вони не вміють говорити, бо розповіли б вам про мене.</w:t>
      </w:r>
    </w:p>
    <w:p>
      <w:r>
        <w:br/>
        <w:t>Цікаво, що б звірі сказали, якби їх запитать про Андрійка Кононенка? Тобто про мене. Це тільки уявити можна.</w:t>
      </w:r>
    </w:p>
    <w:p>
      <w:r>
        <w:br/>
        <w:t>Старий і завжди сонний лев Гургун, якому я кидаю в клітку м'ясо, розповів би, що він дуже радіє, коли мене побачить. Ще б не радіти! І я б на його місці зрадів, якби мені хто морозива ще одну порцію приносив. А для нього м'ясо — як для мене морозиво. Улюблена страва.</w:t>
      </w:r>
    </w:p>
    <w:p>
      <w:r>
        <w:br/>
        <w:t>Сердитий тигр Барбарис, що літає по клітці, як вихор, і молотить хвостом об залізні прути, аж грім лунає, сказав би про те, що при мені він стає тихесеньким, наче кошеня. До того тихесеньким — аж усі довкола дивуються та запитують, що ж це таке тигр забачив. А Барбарис зазирає мені в руки, мов сорока в кістку, і якщо загледить там свій ласий шматочок, то муркоче, потягається й очі мружить од задоволення.</w:t>
      </w:r>
    </w:p>
    <w:p>
      <w:r>
        <w:br/>
        <w:t>Великий, красивий, пухнастий, очі горять — прямо казка, а не тигр!</w:t>
      </w:r>
    </w:p>
    <w:p>
      <w:r>
        <w:br/>
        <w:t>Він, мабуть, сказав би: "Дякую Андрійкові, дякую... Наш Андрійко — найбільший молодець!"</w:t>
      </w:r>
    </w:p>
    <w:p>
      <w:r>
        <w:br/>
        <w:t>Чомусь мені здається, що він саме так сказав би. Не знаю і чому.</w:t>
      </w:r>
    </w:p>
    <w:p>
      <w:r>
        <w:br/>
        <w:t>Горила Турдуна Велетнівна завжди сидить набурмосена в кутку клітки. Вона дуже стара. Певно, аж утомилася од своєї старості. І її вже не цікавить ніщо на світі. Чухається обома лапами і ні на кого не дивиться. Турдуна Велетнівна не помічає і коли я підходжу. Тільки як тихенько свисну, вона знехотя зводиться на весь свій зріст. Підійде, подивиться на Мене згори вниз і мовчки вистоює, доки одержить своє.</w:t>
      </w:r>
    </w:p>
    <w:p>
      <w:r>
        <w:br/>
        <w:t>Турдуна Велетнівна, мабуть, сказала б так: "Кононенко — справжній товариш, він мене не забуває..."</w:t>
      </w:r>
    </w:p>
    <w:p>
      <w:r>
        <w:br/>
        <w:t>А маленька мавпочка Крихітка завжди нетерпляче верещить мені назустріч, лапенятами вимахує, наче птах крильми, підстрибує, корчить смішні гримаси і навіть сердиться, що я так помалу до неї іду. Крихітка любить поласувати горіхами і кидати в мене шкаралупою. Вона — найбільший бешкетник на весь зоопарк. І найвередливіша вереда.</w:t>
      </w:r>
    </w:p>
    <w:p>
      <w:r>
        <w:br/>
        <w:t>Коли мені вдома щось не подобається, мама каже, що я дуже схожий на свою улюблену мавпочку.</w:t>
      </w:r>
    </w:p>
    <w:p>
      <w:r>
        <w:br/>
        <w:t>— Точнісінько, як твоя дорога Крихітка!..</w:t>
      </w:r>
    </w:p>
    <w:p>
      <w:r>
        <w:br/>
        <w:t>— Мамо, я ж не верещу, як вона!</w:t>
      </w:r>
    </w:p>
    <w:p>
      <w:r>
        <w:br/>
        <w:t>— От тільки не верещиш, а то все як у неї. Вона як не повередує, то їй і в голови низько! А ти цього, мабуть, у неї навчився. Такі вже ви однакові часто стаєте...</w:t>
      </w:r>
    </w:p>
    <w:p>
      <w:r>
        <w:br/>
        <w:t>Цікаво, чи захотіла б щось про мене сказати Крихітка?</w:t>
      </w:r>
    </w:p>
    <w:p>
      <w:r>
        <w:br/>
        <w:t>Звичайно, захотіла б! Чом би їй не сказати добре слово про того, хто їй давав стільки горіхів — гори вже їх перегризла...</w:t>
      </w:r>
    </w:p>
    <w:p>
      <w:r>
        <w:br/>
        <w:t>Крихітка також подякувала б мені. А при тому ще, може, і сказала б щось веселе. В неї така манорія.</w:t>
      </w:r>
    </w:p>
    <w:p>
      <w:r>
        <w:br/>
        <w:t>— Мамо, то що ж воно за новина? — запитую вже майже сердито. Бо скільки ж можна мене мучити?!</w:t>
      </w:r>
    </w:p>
    <w:p>
      <w:r>
        <w:br/>
        <w:t>— У нашої жирафи знайшлося жирафенятко,— нарешті каже вона.</w:t>
      </w:r>
    </w:p>
    <w:p>
      <w:r>
        <w:br/>
        <w:t>— Це ж у якої?</w:t>
      </w:r>
    </w:p>
    <w:p>
      <w:r>
        <w:br/>
        <w:t>— Та я не можу позапам'ятовувати всіх тих імен, що ти звірам попридумував. Понакручував їм усім таке, що і язик поламається, доки вимовиш!</w:t>
      </w:r>
    </w:p>
    <w:p>
      <w:r>
        <w:br/>
        <w:t>— У якої ж це жирафи? — перепитую я.— Може, в Каланчі?..</w:t>
      </w:r>
    </w:p>
    <w:p>
      <w:r>
        <w:br/>
        <w:t>— Точно, у неї... Тепер уже й згадала, як ти її називаєш.</w:t>
      </w:r>
    </w:p>
    <w:p>
      <w:r>
        <w:br/>
        <w:t>— У Каланчі — жирафенятко! Оце справді весела новина. І яке воно — малесеньке-малесеньке?</w:t>
      </w:r>
    </w:p>
    <w:p>
      <w:r>
        <w:br/>
        <w:t>— Атож, малесеньке-малесеньке,— сміється мама.— Тільки на цілу голову вище за мене.</w:t>
      </w:r>
    </w:p>
    <w:p>
      <w:r>
        <w:br/>
        <w:t>— Ого! Отаке завбільшки жираф'яче немовля?</w:t>
      </w:r>
    </w:p>
    <w:p>
      <w:r>
        <w:br/>
        <w:t>— А ти ж як думав! Жирафа-мати он яка в нього...</w:t>
      </w:r>
    </w:p>
    <w:p>
      <w:r>
        <w:br/>
        <w:t>І ось ми йдемо в зоопарк.</w:t>
      </w:r>
    </w:p>
    <w:p>
      <w:r>
        <w:br/>
        <w:t>Швиденько оббігаю Гургуна, Барбариса, Турдуну Велетнівну, Крихітку. Навіть і слова їм не кажу. Кидаю харчі — і назад.</w:t>
      </w:r>
    </w:p>
    <w:p>
      <w:r>
        <w:br/>
        <w:t>Дуже мені хочеться якнайшвидше побачити жирафенятко.</w:t>
      </w:r>
    </w:p>
    <w:p>
      <w:r>
        <w:br/>
        <w:t>Ось уже й металева загорожа, де живуть жирафи. А над нею високо стримлять їхні голови на довгих шиях. Такі вони кумедні, що до них ніяк не звикнеш.</w:t>
      </w:r>
    </w:p>
    <w:p>
      <w:r>
        <w:br/>
        <w:t>До левів, тигрів, мавп, слонів легко звикаєш. А от до жираф — ні.</w:t>
      </w:r>
    </w:p>
    <w:p>
      <w:r>
        <w:br/>
        <w:t>Начебто вони якісь не справжні. Такі химерні, що й у голову не вкладається. Чомусь такими мені уявляються марсіани. Якщо вони є, звичайно.</w:t>
      </w:r>
    </w:p>
    <w:p>
      <w:r>
        <w:br/>
        <w:t>Посеред однієї загорожі лежить жирафеня. А над ним стоїть Каланча. Голову задерла високо і дивиться на мене так, ніби я в неї щось украв. Не впізнала, чи що...</w:t>
      </w:r>
    </w:p>
    <w:p>
      <w:r>
        <w:br/>
        <w:t>— Каланча! Каланча! — гукаю, а вона й не змигне.</w:t>
      </w:r>
    </w:p>
    <w:p>
      <w:r>
        <w:br/>
        <w:t>Так же непривітно дивиться, геть знати мене не хоче.</w:t>
      </w:r>
    </w:p>
    <w:p>
      <w:r>
        <w:br/>
        <w:t>— Чого це вона? — запитую маму.— Наче сердиться на мене чомусь.</w:t>
      </w:r>
    </w:p>
    <w:p>
      <w:r>
        <w:br/>
        <w:t>— Заспокойся, вона не сердиться,— відповідає мама.— Жирафа боїться за дитину.</w:t>
      </w:r>
    </w:p>
    <w:p>
      <w:r>
        <w:br/>
        <w:t>— Чого ж це за неї боятися? Я ж їй нічого поганого не зроблю!</w:t>
      </w:r>
    </w:p>
    <w:p>
      <w:r>
        <w:br/>
        <w:t>— А вона ж того не знає.</w:t>
      </w:r>
    </w:p>
    <w:p>
      <w:r>
        <w:br/>
        <w:t>— Не знає!.. Повинна б знати!</w:t>
      </w:r>
    </w:p>
    <w:p>
      <w:r>
        <w:br/>
        <w:t>— Візьми та й розкажи їй.</w:t>
      </w:r>
    </w:p>
    <w:p>
      <w:r>
        <w:br/>
        <w:t>А жирафеня таке гарнесеньке — геть у плямах, як і Каланча, очі проти сонця світяться і вушка на голові тремтять.</w:t>
      </w:r>
    </w:p>
    <w:p>
      <w:r>
        <w:br/>
        <w:t>Лежало-лежало, потім повело головою в мій бік і стало придивлятися. Так уважно, начеб воно вже десь мене бачило. І Каланча вже якось миролюбніше позирає. І губами поводить. Може, вибачення хоче попросити за непривітність?</w:t>
      </w:r>
    </w:p>
    <w:p>
      <w:r>
        <w:br/>
        <w:t>— Чого ти боїшся? — запитую її.— От дурненька, не бійся.</w:t>
      </w:r>
    </w:p>
    <w:p>
      <w:r>
        <w:br/>
        <w:t>— Нічого собі "дурненька"! — сміється мати.— Це ж тобі не Крихітка, а таки справді Каланча! Тут би й по батькові не завадило.</w:t>
      </w:r>
    </w:p>
    <w:p>
      <w:r>
        <w:br/>
        <w:t>— По батькові я називаю тільки старих звірів. А Каланча ж не стара!</w:t>
      </w:r>
    </w:p>
    <w:p>
      <w:r>
        <w:br/>
        <w:t>— Звичайно, не стара. Вона в нас — молода мати!</w:t>
      </w:r>
    </w:p>
    <w:p>
      <w:r>
        <w:br/>
        <w:t>— От бачиш, значить, усе правильно.</w:t>
      </w:r>
    </w:p>
    <w:p>
      <w:r>
        <w:br/>
        <w:t>Мамі вже набридло вистоювати біля Каланчі. Та й роботи в неї завжди багато. Он скільки звірів у зоопарку. Треба коло всіх поприбирати, всіх нагодувати. Відвідувачі ходять, дивляться досхочу на звірів і не знають, скільки з ними тут усякого клопоту. А я знаю, бо приходжу мамі допомагати. Я в зоопарку — своя людина. Мені звірів можна довіряти. Я їх не підведу.</w:t>
      </w:r>
    </w:p>
    <w:p>
      <w:r>
        <w:br/>
        <w:t>Знову заговорюю до жирафеняти:</w:t>
      </w:r>
    </w:p>
    <w:p>
      <w:r>
        <w:br/>
        <w:t>— Тепер щодня до тебе приходитиму, і ти до мене звикнеш... Це ж тобі треба ім'я придумати... І як же тебе назвати?.. Якесь би хороше ім'я знайти... І щоб воно було схоже на тебе...</w:t>
      </w:r>
    </w:p>
    <w:p>
      <w:r>
        <w:br/>
        <w:t>Каланча й жирафеня уважно мене слухали. Мені навіть здавалося: вони розуміють, про що кажу. Бо ж Каланча повільно підійшла до краю загорожі, її голова зависла майже наді мною.</w:t>
      </w:r>
    </w:p>
    <w:p>
      <w:r>
        <w:br/>
        <w:t>Я говорив і говорив, а Каланча похитувала й похитувала головою, мовби висловлюючи згоду з моїми словами.</w:t>
      </w:r>
    </w:p>
    <w:p>
      <w:r>
        <w:br/>
        <w:t>Я замовк, і вона перестала хитати головою. От і кажи після цього, що звірі нас не розуміють!</w:t>
      </w:r>
    </w:p>
    <w:p>
      <w:r>
        <w:br/>
        <w:t>Ще й як розуміють!</w:t>
      </w:r>
    </w:p>
    <w:p>
      <w:r>
        <w:br/>
        <w:t>Каланча повернула голову й подивилася на своє дитя. Начеб щось сказала йому поглядом. Бо воно зіп'ялося на свої довгі тонкі ноги і підійшло до матері. Його голова теж зависла наді мною, але набагато нижче, ніж голова Каланчі. Якби я підстрибнув, то міг би дістати рукою. Але я не стрибав, щоб не злякати жирафеня. Та й боявся, що Каланча за те розсердиться.</w:t>
      </w:r>
    </w:p>
    <w:p>
      <w:r>
        <w:br/>
        <w:t>— І як же ж тебе назвати? — запитав я, дивлячись на жирафеня, а воно у відповідь чхнуло так, що я аж підскочив з несподіванки.</w:t>
      </w:r>
    </w:p>
    <w:p>
      <w:r>
        <w:br/>
        <w:t>Вже цього дня й не постояв біля кліток Гургуна, Барбариса, Турдуни Велетнівни й Крихітки, не поговорив з ними. Скінчивши роботу, мати зайшла за мною сюди і ми пішли додому.</w:t>
      </w:r>
    </w:p>
    <w:p>
      <w:r>
        <w:br/>
        <w:t>Цілий вечір я допитував маму, як найкраще назвати жирафеня. Вона аж сердитися почала:</w:t>
      </w:r>
    </w:p>
    <w:p>
      <w:r>
        <w:br/>
        <w:t>— Не мороч мені головуї сідай вчити уроки, бо завтра на трійці приїдеш зі школи. Цілісінький день проваландався без діла!</w:t>
      </w:r>
    </w:p>
    <w:p>
      <w:r>
        <w:br/>
        <w:t>— Чому це — без діла?! — заперечив я.— Комусь же треба звірів порозважати. Вони живуть у неволі, і їм сумно в клітках!</w:t>
      </w:r>
    </w:p>
    <w:p>
      <w:r>
        <w:br/>
        <w:t>— Ну добре — з ділом, з ділом,— погодилася мати.— Але уроки вчити все-таки треба.</w:t>
      </w:r>
    </w:p>
    <w:p>
      <w:r>
        <w:br/>
        <w:t>Вчу уроки, а перед очима стоїть жирафеня. І ніяк його не можна прогнати. Поглядав я на жирафеня й з усіх сил зубрив таблицю множення. А потім жирафеня кудись утекло. Певно, йому набридла таблиця. Йому до школи не ходити й усі ці множення не потрібні.</w:t>
      </w:r>
    </w:p>
    <w:p>
      <w:r>
        <w:br/>
        <w:t>Мати двічі мене перевіряла й знову змушувала вчити. І лиш тоді пустила спати, коли визубрив усе назубок.</w:t>
      </w:r>
    </w:p>
    <w:p>
      <w:r>
        <w:br/>
        <w:t>А вночі мені приснилися і таблиця множення, і жирафенятко.</w:t>
      </w:r>
    </w:p>
    <w:p>
      <w:r>
        <w:br/>
        <w:t>Таблиця була написана крейдою на асфальті. А по ньому походжало жирафеня і моїм голосом проказувало: "Два помножити на два — чотири, два помножити на три — шість..." Отака чудасія! Навіть у кіно подібного не побачиш, а тут — приснилося.</w:t>
      </w:r>
    </w:p>
    <w:p>
      <w:r>
        <w:br/>
        <w:t>Вранці розповів про те мамі.</w:t>
      </w:r>
    </w:p>
    <w:p>
      <w:r>
        <w:br/>
        <w:t>— Ох і далося ж тобі жирафеня — вже й спати без нього не можеш!</w:t>
      </w:r>
    </w:p>
    <w:p>
      <w:r>
        <w:br/>
        <w:t>— Воно ж саме приснилося мені, я ж його не гукав!</w:t>
      </w:r>
    </w:p>
    <w:p>
      <w:r>
        <w:br/>
        <w:t>— Знає, до кого приходити в сон,— усміхнулася вона.</w:t>
      </w:r>
    </w:p>
    <w:p>
      <w:r>
        <w:br/>
        <w:t>Я задумався над маминими словами, і мені стало дуже приємно, що жирафеня прийшло саме в мій сон.</w:t>
      </w:r>
    </w:p>
    <w:p>
      <w:r>
        <w:br/>
        <w:t>Блукало воно, блукало: там одного хлопчика сон, там другого, там третього... Жирафеня їх усіх пообминало, знайшло мій і вскочило в нього. Як риба у річку. Випадково такого не буває.</w:t>
      </w:r>
    </w:p>
    <w:p>
      <w:r>
        <w:br/>
        <w:t>У школі я розповів хлопцям про жирафенятко. Тільки про свій сон не розказав. Щоб вони не образилися на нього, що воно не прийшло вночі ні до кого з них.</w:t>
      </w:r>
    </w:p>
    <w:p>
      <w:r>
        <w:br/>
        <w:t>А після уроків ми прийшли в зоопарк.</w:t>
      </w:r>
    </w:p>
    <w:p>
      <w:r>
        <w:br/>
        <w:t>Провідали Гургуна, Барбариса, Турдуну Велетнівну і Крихітку.</w:t>
      </w:r>
    </w:p>
    <w:p>
      <w:r>
        <w:br/>
        <w:t>Більшість хлопців досі не ходила в зоопарк. Їм здавалося, що нічого цікавого тут не побачать. Нібито все вони знають із кіно й телевізора. Але ж хіба можна порівняти звірів у телевізорі і тут, у зоопарку,— живих? Та ще й зблизька. Зразу помічаєш, який у кого характер. Вони всі, як і ми, не схожі між собою. Один спокійний, другий сердитий, третій крикливий, але не вредний, як Крихітка, наприклад... То тільки на малюнках усі леви схожі один на одного, так само й тигри. Я не раз думав, що люди багатьом звірам також здаються однаковими. І потім звірі придивляться до нас уважніше і починають відрізняти своїх знайомих і незнайомих. Он мене скільки звірів знає... А маму — ще більше. Всі, мабуть, знають. Бо вже десять років тут з ними няньчиться, як з малими дітьми. При ній навіть Барбарис, що гарчить і поблискує пащекою на всіх, хто підходить до клітки, і той стає шовковим. Підібгає під себе хвоста, як шкідливий пес, і сидить нищечком. Боїться, що мама сваритиме...</w:t>
      </w:r>
    </w:p>
    <w:p>
      <w:r>
        <w:br/>
        <w:t>Я б усім порадив щодня ходити в зоопарк і вивчати поведінку тварин. Дивишся на них — і наче цікаву книгу читаєш.</w:t>
      </w:r>
    </w:p>
    <w:p>
      <w:r>
        <w:br/>
        <w:t>Сказав про те хлопцям — і вони погодилися зі мною.</w:t>
      </w:r>
    </w:p>
    <w:p>
      <w:r>
        <w:br/>
        <w:t>А потім ми прийшли до жираф.</w:t>
      </w:r>
    </w:p>
    <w:p>
      <w:r>
        <w:br/>
        <w:t>Голови на довгих шиях стриміли високо над загорожею, мовби давно вже виглядали нас.</w:t>
      </w:r>
    </w:p>
    <w:p>
      <w:r>
        <w:br/>
        <w:t>Жирафеня лежало біля ніг Каланчі, а коли побачило мене, повільно встало й підійшло до загорожі.</w:t>
      </w:r>
    </w:p>
    <w:p>
      <w:r>
        <w:br/>
        <w:t>Воно нітрохи не змінилося й не підросло після мого сну.</w:t>
      </w:r>
    </w:p>
    <w:p>
      <w:r>
        <w:br/>
        <w:t>— Яке ж воно гарненьке!</w:t>
      </w:r>
    </w:p>
    <w:p>
      <w:r>
        <w:br/>
        <w:t>— А які очі!</w:t>
      </w:r>
    </w:p>
    <w:p>
      <w:r>
        <w:br/>
        <w:t>— А розумне! — загукали хлопці.</w:t>
      </w:r>
    </w:p>
    <w:p>
      <w:r>
        <w:br/>
        <w:t>І ще хтось сказав:</w:t>
      </w:r>
    </w:p>
    <w:p>
      <w:r>
        <w:br/>
        <w:t>— Воно на берізку схоже.</w:t>
      </w:r>
    </w:p>
    <w:p>
      <w:r>
        <w:br/>
        <w:t>Я придивився — й справді: білі й чорні плями, як на березі, і струнке, мов деревце...</w:t>
      </w:r>
    </w:p>
    <w:p>
      <w:r>
        <w:br/>
        <w:t>— Берізка! Берізка! Берізка!..— радо загукав я.</w:t>
      </w:r>
    </w:p>
    <w:p>
      <w:r>
        <w:br/>
        <w:t>— Що? — не зрозуміли хлопці.</w:t>
      </w:r>
    </w:p>
    <w:p>
      <w:r>
        <w:br/>
        <w:t>— Берізка! Берізка!.. Давайте назвемо його "Берізка"!..</w:t>
      </w:r>
    </w:p>
    <w:p>
      <w:r>
        <w:br/>
        <w:t>І всім це ім'я сподобалося.</w:t>
      </w:r>
    </w:p>
    <w:p>
      <w:r>
        <w:br/>
        <w:t>Так і вирішили: дитина Каланчі — Берізка.</w:t>
      </w:r>
    </w:p>
    <w:p>
      <w:r>
        <w:br/>
        <w:t>Як добре думати над чимось гуртом. Сам до такого ніколи не додумався б, навіть якби в мене голова була така завбільшки, як будинок, і розуму в ній було не менше, ніж у десяти книжках.</w:t>
      </w:r>
    </w:p>
    <w:p>
      <w:r>
        <w:br/>
        <w:t>Так жирафеня стало Берізкою.</w:t>
      </w:r>
    </w:p>
    <w:p>
      <w:r>
        <w:br/>
        <w:t>Воно й раніше було не маленьке, а це так підросло, що вже дістає головою Каланчі під шию. Я добряче задираю голову, коли дивлюся на нього. Аж шия болить.</w:t>
      </w:r>
    </w:p>
    <w:p>
      <w:r>
        <w:br/>
        <w:t>Всім класом до нього приходимо. Мама навіть сварить нас. Каже, що скоро замучимо жирафеня. Але хіба ми його мучимо?</w:t>
      </w:r>
    </w:p>
    <w:p>
      <w:r>
        <w:br/>
        <w:t>Прийдемо, порозважаємо, нагодуємо.</w:t>
      </w:r>
    </w:p>
    <w:p>
      <w:r>
        <w:br/>
        <w:t>Якби не ми, йому було б зовсім нецікаво жити.</w:t>
      </w:r>
    </w:p>
    <w:p>
      <w:r>
        <w:br/>
        <w:t>І нам було б нецікаво без нього.</w:t>
      </w:r>
    </w:p>
    <w:p>
      <w:r>
        <w:br/>
        <w:t>Як добре, що у нас тепер є жирафеня. З цим і мама згодна.</w:t>
      </w:r>
    </w:p>
    <w:p>
      <w:r>
        <w:br/>
        <w:t>А ім'я жирафеняти їй також сподобалося.</w:t>
      </w:r>
    </w:p>
    <w:p>
      <w:r>
        <w:br/>
        <w:t>— Нарешті ти вже по-людськи назвав тварину,— сказала вона.— Таке ім'я приємно й почути...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Жирафеня Берізка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