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Жертви любові</w:t>
      </w:r>
    </w:p>
    <w:p>
      <w:r>
        <w:br/>
        <w:t xml:space="preserve"> &lt;p&gt;Коли любиш Мистецтво, ніякі жертви не здаються надто великими. Це передумова. Наше оповідання приведе нас до відповідного висновку цієї передумови і в той же час покаже, що сама та передумова — неправильна. Для логіки — це новина, а як літературний прийом він, можливо, не набагато старіший за Великий китайський мур.</w:t>
      </w:r>
    </w:p>
    <w:p>
      <w:r>
        <w:br/>
        <w:t>Джо Лерребі, палаючи пристрастю до образотворчого мистецтва, прибув з рівнин Середнього Заходу, де ростуть вікові дуби. У шість років він намалював картину, на якій зобразив міську водокачку і відомого городянина, що йшов повз неї. Цей результат — плід творчих зусиль, вставили в раму й вивісили у вітрині аптеки поряд з качаном кукурудзи, зерна в якому складали непарне число рядків. Коли Джо минуло двадцять років, він зав'язав широким бантом краватку, склав своє добро в маленький пакуночок і вирушив до Нью-Йорка.</w:t>
      </w:r>
    </w:p>
    <w:p>
      <w:r>
        <w:br/>
        <w:t>Ділія Керузерс жила на Півдні в селі серед соснового лісу і так багатообіцяюче справлялася з шістьма октавами фортепіанної клавіатури, що родичі зібрали досить грошей, аби вона могла поїхати "на Північ" і там "завершити музичну освіту". Вони не могли передбачити, що... але саме про це ми й розповімо.</w:t>
      </w:r>
    </w:p>
    <w:p>
      <w:r>
        <w:br/>
        <w:t>Джо та Ділія зустрілись у студії, де молодь, що вивчала живопис і музику, збиралась, бувало, щоб побалакати про світлотіні, про музику, про Вагнера, творіння Рембрандта, картини, шпалери, Вальдтейфеля, Шопена, Улонга...</w:t>
      </w:r>
    </w:p>
    <w:p>
      <w:r>
        <w:br/>
        <w:t>Джо та Ділія покохали одне одного, або закохались одне в одного — як вам більше до вподоби,— і невдовзі побралися, бо (дивись вище), коли любиш Мистецтво, ніякі жертви не здаються надто великими.</w:t>
      </w:r>
    </w:p>
    <w:p>
      <w:r>
        <w:br/>
        <w:t>Містер і місіс Лерребі почали хазяйнувати у квартирі, яку вони найняли. Це була квартира у відлюдному місці, загублена так далеко, як ля діез на самісінькому лівому кінці клавіатури. Вони були щасливі: Мистецтво належало їм, а вони одне одному. І от моя порада багатим молодим людям: продай усе, що маєш, і гроші роздай бідним... можна швейцарові, щоб пізнати насолоду жити у такій квартирі із своїм Мистецтвом і своєю Ділією.</w:t>
      </w:r>
    </w:p>
    <w:p>
      <w:r>
        <w:br/>
        <w:t>Мешканці таких квартир, певна річ, підпишуться під моїм твердженням, що тільки вони справді щасливі. Якщо в домі панує щастя, він не може бути тісним. Хай перевернута шафа заміняє вам більярд, хай камінна дошка править за трюмо, письмовий стіл —за спальню, умивальник — за піаніно. Хай хоч усі чотири стіни, коли їм заманеться, зійдуться, аби для вас і вашої Ділії лишилося трохи місця. Але якщо в вашому домі нема щастя, то хай він буде великий і просторий, щоб ви могли ввійти через золоті Ворота, повісити свого капелюха на мис Гаттерас, пальто — на мис Горн і вийти через Лабрадор.</w:t>
      </w:r>
    </w:p>
    <w:p>
      <w:r>
        <w:br/>
        <w:t>Джо вивчав живопис у класі самого великого Меджістера.</w:t>
      </w:r>
    </w:p>
    <w:p>
      <w:r>
        <w:br/>
        <w:t>Ви, звісно, чули про нього. Бере він за навчання багато, а вчить мало чому, певно, це і принесло йому славу майстра ефектних контрастів. Ділія навчалась у Розенштока — ви знаєте, яку славу здобув цей порушник спокою фортепіанних клавішів. Молоді були дуже щасливі, доки мали гроші. Так воно завжди буває... але не буду цинічним. їхня мета була певна і ясна. Джо в найближчому майбутньому мав навчитися малювати такі картини, щоб за право придбати їх старі джентльмени з ріденькими бакенбардами і товстими гаманцями в його майстерні били один одного обушками по голові. Ділія ж повинна була так опанувати Музику, а потім стати такою байдужою до неї, щоб, побачивши вільні місця у партері чи в ложах, захворіти горлом і лікувати його омарами в особистих департаментах, відмовляючись вийти на сцену.</w:t>
      </w:r>
    </w:p>
    <w:p>
      <w:r>
        <w:br/>
        <w:t>Але найкращим, на мою думку, було саме їхнє життя в маленькій квартирі: палкі й тривалі бесіди вечорами після повернення з уроків; приємні обіди вдвох і легкі сніданки; обмін честолюбними прагненнями, коли кожне мріяло про успіхи другого, про те, щоб допомогти йому і дати натхнення; і — вибачте мені мою безпосередність — бутерброди з сиром та маслини об одинадцятій вечора. Однак час минав, і прапор Мистецтва схилився. Так іноді трапляється навіть тоді, коли прапороносець цього не хоче. Все йшло з господи і нічого — до неї, як" кажуть вульгарні люди. Не стало грошей, щоб платити за дорогі уроки містера Меджістера та гера Розенштока. Та коли любиш Мистецтво, ніякі жертви не здаються надто великими. І от Ділія заявила, що вона даватиме уроки музики і цим зароблятиме на прожиток.</w:t>
      </w:r>
    </w:p>
    <w:p>
      <w:r>
        <w:br/>
        <w:t>Кілька днів вона шукала учнів. Нарешті одного вечора повернулася додому в піднесеному настрої.</w:t>
      </w:r>
    </w:p>
    <w:p>
      <w:r>
        <w:br/>
        <w:t>— Джо, милий,— сказала вона радісно,— у мене є учениця. І ти знаєш, вони такі чудові люди. Генерал... генерал А. Б. Пінкні та його дочка. Це на Сімдесят першій вулиці. Такий розкішний будинок, Джо! Ти б тільки подивився на парадний вхід! Візантійський стиль— так, мабуть, ти це називатимеш. А всередині! О Джо, я ніколи раніше нічого схожого не бачила! Моя учениця — дочка генерала, Клементина. Вона мені відразу дуже сподобалась. Таке тендітне створіння, вдягнута в усе біле, а які приємні, прості манери! їй лише вісімнадцять років. Я даватиму три уроки на тиждень. Ти тільки подумай, Джо, п'ять доларів за урок! Це мене цілком влаштовує. Якщо я матиму ще двох чи трьох таких учнів, то зможу знову вчитись у гера Розенштока. Ну, милий, не хнюпся і давай добре повечеряємо!</w:t>
      </w:r>
    </w:p>
    <w:p>
      <w:r>
        <w:br/>
        <w:t>— Тобі добре так говорити, Ділі,— мовив Джо, атакуючи з ножем і сокиркою банку консервованого гороху.— А я? Чи не думаєш ти, що я збираюсь витати в сферах чистого мистецтва, поки ти бігатимеш на заробітки? Ні в якому разі, присягаюсь кістками Бенвенуто Челліні! Я, мабуть, зможу продавати газети або брукувати вулиці і приносити додому кілька доларів.</w:t>
      </w:r>
    </w:p>
    <w:p>
      <w:r>
        <w:br/>
        <w:t>Ділія підійшла і обняла його за шию.</w:t>
      </w:r>
    </w:p>
    <w:p>
      <w:r>
        <w:br/>
        <w:t>— Джо, милий, який ти дурненький у мене! Ти повинен продовжувати своє навчання. Це ж не означає, що я кидаю музику і йду на якусь іншу роботу. Коли я веду уроки, я й сама вчусь. А за п'ятнадцять доларів на тиждень ми зможемо жити так чудово, як живуть мільйонери. І не думай кидати навчання у Меджістера.</w:t>
      </w:r>
    </w:p>
    <w:p>
      <w:r>
        <w:br/>
        <w:t>— Гаразд,— сказав Джо, дістаючи голубий салатник у формі черепашки.-Але все-таки дуже прикро, що тобі доводиться давати уроки. Це не мистецтво. І все ж ти, кохана, просто молодчина.</w:t>
      </w:r>
    </w:p>
    <w:p>
      <w:r>
        <w:br/>
        <w:t>— Коли любиш Мистецтво, ніякі жертви не здаються надто великими,— промовила Ділія.</w:t>
      </w:r>
    </w:p>
    <w:p>
      <w:r>
        <w:br/>
        <w:t>— Меджістер похвалив небо на тому етюді, що я малював у парку,-сказав Джо.— А Тінкл дозволив мені повісити два етюди у його вітрині. Може, й пощастить продати один, коли його побачить який-небудь підходящий ідіот з грошима.</w:t>
      </w:r>
    </w:p>
    <w:p>
      <w:r>
        <w:br/>
        <w:t>— Я певна, що пощастить,— ніжно мовила Ділія.— Ну, а тепер дякуватимем долі за генерала Пінкні ts цей шматок телятини.</w:t>
      </w:r>
    </w:p>
    <w:p>
      <w:r>
        <w:br/>
        <w:t>Весь наступний тиждень подружжя Лерребі снідало рано. Джо захопився етюдами при ранковому освітленні, які він робив у Центральному парку, і о сьомій годині Ділія з ніжностями, заохоченнями та поцілунками виряджала його, нагодувавши сніданком. Мистецтво — вимоглива кохана. Джо тепер звичайно повертався додому аж увечері о сьомій годині.</w:t>
      </w:r>
    </w:p>
    <w:p>
      <w:r>
        <w:br/>
        <w:t>Наприкінці тижня Ділія, стомлена, але повна ніжної гордості, урочисто поклала три банкноти по п'ять доларів на маленький (вісім на десять дюймів) столик, що стояв посеред вітальні (вісім на десять футів).</w:t>
      </w:r>
    </w:p>
    <w:p>
      <w:r>
        <w:br/>
        <w:t>Клементина іноді засмучує мене,— сказала вона трохи стомлено.— Боюсь, що вона мало працює над вправами, і мені часто доводиться повторювати одне й те саме по кілька разів. Крім того, завжди цей білий одяг, він наганяє на мене нудьгу. Але генерал Пінкні — чудовий старий! Якби ти тільки знав його, Джо. Він удівець, я тобі, здається, казала, іноді заходить, коли ми з Клементиною сидимо за роялем, стоїть і куйовдить свою сиву цапину борідку. "Ну, як справи з шістнадцятим і тридцять другим?" — завжди питає. Джо, а якби ти бачив панелі у їхній вітальні! А килимові портьєри! Клементина трохи покашлює. Сподіваюсь, що вона міцніша, ніж можна судити по її зовнішності. Я справді прив'язалась до неї: вона така ніжна і так добре вихована. Брат генерала Пінкні був колись послом у Болівії.</w:t>
      </w:r>
    </w:p>
    <w:p>
      <w:r>
        <w:br/>
        <w:t>Але ось Джо, наче граф Монте-Крісто, вийняв десять доларів, потім ще п'ять, два та один — чотири справжнісінькі повноцінні банкноти — і поклав їх поряд із заробітком Ділії.</w:t>
      </w:r>
    </w:p>
    <w:p>
      <w:r>
        <w:br/>
        <w:t>— Продав акварель з обеліском якомусь чоловікові з Пеорії,— проголосив він приголомшливу новину.</w:t>
      </w:r>
    </w:p>
    <w:p>
      <w:r>
        <w:br/>
        <w:t>— Не жартуй,— вигукнула Ділія.— Невже з Пеорії?!</w:t>
      </w:r>
    </w:p>
    <w:p>
      <w:r>
        <w:br/>
        <w:t>— Так, так, уяви собі. Якби ти його бачила, Ділі. Гладкий чоловік у шерстянім кашне і з зубочисткою. Він побачив етюд у вітрині Тінкла і спочатку вирішив, що то вітряк. Навіть замовив мені ще один — олією, щоб забрати його з собою: вид Лекуонської товарної станції. А що твої уроки музики! Ну, звичайно, щось спільне з Мистецтвом вони мають.</w:t>
      </w:r>
    </w:p>
    <w:p>
      <w:r>
        <w:br/>
        <w:t>— Я така рада, що ти й далі працюєш у своїй галузі,— палко промовила Ділія.— Ти неодмінно доб'єшся успіху, мій милий. Тридцять три долари! У нас ніколи раніше не було стільки грошей. Сьогодні на вечерю у нас будуть устриці.</w:t>
      </w:r>
    </w:p>
    <w:p>
      <w:r>
        <w:br/>
        <w:t>— І філе-міньйон з шампіньйонами,— додав Джо. — А де виделка для маслин?</w:t>
      </w:r>
    </w:p>
    <w:p>
      <w:r>
        <w:br/>
        <w:t>Наступної суботи ввечері Джо прийшов перший. Він поклав свої вісімнадцять доларів на столику у вітальні і змив щось з рук — мабуть, шар чорної фарби.</w:t>
      </w:r>
    </w:p>
    <w:p>
      <w:r>
        <w:br/>
        <w:t>Через півгодини повернулась і Ділія. її права рука, обв'язана ганчірками та бинтами, була схожа на незграбний пакуночок.</w:t>
      </w:r>
    </w:p>
    <w:p>
      <w:r>
        <w:br/>
        <w:t>— В чому річ? — спитав Джо після звичайного обміну ніжностями. Ділія засмійлась, але якось не дуже весело.</w:t>
      </w:r>
    </w:p>
    <w:p>
      <w:r>
        <w:br/>
        <w:t>— Клементина хотіла, щоб я після уроку покуштувала валлійські грінки. Вона така дивачка. О п'ятій годині валлійські грінки! Генерал теж був там. І ти б тільки подивився, як він кинувся по сковороду, наче у них немає слуг. Я знаю, що Клементина хворіє; вона така нервова. Готуючи ці грінки, вона ненароком хлюпнула гарячим розтопленим сиром мені на руку. Це був жахливий біль, Джо! Мила дівчинка так засмутилась! А генерал Пінкні! Джо, цей старий мало не збожеволів. Він кинувся в підвал і послав когось,— здається, кочегара,— но мазь і все що треба. Тепер уже не дуже болить.</w:t>
      </w:r>
    </w:p>
    <w:p>
      <w:r>
        <w:br/>
        <w:t>— А це що? — спитав Джо, ніжно беручи її за руку і смикаючи за якесь біле лахміття, що стирчало з-під бинта.</w:t>
      </w:r>
    </w:p>
    <w:p>
      <w:r>
        <w:br/>
        <w:t>— Це щось м'яке,-сказала Ділія,-на що кладуть мазь. О Джо, ти продав ще один етюд? — побачила вона гроші на столі.</w:t>
      </w:r>
    </w:p>
    <w:p>
      <w:r>
        <w:br/>
        <w:t>— Чия продав? — сказав Джо.— Спитай того чоловіка з Пеорії. Він забрав сьогодні свою товарну станцію і, здається, думає замовити мені ще один пейзаж у парку й вид на Гудзон. О котрій годині ти обпекла руку, Ділі?</w:t>
      </w:r>
    </w:p>
    <w:p>
      <w:r>
        <w:br/>
        <w:t>— Здається, о п'ятій,— сумно відповіла Ділія.— Праску... тобто сир, зняли з плити приблизно в цей час. Якби ти подивився на генерала Пінкні, Джо, коли...</w:t>
      </w:r>
    </w:p>
    <w:p>
      <w:r>
        <w:br/>
        <w:t>— Сядь на хвилинку, Ділі,— сказав Джо. Він посадив її на кушетку, сів поряд і обняв її за плечі.</w:t>
      </w:r>
    </w:p>
    <w:p>
      <w:r>
        <w:br/>
        <w:t>— Що ти робила останніх два тижні, Ділі? — спитав. Якусь мить вона бадьорилася, дивлячись на чоловіка очима, повними любові й упертості, пробурмотіла щось невиразне про генерала Пінкні, а потім схилила голову, і разом із потоком сліз у неї вилилась правда.</w:t>
      </w:r>
    </w:p>
    <w:p>
      <w:r>
        <w:br/>
        <w:t>— Я не могла знайти уроки,— призналась вона.— І я б не витримала, коли б ти кинув свої заняття. Тоді я пішла прасувати сорочки в ту велику пральню, що на Двадцять четвертій вулиці. Здорово я це вигадала про генерала Пінкні та Клементину, як ти гадаєш, Джо? А коли сьогодні по обіді одна дівчина в пральні обпекла мені руку праскою, я всю дорогу вигадувала цю історію про валлійські грінки. Ти ж не гніваєшся, Джо, правда? Якби я не знайшла роботи, ти, може, і не продав би своїх етюдів тому чоловікові з Пеорії.</w:t>
      </w:r>
    </w:p>
    <w:p>
      <w:r>
        <w:br/>
        <w:t>— Він був не з Пеорії,— поволі мовив Джо.</w:t>
      </w:r>
    </w:p>
    <w:p>
      <w:r>
        <w:br/>
        <w:t>— Ну, це не має значення, звідки він. Який ти кмітливий, Джо, скажи,— ні, спочатку поцілуй мене, Джо,— скажи, як це ти запідозрив, що я не даю уроки музики Клементині?</w:t>
      </w:r>
    </w:p>
    <w:p>
      <w:r>
        <w:br/>
        <w:t>— Я й не підозрював... до сьогоднішнього вечора,— сказав Джо.— І ніколи б не догадався, але сьогодні я послав з котельної наверх у пральню ганчір'я і мазь для якоїсь дівчини, якій обпекли руку праскою. Я вже два тижні працюю кочегаром у цій пральні.</w:t>
      </w:r>
    </w:p>
    <w:p>
      <w:r>
        <w:br/>
        <w:t>— Так ти не...</w:t>
      </w:r>
    </w:p>
    <w:p>
      <w:r>
        <w:br/>
        <w:t>— Мій покупець з Пеорії,— сказав Джо,— і твій генерал Пійкні — це тільки твори мистецтва, яке не назвеш ні живописом, ні музикою.</w:t>
      </w:r>
    </w:p>
    <w:p>
      <w:r>
        <w:br/>
        <w:t>Обоє засміялись, і Джо сказав:</w:t>
      </w:r>
    </w:p>
    <w:p>
      <w:r>
        <w:br/>
        <w:t>— Коли любиш Мистецтво, ніякі жертви не...</w:t>
      </w:r>
    </w:p>
    <w:p>
      <w:r>
        <w:br/>
        <w:t>Але Ділія не дала Джо закінчити, затуливши йому рота рукою.</w:t>
      </w:r>
    </w:p>
    <w:p>
      <w:r>
        <w:br/>
        <w:t>— Ні,— мовила вона.— Просто: коли любиш...</w:t>
      </w:r>
    </w:p>
    <w:p>
      <w:r>
        <w:br/>
        <w:t>Переклад Ю. Іванова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Жертви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