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Жерело</w:t>
      </w:r>
    </w:p>
    <w:p>
      <w:r>
        <w:br/>
        <w:t xml:space="preserve"> З нори в камінню під горою&lt;br /&gt;</w:t>
        <w:br/>
        <w:t>там било сильно жерело,&lt;br /&gt;</w:t>
        <w:br/>
        <w:t>потік плив чистою водою&lt;br /&gt;</w:t>
        <w:br/>
        <w:t>край поля, що при нім було.</w:t>
      </w:r>
    </w:p>
    <w:p>
      <w:r>
        <w:br/>
        <w:t>Вода мулила берегами&lt;br /&gt;</w:t>
        <w:br/>
        <w:t>помалу мужика ріллю.&lt;br /&gt;</w:t>
        <w:br/>
        <w:t>Він задумавсь:</w:t>
      </w:r>
    </w:p>
    <w:p>
      <w:r>
        <w:br/>
        <w:t>"Потік з роками&lt;br /&gt;</w:t>
        <w:br/>
        <w:t>ще знищить ниву всю мою".</w:t>
      </w:r>
    </w:p>
    <w:p>
      <w:r>
        <w:br/>
        <w:t>Взяв челядь і нору глибоку&lt;br /&gt;</w:t>
        <w:br/>
        <w:t>з великим трудом він заткав.&lt;br /&gt;</w:t>
        <w:br/>
        <w:t>"Без жерела нема потоку",—&lt;br /&gt;</w:t>
        <w:br/>
        <w:t>так він весело погадав.</w:t>
      </w:r>
    </w:p>
    <w:p>
      <w:r>
        <w:br/>
        <w:t>Аж ось нараз нора зробилась&lt;br /&gt;</w:t>
        <w:br/>
        <w:t>на загонах его ріллі,&lt;br /&gt;</w:t>
        <w:br/>
        <w:t>а з неї скрізь вода розлилась&lt;br /&gt;</w:t>
        <w:br/>
        <w:t>по збіжжю, що зійшло в землі.</w:t>
      </w:r>
    </w:p>
    <w:p>
      <w:r>
        <w:br/>
        <w:t>Ледве спинив він тихо воду,&lt;br /&gt;</w:t>
        <w:br/>
        <w:t>аж знов нора знайшлась нараз...&lt;br /&gt;</w:t>
        <w:br/>
        <w:t>Старий сусід узрів сю шкоду&lt;br /&gt;</w:t>
        <w:br/>
        <w:t>і раду дав,</w:t>
      </w:r>
    </w:p>
    <w:p>
      <w:r>
        <w:br/>
        <w:t>що поки час:</w:t>
      </w:r>
    </w:p>
    <w:p>
      <w:r>
        <w:br/>
        <w:t>"Відкрий нору і бистру струю&lt;br /&gt;</w:t>
        <w:br/>
        <w:t>пусти руслом тим, що й давно;&lt;br /&gt;</w:t>
        <w:br/>
        <w:t>усунеш певно шкоду всяку,&lt;br /&gt;</w:t>
        <w:br/>
        <w:t>лиш берег вирівняй і дно!</w:t>
      </w:r>
    </w:p>
    <w:p>
      <w:r>
        <w:br/>
        <w:t>Чим більше жерело стісняти,&lt;br /&gt;</w:t>
        <w:br/>
        <w:t>оно щораз тим кріпше б'є&lt;br /&gt;</w:t>
        <w:br/>
        <w:t>і, здавлене, несе лиш страти,&lt;br /&gt;</w:t>
        <w:br/>
        <w:t>а так, то і хосен дає!"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Жерело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