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Жах</w:t>
      </w:r>
    </w:p>
    <w:p>
      <w:r>
        <w:br/>
        <w:t xml:space="preserve"> Жа жах жовтий жаль замучив&lt;br /&gt;</w:t>
        <w:br/>
        <w:t>Ха хо хочеш ти втекти&lt;br /&gt;</w:t>
        <w:br/>
        <w:t>А чи знаєш як живучі&lt;br /&gt;</w:t>
        <w:br/>
        <w:t>Чорні гадини повзучі&lt;br /&gt;</w:t>
        <w:br/>
        <w:t>І пошарпані коти</w:t>
      </w:r>
    </w:p>
    <w:p>
      <w:r>
        <w:br/>
        <w:t>М'я м'я м'ятий вітер свище&lt;br /&gt;</w:t>
        <w:br/>
        <w:t>Стежки вже нема&lt;br /&gt;</w:t>
        <w:br/>
        <w:t>Чути крики ближче й ближче&lt;br /&gt;</w:t>
        <w:br/>
        <w:t>Небо трусить попелище&lt;br /&gt;</w:t>
        <w:br/>
        <w:t>Пробудилася пітьма</w:t>
      </w:r>
    </w:p>
    <w:p>
      <w:r>
        <w:br/>
        <w:t>Лава лізе з-під гори&lt;br /&gt;</w:t>
        <w:br/>
        <w:t>Жах, жах, жах бере за плечі&lt;br /&gt;</w:t>
        <w:br/>
        <w:t>І влітають жовті смерчі&lt;br /&gt;</w:t>
        <w:br/>
        <w:t>Полувідьомської гри</w:t>
      </w:r>
    </w:p>
    <w:p>
      <w:r>
        <w:br/>
        <w:t>Дідьки до мене, до мене&lt;br /&gt;</w:t>
        <w:br/>
        <w:t>Полум'я дрантя палене&lt;br /&gt;</w:t>
        <w:br/>
        <w:t>В потяг пристойний зберіться&lt;br /&gt;</w:t>
        <w:br/>
        <w:t>І забирайтеся звідси</w:t>
      </w:r>
    </w:p>
    <w:p>
      <w:r>
        <w:br/>
        <w:t>Співи подохнуть пташині&lt;br /&gt;</w:t>
        <w:br/>
        <w:t>Де на камінні стежині&lt;br /&gt;</w:t>
        <w:br/>
        <w:t>Гади не свинні і блазні&lt;br /&gt;</w:t>
        <w:br/>
        <w:t>Змішують тельбухи власні</w:t>
      </w:r>
    </w:p>
    <w:p>
      <w:r>
        <w:br/>
        <w:t>Там де чума хрипло кряче&lt;br /&gt;</w:t>
        <w:br/>
        <w:t>Смерчем промчіться гарячим&lt;br /&gt;</w:t>
        <w:br/>
        <w:t>Збільшуватися повинно&lt;br /&gt;</w:t>
        <w:br/>
        <w:t>Царство моє домовинне</w:t>
      </w:r>
    </w:p>
    <w:p>
      <w:r>
        <w:br/>
        <w:t>Хто хто топче печериці&lt;br /&gt;</w:t>
        <w:br/>
        <w:t>Печені харчі щуриці&lt;br /&gt;</w:t>
        <w:br/>
        <w:t>Зупинись&lt;br /&gt;</w:t>
        <w:br/>
        <w:t>Хіба не відаєш незграбо&lt;br /&gt;</w:t>
        <w:br/>
        <w:t>Жаба там пускає з граба жовту слизь&lt;br /&gt;</w:t>
        <w:br/>
        <w:t>І там кота літає нявкіт&lt;br /&gt;</w:t>
        <w:br/>
        <w:t>Падають повзучі п'явки на плаї&lt;br /&gt;</w:t>
        <w:br/>
        <w:t>А де по папороть несеться&lt;br /&gt;</w:t>
        <w:br/>
        <w:t>В'ється смужкою по стежці сік змії</w:t>
      </w:r>
    </w:p>
    <w:p>
      <w:r>
        <w:br/>
        <w:t>Халепа склеп тобі готує&lt;br /&gt;</w:t>
        <w:br/>
        <w:t>Я вже пію алілуя по тобі&lt;br /&gt;</w:t>
        <w:br/>
        <w:t>Могильному нічному клоччі&lt;br /&gt;</w:t>
        <w:br/>
        <w:t>Згинеш за ніщо ти хлопче далебі</w:t>
      </w:r>
    </w:p>
    <w:p>
      <w:r>
        <w:br/>
        <w:t>Тай нащо цвіт тобі казковий&lt;br /&gt;</w:t>
        <w:br/>
        <w:t>Зжерли вчора все корови&lt;br /&gt;</w:t>
        <w:br/>
        <w:t>Жах жах жах&lt;br /&gt;</w:t>
        <w:br/>
        <w:t>Повір беру у світі Бога&lt;br /&gt;</w:t>
        <w:br/>
        <w:t>Суть усього світ усього&lt;br /&gt;</w:t>
        <w:br/>
        <w:t>У грошах</w:t>
      </w:r>
    </w:p>
    <w:p>
      <w:r>
        <w:br/>
        <w:t>Печера темна полоняє&lt;br /&gt;</w:t>
        <w:br/>
        <w:t>Там і тихо поміняєм&lt;br /&gt;</w:t>
        <w:br/>
        <w:t>То на то&lt;br /&gt;</w:t>
        <w:br/>
        <w:t>Мені свою віддайте душу&lt;br /&gt;</w:t>
        <w:br/>
        <w:t>І аж тобі між гір натрушу&lt;br /&gt;</w:t>
        <w:br/>
        <w:t>Золото</w:t>
      </w:r>
    </w:p>
    <w:p>
      <w:r>
        <w:br/>
        <w:t>Ой ходить сон коло вікон&lt;br /&gt;</w:t>
        <w:br/>
        <w:t>А дрімота коло плота&lt;br /&gt;</w:t>
        <w:br/>
        <w:t>Питається сон дрімоти&lt;br /&gt;</w:t>
        <w:br/>
        <w:t>Ой деж ти буде ночувати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