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Жаби та їхні королі</w:t>
      </w:r>
    </w:p>
    <w:p>
      <w:r>
        <w:br/>
        <w:t xml:space="preserve"> Адам Міцкевич&lt;br /&gt;</w:t>
        <w:br/>
        <w:t>Жаби та їхні королі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Річ Посполита Жаб на все болото здавна&lt;br /&gt;</w:t>
        <w:br/>
        <w:t>Була шляхетською анархією славна.&lt;br /&gt;</w:t>
        <w:br/>
        <w:t>Великі і малі Жабu&lt;br /&gt;</w:t>
        <w:br/>
        <w:t>Там надто вільно вже велися:&lt;br /&gt;</w:t>
        <w:br/>
        <w:t>Де хоч скакай, гуляй, ікрися,&lt;br /&gt;</w:t>
        <w:br/>
        <w:t>Що хоч роби!&lt;br /&gt;</w:t>
        <w:br/>
        <w:t>Аж набридати всім сваволя почала,-&lt;br /&gt;</w:t>
        <w:br/>
        <w:t>Живуть, мовляв, незгірш усі земні створіння&lt;br /&gt;</w:t>
        <w:br/>
        <w:t>За монархічного правління:&lt;br /&gt;</w:t>
        <w:br/>
        <w:t>Звір леву кориться, птах слухає орла,&lt;br /&gt;</w:t>
        <w:br/>
        <w:t>Нащо бджола —&lt;br /&gt;</w:t>
        <w:br/>
        <w:t>I та царицю знає — матку...&lt;br /&gt;</w:t>
        <w:br/>
        <w:t>Жаби до Зевса в крик, у квак:&lt;br /&gt;</w:t>
        <w:br/>
        <w:t>"Ква-ква! Дай для порядку&lt;br /&gt;</w:t>
        <w:br/>
        <w:t>Й нам короля, як так!"</w:t>
      </w:r>
    </w:p>
    <w:p>
      <w:r>
        <w:br/>
        <w:t>Бог дав за короля в республіку жабину&lt;br /&gt;</w:t>
        <w:br/>
        <w:t>Кийка Кийковича (по-простому — дубину).&lt;br /&gt;</w:t>
        <w:br/>
        <w:t>Кийок в калюжу з неба плюх!&lt;br /&gt;</w:t>
        <w:br/>
        <w:t>I так перелякав зухвалих скрекотух,&lt;br /&gt;</w:t>
        <w:br/>
        <w:t>Що, затаївши дух,&lt;br /&gt;</w:t>
        <w:br/>
        <w:t>Ті цілий день і цілу ніч мовчали,&lt;br /&gt;</w:t>
        <w:br/>
        <w:t>I аж на ранок стиха кумкать стали:&lt;br /&gt;</w:t>
        <w:br/>
        <w:t>"Кум-кум! Що чуть од короля?"&lt;br /&gt;</w:t>
        <w:br/>
        <w:t>А згодом сміливіші, старші&lt;br /&gt;</w:t>
        <w:br/>
        <w:t>Наважились на очі стать монарші.&lt;br /&gt;</w:t>
        <w:br/>
        <w:t>Давай вони заходити здаля,&lt;br /&gt;</w:t>
        <w:br/>
        <w:t>А потім ближче, ще... Нарешті осміліли,&lt;br /&gt;</w:t>
        <w:br/>
        <w:t>За лапки торгають, а ті й на шию сіли,-&lt;br /&gt;</w:t>
        <w:br/>
        <w:t>Кийок усе їм дозволя.&lt;br /&gt;</w:t>
        <w:br/>
        <w:t>"Оце король, так так! Ти бачив чудасію?&lt;br /&gt;</w:t>
        <w:br/>
        <w:t>Та ми йому — квак-квак! — всі вилізем на шию!..&lt;br /&gt;</w:t>
        <w:br/>
        <w:t>Цьому нікчемнику скорятися шкода!&lt;br /&gt;</w:t>
        <w:br/>
        <w:t>Потрібна влада нам поважна і тверда!"</w:t>
      </w:r>
    </w:p>
    <w:p>
      <w:r>
        <w:br/>
        <w:t>Дійшла до Бога знов та скарга,&lt;br /&gt;</w:t>
        <w:br/>
        <w:t>I він змінив Жабам монарха:&lt;br /&gt;</w:t>
        <w:br/>
        <w:t>Замість Кийка настановив Вужа.&lt;br /&gt;</w:t>
        <w:br/>
        <w:t>А цей повзун, пливун, підслухач і підглядач&lt;br /&gt;</w:t>
        <w:br/>
        <w:t>Усюди нишпорить (щоб знали короля, бач!)&lt;br /&gt;</w:t>
        <w:br/>
        <w:t>I ні на кого не вважа —&lt;br /&gt;</w:t>
        <w:br/>
        <w:t>Усіх гризе, немов залізо ржа.&lt;br /&gt;</w:t>
        <w:br/>
        <w:t>Вельможних Жаб за те, що дмуться і жиріють,&lt;br /&gt;</w:t>
        <w:br/>
        <w:t>Ще й допускаються усяких зловживань,&lt;br /&gt;</w:t>
        <w:br/>
        <w:t>А бідних, знов, за те, що в злидні, як у твань,&lt;br /&gt;</w:t>
        <w:br/>
        <w:t>Залізли з лінощів, та так і животіють,&lt;br /&gt;</w:t>
        <w:br/>
        <w:t>А квакунів за те, що не мовчать,&lt;br /&gt;</w:t>
        <w:br/>
        <w:t>А мовчунів за те, що не кричать...</w:t>
      </w:r>
    </w:p>
    <w:p>
      <w:r>
        <w:br/>
        <w:t>Отак той Вуж тиранить рід жабиний.&lt;br /&gt;</w:t>
        <w:br/>
        <w:t>Відчайне кумкання встає аж до небес —&lt;br /&gt;</w:t>
        <w:br/>
        <w:t>I знов Жаби благають переміни,&lt;br /&gt;</w:t>
        <w:br/>
        <w:t>Та їх уже не слухає Зевес.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Жаби та їхні королі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