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Згадка за Маркіяна Шашкевича во вічную єго пам'ять</w:t>
      </w:r>
    </w:p>
    <w:p>
      <w:r>
        <w:br/>
        <w:t xml:space="preserve"> Кому язик свій, своя земля мила,</w:t>
      </w:r>
    </w:p>
    <w:p>
      <w:r>
        <w:br/>
        <w:t>Тот жалям нашим не подивує.</w:t>
      </w:r>
    </w:p>
    <w:p>
      <w:r>
        <w:br/>
        <w:t>Три яри-м глядав, ожидав три яри,</w:t>
      </w:r>
    </w:p>
    <w:p>
      <w:r>
        <w:br/>
        <w:t>Чи яка цвітка пораночком мая,</w:t>
      </w:r>
    </w:p>
    <w:p>
      <w:r>
        <w:br/>
        <w:t>Хотяй маленька, смиренна, дрібная,</w:t>
      </w:r>
    </w:p>
    <w:p>
      <w:r>
        <w:br/>
        <w:t>Блідного личка, независной твари,</w:t>
      </w:r>
    </w:p>
    <w:p>
      <w:r>
        <w:br/>
        <w:t>Не взійде на твоїм гробі;</w:t>
      </w:r>
    </w:p>
    <w:p>
      <w:r>
        <w:br/>
        <w:t>Або звук струни сумраком вечернім,</w:t>
      </w:r>
    </w:p>
    <w:p>
      <w:r>
        <w:br/>
        <w:t>Ударен скромно братньою рукою,</w:t>
      </w:r>
    </w:p>
    <w:p>
      <w:r>
        <w:br/>
        <w:t>З-над Дністра, Сяну родимцям сіверним</w:t>
      </w:r>
    </w:p>
    <w:p>
      <w:r>
        <w:br/>
        <w:t>Гомоном жалю, журною думою</w:t>
      </w:r>
    </w:p>
    <w:p>
      <w:r>
        <w:br/>
        <w:t>Не подасть вістки о тобі.</w:t>
      </w:r>
    </w:p>
    <w:p>
      <w:r>
        <w:br/>
        <w:t>Но дармо-м глядав і ожидав дармо,</w:t>
      </w:r>
    </w:p>
    <w:p>
      <w:r>
        <w:br/>
        <w:t>А в серці гадка, лице паленіє:</w:t>
      </w:r>
    </w:p>
    <w:p>
      <w:r>
        <w:br/>
        <w:t>Де ж руські діти?.. Надармо, надармо</w:t>
      </w:r>
    </w:p>
    <w:p>
      <w:r>
        <w:br/>
        <w:t>І третьой яри сонце вечеріє,</w:t>
      </w:r>
    </w:p>
    <w:p>
      <w:r>
        <w:br/>
        <w:t>А за тя ніхто не скаже!</w:t>
      </w:r>
    </w:p>
    <w:p>
      <w:r>
        <w:br/>
        <w:t>Ніхто сусідам вісті не дасть знати,</w:t>
      </w:r>
    </w:p>
    <w:p>
      <w:r>
        <w:br/>
        <w:t>Якоє серце земля привалила,</w:t>
      </w:r>
    </w:p>
    <w:p>
      <w:r>
        <w:br/>
        <w:t>За яким сином плаче руська мати,</w:t>
      </w:r>
    </w:p>
    <w:p>
      <w:r>
        <w:br/>
        <w:t>І на хрест святий, де твоя могила,</w:t>
      </w:r>
    </w:p>
    <w:p>
      <w:r>
        <w:br/>
        <w:t>Віночка ніхто не зв'яже!..</w:t>
      </w:r>
    </w:p>
    <w:p>
      <w:r>
        <w:br/>
        <w:t>А ти почесті, пам'яті і згадки,</w:t>
      </w:r>
    </w:p>
    <w:p>
      <w:r>
        <w:br/>
        <w:t>О Маркіяне, так достоїн всюди!</w:t>
      </w:r>
    </w:p>
    <w:p>
      <w:r>
        <w:br/>
        <w:t>Оден з-меж тількой руських чад громадки</w:t>
      </w:r>
    </w:p>
    <w:p>
      <w:r>
        <w:br/>
        <w:t>Припав-єсь серцем матері до груди,</w:t>
      </w:r>
    </w:p>
    <w:p>
      <w:r>
        <w:br/>
        <w:t>До руської землі, коханки;</w:t>
      </w:r>
    </w:p>
    <w:p>
      <w:r>
        <w:br/>
        <w:t>І, залишивши сусідськії ниви,</w:t>
      </w:r>
    </w:p>
    <w:p>
      <w:r>
        <w:br/>
        <w:t>На власній дикій, відвічній пустири</w:t>
      </w:r>
    </w:p>
    <w:p>
      <w:r>
        <w:br/>
        <w:t>Цвіту і воні глядав-єсь сквапливе</w:t>
      </w:r>
    </w:p>
    <w:p>
      <w:r>
        <w:br/>
        <w:t>На благовісник безнадійной яри</w:t>
      </w:r>
    </w:p>
    <w:p>
      <w:r>
        <w:br/>
        <w:t>Для красной діви Дністрянки.</w:t>
      </w:r>
    </w:p>
    <w:p>
      <w:r>
        <w:br/>
        <w:t>Як рання звіздка на неба востоці,</w:t>
      </w:r>
    </w:p>
    <w:p>
      <w:r>
        <w:br/>
        <w:t>Що ясній днинці досвіт розвиває,</w:t>
      </w:r>
    </w:p>
    <w:p>
      <w:r>
        <w:br/>
        <w:t>Як воздух мая, що по земнім стоці</w:t>
      </w:r>
    </w:p>
    <w:p>
      <w:r>
        <w:br/>
        <w:t>Радість, довольство, житя вигріває</w:t>
      </w:r>
    </w:p>
    <w:p>
      <w:r>
        <w:br/>
        <w:t>Очарованя світ милий, —</w:t>
      </w:r>
    </w:p>
    <w:p>
      <w:r>
        <w:br/>
        <w:t>Так ти жаркою чувств твоїх весною</w:t>
      </w:r>
    </w:p>
    <w:p>
      <w:r>
        <w:br/>
        <w:t>Дихнув утіху в наші оболони,</w:t>
      </w:r>
    </w:p>
    <w:p>
      <w:r>
        <w:br/>
        <w:t>Так ти лучею звіздочки ранньою</w:t>
      </w:r>
    </w:p>
    <w:p>
      <w:r>
        <w:br/>
        <w:t>Розсвітом шибнув попід небосклони,</w:t>
      </w:r>
    </w:p>
    <w:p>
      <w:r>
        <w:br/>
        <w:t>Дністровій днинці тоскливій.</w:t>
      </w:r>
    </w:p>
    <w:p>
      <w:r>
        <w:br/>
        <w:t>Єдина гадка була в серці твоїм,</w:t>
      </w:r>
    </w:p>
    <w:p>
      <w:r>
        <w:br/>
        <w:t>Гадка, якую меж мира товпами</w:t>
      </w:r>
    </w:p>
    <w:p>
      <w:r>
        <w:br/>
        <w:t>Ангел завіта ясним крилом своїм</w:t>
      </w:r>
    </w:p>
    <w:p>
      <w:r>
        <w:br/>
        <w:t>В груди молодця заледво віками</w:t>
      </w:r>
    </w:p>
    <w:p>
      <w:r>
        <w:br/>
        <w:t>Возбудить і в жизнь, і в силу;</w:t>
      </w:r>
    </w:p>
    <w:p>
      <w:r>
        <w:br/>
        <w:t>Гадка блаженна, небесная, свята,</w:t>
      </w:r>
    </w:p>
    <w:p>
      <w:r>
        <w:br/>
        <w:t>Зірочка світу, честі, долі, миру,</w:t>
      </w:r>
    </w:p>
    <w:p>
      <w:r>
        <w:br/>
        <w:t>На руськім небі, де темна затрата</w:t>
      </w:r>
    </w:p>
    <w:p>
      <w:r>
        <w:br/>
        <w:t>І чад останки, і прадідну віру,</w:t>
      </w:r>
    </w:p>
    <w:p>
      <w:r>
        <w:br/>
        <w:t>І мову губила милу.</w:t>
      </w:r>
    </w:p>
    <w:p>
      <w:r>
        <w:br/>
        <w:t>В тій гадці жив-єсь, віддихав-єсь нею,</w:t>
      </w:r>
    </w:p>
    <w:p>
      <w:r>
        <w:br/>
        <w:t>В ній твоє щастє, печалі, надії,</w:t>
      </w:r>
    </w:p>
    <w:p>
      <w:r>
        <w:br/>
        <w:t>Снів наповиди, і радощі з нею,</w:t>
      </w:r>
    </w:p>
    <w:p>
      <w:r>
        <w:br/>
        <w:t>І тая тоска, в котрій боліє</w:t>
      </w:r>
    </w:p>
    <w:p>
      <w:r>
        <w:br/>
        <w:t>Піснь твоя золотокрила:</w:t>
      </w:r>
    </w:p>
    <w:p>
      <w:r>
        <w:br/>
        <w:t>Як ова птиця, що так без устанку</w:t>
      </w:r>
    </w:p>
    <w:p>
      <w:r>
        <w:br/>
        <w:t>То раз сумує, то знова співає,</w:t>
      </w:r>
    </w:p>
    <w:p>
      <w:r>
        <w:br/>
        <w:t>І знов весела, і знова думає,</w:t>
      </w:r>
    </w:p>
    <w:p>
      <w:r>
        <w:br/>
        <w:t>То вечерами, то в просоню ранку,</w:t>
      </w:r>
    </w:p>
    <w:p>
      <w:r>
        <w:br/>
        <w:t>Яко би в пісні умерти хотіла.</w:t>
      </w:r>
    </w:p>
    <w:p>
      <w:r>
        <w:br/>
        <w:t>Тямлю ще добре, — бо якими ж літи</w:t>
      </w:r>
    </w:p>
    <w:p>
      <w:r>
        <w:br/>
        <w:t>Хвильочки тії мож запам'ятати? —</w:t>
      </w:r>
    </w:p>
    <w:p>
      <w:r>
        <w:br/>
        <w:t>Коли-сь яв думи нашії нам піти</w:t>
      </w:r>
    </w:p>
    <w:p>
      <w:r>
        <w:br/>
        <w:t>І руськой мови красу розвивати</w:t>
      </w:r>
    </w:p>
    <w:p>
      <w:r>
        <w:br/>
        <w:t>В ясненьких барвах і силі,</w:t>
      </w:r>
    </w:p>
    <w:p>
      <w:r>
        <w:br/>
        <w:t>Що ще донині тяжкими судьбами,</w:t>
      </w:r>
    </w:p>
    <w:p>
      <w:r>
        <w:br/>
        <w:t>Сльозою плече свої немовлята,</w:t>
      </w:r>
    </w:p>
    <w:p>
      <w:r>
        <w:br/>
        <w:t>Як би від бога і людей заклята</w:t>
      </w:r>
    </w:p>
    <w:p>
      <w:r>
        <w:br/>
        <w:t>Думати глухо літами, віками</w:t>
      </w:r>
    </w:p>
    <w:p>
      <w:r>
        <w:br/>
        <w:t>На німій чорній могилі.</w:t>
      </w:r>
    </w:p>
    <w:p>
      <w:r>
        <w:br/>
        <w:t>Тогди, о боже! як же то жаріла</w:t>
      </w:r>
    </w:p>
    <w:p>
      <w:r>
        <w:br/>
        <w:t>Блідність уст твоїх, палало личенько,</w:t>
      </w:r>
    </w:p>
    <w:p>
      <w:r>
        <w:br/>
        <w:t>Жалем, думою душа розгоріла,</w:t>
      </w:r>
    </w:p>
    <w:p>
      <w:r>
        <w:br/>
        <w:t>В небесні двори далеко, бистренько</w:t>
      </w:r>
    </w:p>
    <w:p>
      <w:r>
        <w:br/>
        <w:t>Несла гадочки печали.</w:t>
      </w:r>
    </w:p>
    <w:p>
      <w:r>
        <w:br/>
        <w:t>І мольби несла за Галича-неньку,</w:t>
      </w:r>
    </w:p>
    <w:p>
      <w:r>
        <w:br/>
        <w:t>За її тоскаво задумчиві доні,</w:t>
      </w:r>
    </w:p>
    <w:p>
      <w:r>
        <w:br/>
        <w:t>За сини милі, цвіт, красу давненьку,</w:t>
      </w:r>
    </w:p>
    <w:p>
      <w:r>
        <w:br/>
        <w:t>Що днесь в сестричній яліє короні,</w:t>
      </w:r>
    </w:p>
    <w:p>
      <w:r>
        <w:br/>
        <w:t>Відломок народной хвали.</w:t>
      </w:r>
    </w:p>
    <w:p>
      <w:r>
        <w:br/>
        <w:t>А нам як любо, як солодко було</w:t>
      </w:r>
    </w:p>
    <w:p>
      <w:r>
        <w:br/>
        <w:t>Той родим голос руським серцем пити!</w:t>
      </w:r>
    </w:p>
    <w:p>
      <w:r>
        <w:br/>
        <w:t>В якім дитятко дні щастя проснило</w:t>
      </w:r>
    </w:p>
    <w:p>
      <w:r>
        <w:br/>
        <w:t>І в якім нині так солодко снити,</w:t>
      </w:r>
    </w:p>
    <w:p>
      <w:r>
        <w:br/>
        <w:t>Мов медом віє дуброва;</w:t>
      </w:r>
    </w:p>
    <w:p>
      <w:r>
        <w:br/>
        <w:t>І де так мило душу колисати,</w:t>
      </w:r>
    </w:p>
    <w:p>
      <w:r>
        <w:br/>
        <w:t>Азбуку гадок, чувства і подоби,</w:t>
      </w:r>
    </w:p>
    <w:p>
      <w:r>
        <w:br/>
        <w:t>Грудьми поєну матерной утроби</w:t>
      </w:r>
    </w:p>
    <w:p>
      <w:r>
        <w:br/>
        <w:t>З безодні серця на світ розвивати,</w:t>
      </w:r>
    </w:p>
    <w:p>
      <w:r>
        <w:br/>
        <w:t>В цвіточках пісні і слова.</w:t>
      </w:r>
    </w:p>
    <w:p>
      <w:r>
        <w:br/>
        <w:t>А днесь... о братя, розбилися стіни</w:t>
      </w:r>
    </w:p>
    <w:p>
      <w:r>
        <w:br/>
        <w:t>Красного серця, душі величавой!</w:t>
      </w:r>
    </w:p>
    <w:p>
      <w:r>
        <w:br/>
        <w:t>Змовкли груди, чувства оніміли,</w:t>
      </w:r>
    </w:p>
    <w:p>
      <w:r>
        <w:br/>
        <w:t>Загасло сонце зрінички тоскавой,</w:t>
      </w:r>
    </w:p>
    <w:p>
      <w:r>
        <w:br/>
        <w:t>На устах печать холодна!</w:t>
      </w:r>
    </w:p>
    <w:p>
      <w:r>
        <w:br/>
        <w:t>Ніт Маркіяна, молод соловія,</w:t>
      </w:r>
    </w:p>
    <w:p>
      <w:r>
        <w:br/>
        <w:t>Пророка честі, слави предитечі!</w:t>
      </w:r>
    </w:p>
    <w:p>
      <w:r>
        <w:br/>
        <w:t>Розбились стіни, загибла надія.</w:t>
      </w:r>
    </w:p>
    <w:p>
      <w:r>
        <w:br/>
        <w:t>З вихром, що в поле сухим листом мече,</w:t>
      </w:r>
    </w:p>
    <w:p>
      <w:r>
        <w:br/>
        <w:t>Яр пошуміла народна.</w:t>
      </w:r>
    </w:p>
    <w:p>
      <w:r>
        <w:br/>
        <w:t>Судьбо небесна! Чи ж руській дитині,</w:t>
      </w:r>
    </w:p>
    <w:p>
      <w:r>
        <w:br/>
        <w:t>Тій нещасливій сироті на світі,</w:t>
      </w:r>
    </w:p>
    <w:p>
      <w:r>
        <w:br/>
        <w:t>Що в глухій сонце узріла годині,</w:t>
      </w:r>
    </w:p>
    <w:p>
      <w:r>
        <w:br/>
        <w:t>Німій і темній зістатись навіки?..</w:t>
      </w:r>
    </w:p>
    <w:p>
      <w:r>
        <w:br/>
        <w:t>І мов за тяжкую злобу,</w:t>
      </w:r>
    </w:p>
    <w:p>
      <w:r>
        <w:br/>
        <w:t>По трудах тілько і тілько недолі</w:t>
      </w:r>
    </w:p>
    <w:p>
      <w:r>
        <w:br/>
        <w:t>На цур ся своїм сестрицям лишити?</w:t>
      </w:r>
    </w:p>
    <w:p>
      <w:r>
        <w:br/>
        <w:t>І залюбившись в духовій неволі,</w:t>
      </w:r>
    </w:p>
    <w:p>
      <w:r>
        <w:br/>
        <w:t>Сором жебрачий на чолі носити,</w:t>
      </w:r>
    </w:p>
    <w:p>
      <w:r>
        <w:br/>
        <w:t>Прочуняти свою добу?!..</w:t>
      </w:r>
    </w:p>
    <w:p>
      <w:r>
        <w:br/>
        <w:t>Ото могила!.. Хто ж днесь так довольно</w:t>
      </w:r>
    </w:p>
    <w:p>
      <w:r>
        <w:br/>
        <w:t>Гадочки наші волшебними руки</w:t>
      </w:r>
    </w:p>
    <w:p>
      <w:r>
        <w:br/>
        <w:t>Роздзвонить любо, красаво, удольно,</w:t>
      </w:r>
    </w:p>
    <w:p>
      <w:r>
        <w:br/>
        <w:t>В м'ягенькі, гладкі, плеканії звуки?</w:t>
      </w:r>
    </w:p>
    <w:p>
      <w:r>
        <w:br/>
        <w:t>Хто сором зірве нам з груди?</w:t>
      </w:r>
    </w:p>
    <w:p>
      <w:r>
        <w:br/>
        <w:t>А єго мати руськая родила,</w:t>
      </w:r>
    </w:p>
    <w:p>
      <w:r>
        <w:br/>
        <w:t>З думочок руських колиску звивала,</w:t>
      </w:r>
    </w:p>
    <w:p>
      <w:r>
        <w:br/>
        <w:t>Руськоє серце під головку клала,</w:t>
      </w:r>
    </w:p>
    <w:p>
      <w:r>
        <w:br/>
        <w:t>Руськими гадки, душею поїла,</w:t>
      </w:r>
    </w:p>
    <w:p>
      <w:r>
        <w:br/>
        <w:t>Кормила руськими груди!..</w:t>
      </w:r>
    </w:p>
    <w:p>
      <w:r>
        <w:br/>
        <w:t>О Маркіяне, небесний звістуне!</w:t>
      </w:r>
    </w:p>
    <w:p>
      <w:r>
        <w:br/>
        <w:t>Будь-кудась нині на воздухах хмари,</w:t>
      </w:r>
    </w:p>
    <w:p>
      <w:r>
        <w:br/>
        <w:t>Чи в лучах сонця, чи в полисках луни,</w:t>
      </w:r>
    </w:p>
    <w:p>
      <w:r>
        <w:br/>
        <w:t>Чи в зорі ранній, чи вечірній згари,</w:t>
      </w:r>
    </w:p>
    <w:p>
      <w:r>
        <w:br/>
        <w:t>Чи в звіздах світа границі,</w:t>
      </w:r>
    </w:p>
    <w:p>
      <w:r>
        <w:br/>
        <w:t>Я нині смутно на твій гріб ставаю,</w:t>
      </w:r>
    </w:p>
    <w:p>
      <w:r>
        <w:br/>
        <w:t>І на хрест божий, мира упованя</w:t>
      </w:r>
    </w:p>
    <w:p>
      <w:r>
        <w:br/>
        <w:t>Печальну думу, жаль мій возвіщаю,</w:t>
      </w:r>
    </w:p>
    <w:p>
      <w:r>
        <w:br/>
        <w:t>Братнії сльози, матернє риданя</w:t>
      </w:r>
    </w:p>
    <w:p>
      <w:r>
        <w:br/>
        <w:t>І згадку руськой землиці.</w:t>
      </w:r>
    </w:p>
    <w:p>
      <w:r>
        <w:br/>
        <w:t>О прийми радо, прийми, друже милий,</w:t>
      </w:r>
    </w:p>
    <w:p>
      <w:r>
        <w:br/>
        <w:t>Сей первісночок моєго думаня!</w:t>
      </w:r>
    </w:p>
    <w:p>
      <w:r>
        <w:br/>
        <w:t>Твоє то зерно, твій труд печаливий,</w:t>
      </w:r>
    </w:p>
    <w:p>
      <w:r>
        <w:br/>
        <w:t>І в дар печальний вірна чувствованя</w:t>
      </w:r>
    </w:p>
    <w:p>
      <w:r>
        <w:br/>
        <w:t>Тобі го назад складаю.</w:t>
      </w:r>
    </w:p>
    <w:p>
      <w:r>
        <w:br/>
        <w:t>І тим не дбаю, аж ся хто поглумить</w:t>
      </w:r>
    </w:p>
    <w:p>
      <w:r>
        <w:br/>
        <w:t>З товпи враждебной над тими сльозами:</w:t>
      </w:r>
    </w:p>
    <w:p>
      <w:r>
        <w:br/>
        <w:t>Знайдеться серце, що мя порозумить,</w:t>
      </w:r>
    </w:p>
    <w:p>
      <w:r>
        <w:br/>
        <w:t>І над Лабою, над Порогами,</w:t>
      </w:r>
    </w:p>
    <w:p>
      <w:r>
        <w:br/>
        <w:t>І там на стінах Дунаю.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Згадка за Маркіяна Шашкевича во вічную єго пам'ять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