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Землі дзвонять</w:t>
      </w:r>
    </w:p>
    <w:p>
      <w:r>
        <w:br/>
        <w:t xml:space="preserve"> &lt;p&gt;ЗЕМЛІ ДЗВОНЯТЬ</w:t>
      </w:r>
    </w:p>
    <w:p>
      <w:r>
        <w:br/>
        <w:t>/</w:t>
      </w:r>
    </w:p>
    <w:p>
      <w:r>
        <w:br/>
        <w:t>Біла літня ніч. Крізь каштани вона напоїла мої кімнати порваним тканням. Я ще чую, як сідають на сивий дах повні роси. А сам, обплетений зеленими пасмами, вбираю потоки білих туманів і тривожно чекаю ранку.</w:t>
      </w:r>
    </w:p>
    <w:p>
      <w:r>
        <w:br/>
        <w:t>Тоді йдуть мені ці слова про мої землі, що п'яним болем кличуть до себе.</w:t>
      </w:r>
    </w:p>
    <w:p>
      <w:r>
        <w:br/>
        <w:t>А я знаю: мука мені в тому, що ніколи не зіллюся з ними.</w:t>
      </w:r>
    </w:p>
    <w:p>
      <w:r>
        <w:br/>
        <w:t>Я хочу прип'ясти дні до прикольня й не пустити далі. Я хочу знати тільки ранки весняні, що пахнуть червоним сонцем і молодою вербою; я хочу, щоб вони повисли над землею, як нерухомі зірки. І болить мені, що вони порізали небо дрібними скалками, тікаючи вдалечінь, і я не можу спинити їх. Запеклими губами п'ю холодні струмені й зостаюся чекати, заплющивши очі.</w:t>
      </w:r>
    </w:p>
    <w:p>
      <w:r>
        <w:br/>
        <w:t>Пізніш, коли прокидаюсь,— у сірих присмерках ранку тане каміння міста.</w:t>
      </w:r>
    </w:p>
    <w:p>
      <w:r>
        <w:br/>
        <w:t>З сусідніх лісів Волині й Полтавщини встають разом з туманами й пливуть до міста густі дзвони й наповнюють мене сонячним приском.</w:t>
      </w:r>
    </w:p>
    <w:p>
      <w:r>
        <w:br/>
        <w:t>Тоді встаю і йду на вулицю. Пішоходами густі, рухливі, мов отари, валки мого люду. Босяка, з високими костурами вкриває він раненими ногами пошкарубле каміння, а в руках у нього пучки сухих колосків, принесених до старого міста.</w:t>
      </w:r>
    </w:p>
    <w:p>
      <w:r>
        <w:br/>
        <w:t>Очі тому людові втомлені, повні снаги й покори. Чого вони йдуть сюди? Кого тут шукають?</w:t>
      </w:r>
    </w:p>
    <w:p>
      <w:r>
        <w:br/>
        <w:t>А мені у відповідь ніби хтось шепоче: це земля моя очуманіла, зірвалася з місця й пустилася гуляти висмаленими пустинями.</w:t>
      </w:r>
    </w:p>
    <w:p>
      <w:r>
        <w:br/>
        <w:t>І сам не знаю, як зливаюсь з валкою і йду на степи, і щодалі — серце моє сичить мені, мов розпалена ватра, що горить десь далеко в тиху осінню ніч.</w:t>
      </w:r>
    </w:p>
    <w:p>
      <w:r>
        <w:br/>
        <w:t>По дорозі нам, мов спілі кавуни,— розкидані в ріллях голі черепи. Чиїсь очі дивились крізь оці вищерблені глибини! Хтось тут міряв землю, змагаючись за неї! І невже це пройшло, мов грізний подих, і невже це тільки омана — і більше нічого?</w:t>
      </w:r>
    </w:p>
    <w:p>
      <w:r>
        <w:br/>
        <w:t>Та мені у відповідь десь здалеку, з тихих тіней, лине пісня. Мов розбитий птах, вона йде над ріллями й лунко тане поблизу.</w:t>
      </w:r>
    </w:p>
    <w:p>
      <w:r>
        <w:br/>
        <w:t>Я кажу собі: це мені все. І більш нічого не треба. І я нікому не продам свого серця, бо воно вп'ялося в ці ріллі!</w:t>
      </w:r>
    </w:p>
    <w:p>
      <w:r>
        <w:br/>
        <w:t>Я знаю: вони летять у порох, у ніщо. І моє маленьке серце — тільки клаптик телеграфної стрічки, що на ній надряпано кілька знаків.</w:t>
      </w:r>
    </w:p>
    <w:p>
      <w:r>
        <w:br/>
        <w:t>Яка б мені радість була, коли б не знав цього!</w:t>
      </w:r>
    </w:p>
    <w:p>
      <w:r>
        <w:br/>
        <w:t>А тепер, стиснувшись, здавлю свій розум непокірний і буду казати: радість мені в загибелі, в моментах моєї неповторності; радість у смерті моїй разом з цими ріллями.</w:t>
      </w:r>
    </w:p>
    <w:p>
      <w:r>
        <w:br/>
        <w:t>Тепер я знаю: ось чому так болісно смокче серце далека пісня.</w:t>
      </w:r>
    </w:p>
    <w:p>
      <w:r>
        <w:br/>
        <w:t>Десь у глибині заходу стогнуть мої землі осінніми вечорами.</w:t>
      </w:r>
    </w:p>
    <w:p>
      <w:r>
        <w:br/>
        <w:t>Але йду далі. Палиця моя грузне в землю, навкруги зеленіють тонкі руна житів, хмарами залатано небо.</w:t>
      </w:r>
    </w:p>
    <w:p>
      <w:r>
        <w:br/>
        <w:t>Осінь. Тільки перший ступінь її. Тихо, зачаровано сідає лист додолу. На березі тривожно стогнуть граки. Захід озолотив дерева й густою смугою ліг попід лісом. Якийсь народ останній вимре на цій землі. Кому то лихо з того? Граки так само стогнатимуть в задумі осіннього неба.</w:t>
      </w:r>
    </w:p>
    <w:p>
      <w:r>
        <w:br/>
        <w:t>Вже пізно ввечері ми всі розташовуємось спочити коло лісу. Гуртом зносимо сухого гілля, розкладаємо ватру. Хтось накопав картоплі й поклав коло вогнища. Дражливо б'ється полум'я. За червоними колами пухким оксамитом повніють дуби.</w:t>
      </w:r>
    </w:p>
    <w:p>
      <w:r>
        <w:br/>
        <w:t>Я поволі одходжу в закуток лісу, сідаю на пеньок, здавлюю голову й дивлюся в темний простір. Ватра віддаля стає привабливою, і гурт моїх подорожніх, як найщасливіший серед людей. З гілля мені щоразу бризкає великими краплинами, пахне свіжим листом — в мереживі лісу горить спокійно обрій.</w:t>
      </w:r>
    </w:p>
    <w:p>
      <w:r>
        <w:br/>
        <w:t>Ще далі, з ярів устають смуги тихих вогнів хуторянських, мов забуті в темряві лампади. Один із них ніби дражнить — на хвилину заморгає,— тоді довго стоїть нерухомо, як зажурена зірка.</w:t>
      </w:r>
    </w:p>
    <w:p>
      <w:r>
        <w:br/>
        <w:t>Смокчу ці вогні, напоєні теплом осель,— з жагою, бо сам я холодний мандрівник.</w:t>
      </w:r>
    </w:p>
    <w:p>
      <w:r>
        <w:br/>
        <w:t>Хтось обірвав мої роки. Вони тут зійшли, мов полохливі вогні. Це тому, що моя дорога була — в обрій, де мріяли в степу стрункі постави яворів. А тепер від цих земель одрізують століття.</w:t>
      </w:r>
    </w:p>
    <w:p>
      <w:r>
        <w:br/>
        <w:t>Ними я йшов у травні з молодою матір'ю. Тоді білі хати визирали з рясного листу. Луки дзвонили весняним співом. Тоді моя мати була в шовковій хустці, молода, струнка,— і серце щеміло від сонячного переповнення. А ввечері на землю сходили тихі зорі й рясні вогні ярів, мов свічки на чиємусь пишному весіллі. Тисну лице долонями й болісно запитую:</w:t>
      </w:r>
    </w:p>
    <w:p>
      <w:r>
        <w:br/>
        <w:t>— Хто то спустився сюди з далекого сузір'я й розмалював мою землю незнаними фарбами? Хто прикрасив її лісами, затишними хуторами, тихими вечоровими зорями?</w:t>
      </w:r>
    </w:p>
    <w:p>
      <w:r>
        <w:br/>
        <w:t>— Хто породив тонкий, ледве чутний поклик на заході, як дерева в пишних киреях — а небо горить червоним поясом!..</w:t>
      </w:r>
    </w:p>
    <w:p>
      <w:r>
        <w:br/>
        <w:t>— Чи то ж я знав, що дні мої одійдуть на цій землі, як непомітний подих з темного обрію?</w:t>
      </w:r>
    </w:p>
    <w:p>
      <w:r>
        <w:br/>
        <w:t>І ще раз кажу собі:</w:t>
      </w:r>
    </w:p>
    <w:p>
      <w:r>
        <w:br/>
        <w:t>— Хтось поклав мені, як великий тягар, чутливу душу, що вбирається корінням у земні болі...</w:t>
      </w:r>
    </w:p>
    <w:p>
      <w:r>
        <w:br/>
        <w:t>І не знаю, що мені ще приходило. Та швидко падаю, впиваюсь губами в холодний осінній лист і п'ю його вогкість. І кажу собі:</w:t>
      </w:r>
    </w:p>
    <w:p>
      <w:r>
        <w:br/>
        <w:t>— Я більше не хочу бути людиною.</w:t>
      </w:r>
    </w:p>
    <w:p>
      <w:r>
        <w:br/>
        <w:t>Я — тільки клітина всього й ніщо...</w:t>
      </w:r>
    </w:p>
    <w:p>
      <w:r>
        <w:br/>
        <w:t>Хто ж мені посіяв тугу про далекі світи? Хто мені сказав, що все помре?</w:t>
      </w:r>
    </w:p>
    <w:p>
      <w:r>
        <w:br/>
        <w:t>Я тільки знаю, що земля моя стоїть нерухомо, а навколо неї кружляє сонце, як мільйон років тому.</w:t>
      </w:r>
    </w:p>
    <w:p>
      <w:r>
        <w:br/>
        <w:t>Над ранок ватра стихла. Поволі розповзлися хмари. З різким свистом пролетіли щури, десь заґерґотіли гуси. З хуторів погнали на пастовень худобу. Почали голосно перегукуватись собаки, а ще пізніш — густий дим повився понад гаями. Вирушаємо далі в дорогу.</w:t>
      </w:r>
    </w:p>
    <w:p>
      <w:r>
        <w:br/>
        <w:t>Ш</w:t>
      </w:r>
    </w:p>
    <w:p>
      <w:r>
        <w:br/>
        <w:t>Із кущів визирає похила хата. Один ріг її розсунувся й осів на калиновий кущ.</w:t>
      </w:r>
    </w:p>
    <w:p>
      <w:r>
        <w:br/>
        <w:t>Я напружено зазираю в вікна, але нічого не помічаю. Тільки раз блиснув вогник у хатині — та зразу й згас. Трохи далі на леваді я помічаю — хтось шамотить поблизу. Не вагаючись, я йду на нього.</w:t>
      </w:r>
    </w:p>
    <w:p>
      <w:r>
        <w:br/>
        <w:t>Шум голоснішає: з кущів вилазить темна обірвана постать.</w:t>
      </w:r>
    </w:p>
    <w:p>
      <w:r>
        <w:br/>
        <w:t>Я придивляюсь уважніш.</w:t>
      </w:r>
    </w:p>
    <w:p>
      <w:r>
        <w:br/>
        <w:t>— Мамо!.. Що це ви тут? Мама полохливо прокашлялась:</w:t>
      </w:r>
    </w:p>
    <w:p>
      <w:r>
        <w:br/>
        <w:t>— Що роблю, питаєш? Еге ж! Калину ламаю.</w:t>
      </w:r>
    </w:p>
    <w:p>
      <w:r>
        <w:br/>
        <w:t>— Оце так багато її?</w:t>
      </w:r>
    </w:p>
    <w:p>
      <w:r>
        <w:br/>
        <w:t>— Цього року вродило її — і-і, яку силу! Наче щастя яке! Мати зніяковіло поглянула на калину, погладила її рукою.</w:t>
      </w:r>
    </w:p>
    <w:p>
      <w:r>
        <w:br/>
        <w:t>— Вона як кров горить,— кажу я.</w:t>
      </w:r>
    </w:p>
    <w:p>
      <w:r>
        <w:br/>
        <w:t>— Як кров,— не вслухаючись, відповідає мама.— Крові тут багато розлилось. Вона ось тут, у землю... Тепер виходить, ніби треба збирати!.. Еге ж!..</w:t>
      </w:r>
    </w:p>
    <w:p>
      <w:r>
        <w:br/>
        <w:t>Вона помовчала, про щось ніби думаючи. Тоді раптом схаменулась і до мене:</w:t>
      </w:r>
    </w:p>
    <w:p>
      <w:r>
        <w:br/>
        <w:t>— Як це ти до нас, сину?</w:t>
      </w:r>
    </w:p>
    <w:p>
      <w:r>
        <w:br/>
        <w:t>— Та так, у гості.</w:t>
      </w:r>
    </w:p>
    <w:p>
      <w:r>
        <w:br/>
        <w:t>— У гості, кажеш? Де ж тебе приймати? Я придивляюсь до неї й тихо кажу:</w:t>
      </w:r>
    </w:p>
    <w:p>
      <w:r>
        <w:br/>
        <w:t>— Як ви, мамо, звелися: постаріли, змарніли!..</w:t>
      </w:r>
    </w:p>
    <w:p>
      <w:r>
        <w:br/>
        <w:t>— Змарніла... Так воно, сину, немов дощі тебе осінні... В землю вже дивлюся! Очі мені тягне вниз! Годі...</w:t>
      </w:r>
    </w:p>
    <w:p>
      <w:r>
        <w:br/>
        <w:t>Я бачу: спідниця на ній вся обсмикана, обірвана. Вона ніби помічає це й сама пояснює:</w:t>
      </w:r>
    </w:p>
    <w:p>
      <w:r>
        <w:br/>
        <w:t>— І коліна, сину, голі. На старість світить доводиться коліньми. Нічим залатати!.. Та й нащо воно?</w:t>
      </w:r>
    </w:p>
    <w:p>
      <w:r>
        <w:br/>
        <w:t>Я непомітно перебиваю її:</w:t>
      </w:r>
    </w:p>
    <w:p>
      <w:r>
        <w:br/>
        <w:t>— Ну що, мамо, може, в хату підемо? Вона раптом нахилилась до мене й пошепки:</w:t>
      </w:r>
    </w:p>
    <w:p>
      <w:r>
        <w:br/>
        <w:t>— В хату, кажеш? Туди не можна?</w:t>
      </w:r>
    </w:p>
    <w:p>
      <w:r>
        <w:br/>
        <w:t>— Як не можна?</w:t>
      </w:r>
    </w:p>
    <w:p>
      <w:r>
        <w:br/>
        <w:t>— Цить! Він, мабуть, дома! Ту ніч усю бігав лютий, хотів зарубати!.. Не піду, синку!</w:t>
      </w:r>
    </w:p>
    <w:p>
      <w:r>
        <w:br/>
        <w:t>— Мамо, що ви?</w:t>
      </w:r>
    </w:p>
    <w:p>
      <w:r>
        <w:br/>
        <w:t>— Не піду! їй-богу, не піду! Я вже тут звикла, як собака. Стерегтиму, доки й помру! Нічого не дам йому.</w:t>
      </w:r>
    </w:p>
    <w:p>
      <w:r>
        <w:br/>
        <w:t>— А він хіба що?</w:t>
      </w:r>
    </w:p>
    <w:p>
      <w:r>
        <w:br/>
        <w:t>— Що він! Розтягати, попродати все з молотка. Не буде цього. Тутеньки своїми руками наживала, а він в одну мить тобі: фі-іть — та й нема. Як то можна?</w:t>
      </w:r>
    </w:p>
    <w:p>
      <w:r>
        <w:br/>
        <w:t>— А навіщо воно вам, мамо, на старості?</w:t>
      </w:r>
    </w:p>
    <w:p>
      <w:r>
        <w:br/>
        <w:t>— Ні, так не буде. Я бачу — й ти не туди тягнеш, сину. Та нехай мені за хату ця левада буде, хай я між чужі люди піду, а на його не вийде.</w:t>
      </w:r>
    </w:p>
    <w:p>
      <w:r>
        <w:br/>
        <w:t>— То що ж нам оце, й ночувати тут?</w:t>
      </w:r>
    </w:p>
    <w:p>
      <w:r>
        <w:br/>
        <w:t>— А що ж, я вже не одну ніченьку тут ночувала!</w:t>
      </w:r>
    </w:p>
    <w:p>
      <w:r>
        <w:br/>
        <w:t>— Ну, та ходімо вже, мамо! Якось воно владнається! Мати злякано озирнулась. Притиснула калину до грудей</w:t>
      </w:r>
    </w:p>
    <w:p>
      <w:r>
        <w:br/>
        <w:t>і пішла слідом за мною.</w:t>
      </w:r>
    </w:p>
    <w:p>
      <w:r>
        <w:br/>
        <w:t>IV</w:t>
      </w:r>
    </w:p>
    <w:p>
      <w:r>
        <w:br/>
        <w:t>В хаті було моторошно й тихо. Тхнуло вогкістю, не житлом. Десь на покуті вкрилося порохом кілька забутих образів.</w:t>
      </w:r>
    </w:p>
    <w:p>
      <w:r>
        <w:br/>
        <w:t>Лиш сестра привітно зустріла. Вона дзвінко й щиро засміялась.</w:t>
      </w:r>
    </w:p>
    <w:p>
      <w:r>
        <w:br/>
        <w:t>— О, це вже й ти до нас! Отепер почнеться гармидер! То тільки два було, то воювали за худобу, а це вже й ти.</w:t>
      </w:r>
    </w:p>
    <w:p>
      <w:r>
        <w:br/>
        <w:t>— Мені не треба худоби...</w:t>
      </w:r>
    </w:p>
    <w:p>
      <w:r>
        <w:br/>
        <w:t>— Не треба, кажеш? А як же ти будеш?</w:t>
      </w:r>
    </w:p>
    <w:p>
      <w:r>
        <w:br/>
        <w:t>— Житиму без неї.</w:t>
      </w:r>
    </w:p>
    <w:p>
      <w:r>
        <w:br/>
        <w:t>— І я так, братіку!</w:t>
      </w:r>
    </w:p>
    <w:p>
      <w:r>
        <w:br/>
        <w:t>Попід хатою почулися чиїсь кроки.</w:t>
      </w:r>
    </w:p>
    <w:p>
      <w:r>
        <w:br/>
        <w:t>— Он, чуєш, вже ходить,— пошепки сказала мати.— Це він ще не знає... А то буде...</w:t>
      </w:r>
    </w:p>
    <w:p>
      <w:r>
        <w:br/>
        <w:t>Менший брат лежав на полу. Охопив голову рукою, розтяг-ся й солодко хропів.</w:t>
      </w:r>
    </w:p>
    <w:p>
      <w:r>
        <w:br/>
        <w:t>Повечерявши, сестра ладнала постіль і весело гомоніла:</w:t>
      </w:r>
    </w:p>
    <w:p>
      <w:r>
        <w:br/>
        <w:t>— Я не знаю, чого вони гризуться. А мені, так плюнуть на ці злидні...</w:t>
      </w:r>
    </w:p>
    <w:p>
      <w:r>
        <w:br/>
        <w:t>Мати. Ну, і щоб ти робила, дурна?</w:t>
      </w:r>
    </w:p>
    <w:p>
      <w:r>
        <w:br/>
        <w:t>Сестра. Як подивлюся: така земля широка. Хіба мало місця на ній? Іди собі куди хочеш. Чого за неї воювати?</w:t>
      </w:r>
    </w:p>
    <w:p>
      <w:r>
        <w:br/>
        <w:t>Мати. Чи бач, вона що! Я про неї отак клопочусь, а їй байдуже.</w:t>
      </w:r>
    </w:p>
    <w:p>
      <w:r>
        <w:br/>
        <w:t>У сінях хтось голосно грюкнув дверима.</w:t>
      </w:r>
    </w:p>
    <w:p>
      <w:r>
        <w:br/>
        <w:t>— Мовчи, мовчи! Чуєш, він сюди йде,— злякано сказала мати.</w:t>
      </w:r>
    </w:p>
    <w:p>
      <w:r>
        <w:br/>
        <w:t>Сестра дзвінко засміялась.</w:t>
      </w:r>
    </w:p>
    <w:p>
      <w:r>
        <w:br/>
        <w:t>— Та чого ж би він увійшов? Що йому тут?</w:t>
      </w:r>
    </w:p>
    <w:p>
      <w:r>
        <w:br/>
        <w:t>Ми з матір'ю поволі мостились спати. Сестра ще довго шамотіла в темряві, пораючись із посудом.</w:t>
      </w:r>
    </w:p>
    <w:p>
      <w:r>
        <w:br/>
        <w:t>А в вікна ясно зазирали зелені в світлі місяця прогалини левад.</w:t>
      </w:r>
    </w:p>
    <w:p>
      <w:r>
        <w:br/>
        <w:t>Углиб уставали тумани, обволікали кущі шелюгу й дими-лись на місяці.</w:t>
      </w:r>
    </w:p>
    <w:p>
      <w:r>
        <w:br/>
        <w:t>Пізніш з яру почувся довгий голосний поклик, залунали густі голоси.</w:t>
      </w:r>
    </w:p>
    <w:p>
      <w:r>
        <w:br/>
        <w:t>Тоді сестра схаменулась, застукала неспокійно посудом.</w:t>
      </w:r>
    </w:p>
    <w:p>
      <w:r>
        <w:br/>
        <w:t>— Куди ти? — поспитала мати.</w:t>
      </w:r>
    </w:p>
    <w:p>
      <w:r>
        <w:br/>
        <w:t>— Еге ж!</w:t>
      </w:r>
    </w:p>
    <w:p>
      <w:r>
        <w:br/>
        <w:t>— Знову на гульню?</w:t>
      </w:r>
    </w:p>
    <w:p>
      <w:r>
        <w:br/>
        <w:t>— Я швидко прийду.</w:t>
      </w:r>
    </w:p>
    <w:p>
      <w:r>
        <w:br/>
        <w:t>— Авжеж! Знаю, як уже швидко!</w:t>
      </w:r>
    </w:p>
    <w:p>
      <w:r>
        <w:br/>
        <w:t>— їй-богу, швидко!</w:t>
      </w:r>
    </w:p>
    <w:p>
      <w:r>
        <w:br/>
        <w:t>Мати щось промурмотіла. Сестра похапцем грюкнула дверми.</w:t>
      </w:r>
    </w:p>
    <w:p>
      <w:r>
        <w:br/>
        <w:t>А за кілька хвилин почулася дружна соковита пісня. Хтось виводив тонкі мережива, плутав їх у місячнім промінні й котив далі й далі за білі тумани.</w:t>
      </w:r>
    </w:p>
    <w:p>
      <w:r>
        <w:br/>
        <w:t>Тоді мати встала, схилилась над вікном і цілу ніч стояла заніміла.</w:t>
      </w:r>
    </w:p>
    <w:p>
      <w:r>
        <w:br/>
        <w:t>Я теж не спав і слухав, як падали на землю тихі калинові роси.</w:t>
      </w:r>
    </w:p>
    <w:p>
      <w:r>
        <w:br/>
        <w:t>У вікно було видно: по підгір'ю простяглися в небо старі дуби, а тіні від них лягли важкими смугами на сиві землі.</w:t>
      </w:r>
    </w:p>
    <w:p>
      <w:r>
        <w:br/>
        <w:t>Звідкись прилетів птах, зачепився за гілку дерева, а за хвилину чітко прошумів, впурнувши в глибінь туманів.</w:t>
      </w:r>
    </w:p>
    <w:p>
      <w:r>
        <w:br/>
        <w:t>Не знаю чому, моє серце сповнилось тривоги.</w:t>
      </w:r>
    </w:p>
    <w:p>
      <w:r>
        <w:br/>
        <w:t>— Лександри ще нема? — поспитала мати, мов уві сні.</w:t>
      </w:r>
    </w:p>
    <w:p>
      <w:r>
        <w:br/>
        <w:t>— Вона швидко прийде,— глухо відповів я.</w:t>
      </w:r>
    </w:p>
    <w:p>
      <w:r>
        <w:br/>
        <w:t>— Горить вона. Боюся, синку!</w:t>
      </w:r>
    </w:p>
    <w:p>
      <w:r>
        <w:br/>
        <w:t>Удосвіта небо розірвалось на довге пожмакане шмаття й посіріло. Стомлений місяць сідав на долину. Незабаром коло хати почувся густий гомін. Хтось неспокійно питав:</w:t>
      </w:r>
    </w:p>
    <w:p>
      <w:r>
        <w:br/>
        <w:t>— Коли ж ти підеш?</w:t>
      </w:r>
    </w:p>
    <w:p>
      <w:r>
        <w:br/>
        <w:t>— А коли захочу. Мало тобі цього? — сердито обзивалась сестра.</w:t>
      </w:r>
    </w:p>
    <w:p>
      <w:r>
        <w:br/>
        <w:t>— Батько казали: як не до Покрови,— шукай іншої. Та й так подумати: доки я ждатиму?</w:t>
      </w:r>
    </w:p>
    <w:p>
      <w:r>
        <w:br/>
        <w:t>— А чого тобі так кортить женитися, що так поспішаєш?</w:t>
      </w:r>
    </w:p>
    <w:p>
      <w:r>
        <w:br/>
        <w:t>— Як — воно ж не терпиться! Бачиш як...</w:t>
      </w:r>
    </w:p>
    <w:p>
      <w:r>
        <w:br/>
        <w:t>— А чи ти ж зібрався вже на хазяйство? Що в тебе є?</w:t>
      </w:r>
    </w:p>
    <w:p>
      <w:r>
        <w:br/>
        <w:t>— Чого ж тобі треба? Наділ є: хазяйство, хоч яке воно там...</w:t>
      </w:r>
    </w:p>
    <w:p>
      <w:r>
        <w:br/>
        <w:t>— Латані штани маєш. 1-і, бодай тебе, Прокопе, а мерщій женитися!</w:t>
      </w:r>
    </w:p>
    <w:p>
      <w:r>
        <w:br/>
        <w:t>— Вередуєш усе!</w:t>
      </w:r>
    </w:p>
    <w:p>
      <w:r>
        <w:br/>
        <w:t>— А чому ж мені не вередувати? Я ще хочу жити. Сестра повернулася гнучким станом, обплела руками голову і так, звившись угору, на хвилину застигла.</w:t>
      </w:r>
    </w:p>
    <w:p>
      <w:r>
        <w:br/>
        <w:t>— Чи то ж я не знаю, яке мені життя буде? Хоч тепер візьму своє!</w:t>
      </w:r>
    </w:p>
    <w:p>
      <w:r>
        <w:br/>
        <w:t>— Гляди, щоб не проґавила!</w:t>
      </w:r>
    </w:p>
    <w:p>
      <w:r>
        <w:br/>
        <w:t>— Що мені! Хочеться, братіку, ще жити. І почути, як місяць горить уночі. Ось вип'ю до денця — тоді піду!</w:t>
      </w:r>
    </w:p>
    <w:p>
      <w:r>
        <w:br/>
        <w:t>Вона говорила тихо й щиро, встромившись широкими зляканими очима в глибінь ранішніх туманів. За хвилину вона ніби схаменулась, втомно простягла руки, якийсь час постояла в задумі. Тоді кивнула головою й побігла до хати. Ніч швидко танула.</w:t>
      </w:r>
    </w:p>
    <w:p>
      <w:r>
        <w:br/>
        <w:t>V</w:t>
      </w:r>
    </w:p>
    <w:p>
      <w:r>
        <w:br/>
        <w:t>У суботу надвечір десь пробелемкав піп. Я попрямував був Д.О церкви, але пізніш звернув убік, сів під оградою й став дивитись на село.</w:t>
      </w:r>
    </w:p>
    <w:p>
      <w:r>
        <w:br/>
        <w:t>Воно розляглось перед очима над трьома ярами, а далі йшли левади та лани. Над ними ліг порохнявий захід. В сонці вирізьбились кам'яні постаті вівчарів, густі рухливі плями овець. Десь хвилясто лягали кучеряві руна житів.</w:t>
      </w:r>
    </w:p>
    <w:p>
      <w:r>
        <w:br/>
        <w:t>Із долини йшли лункі звуки обірваних голосів. Орачі вертали з поля, хтось кликав неслухняну свиню.</w:t>
      </w:r>
    </w:p>
    <w:p>
      <w:r>
        <w:br/>
        <w:t>Хвилинами наставала велика тиша — червоніли ріллі, заніміли гаї й дерева.</w:t>
      </w:r>
    </w:p>
    <w:p>
      <w:r>
        <w:br/>
        <w:t>У вечірнім поросі чую думку, що йде над селом, над цими землями: тисячоліття пройдуть над цими ярами! Помахом крила хтось навіяв спокій на ці землі — і вони понесуть його в далечінь віків.</w:t>
      </w:r>
    </w:p>
    <w:p>
      <w:r>
        <w:br/>
        <w:t>На ставу заґерґотіли гуси, прилетівши з поля. З далеких ярів втомно вертає додому худоба.</w:t>
      </w:r>
    </w:p>
    <w:p>
      <w:r>
        <w:br/>
        <w:t>Хай благословенні будуть тиша й спокій!</w:t>
      </w:r>
    </w:p>
    <w:p>
      <w:r>
        <w:br/>
        <w:t>Тоді тихо вертаю додому.</w:t>
      </w:r>
    </w:p>
    <w:p>
      <w:r>
        <w:br/>
        <w:t>VI</w:t>
      </w:r>
    </w:p>
    <w:p>
      <w:r>
        <w:br/>
        <w:t>Ця історія сталась, мабуть, несподівано. Я не знаю, як почалась вона, тільки чув шамотіння на хаті. В ту саме пору маленька братова лялька голосно плакала в хатині. Але до неї ніхто не обзивавсь.</w:t>
      </w:r>
    </w:p>
    <w:p>
      <w:r>
        <w:br/>
        <w:t>Я був пройнятий якоюсь думкою й непомітно для себе вийшов на леваду.</w:t>
      </w:r>
    </w:p>
    <w:p>
      <w:r>
        <w:br/>
        <w:t>Та коли повертався звідти, з сіней чутно було страшенний крик.</w:t>
      </w:r>
    </w:p>
    <w:p>
      <w:r>
        <w:br/>
        <w:t>— Нащо ти ватянку рвала, паскудо? — До когось присікувався менший брат, Павло.</w:t>
      </w:r>
    </w:p>
    <w:p>
      <w:r>
        <w:br/>
        <w:t>— Та вона ж стара,— обзивалась невістка.</w:t>
      </w:r>
    </w:p>
    <w:p>
      <w:r>
        <w:br/>
        <w:t>— Яке тобі діло?</w:t>
      </w:r>
    </w:p>
    <w:p>
      <w:r>
        <w:br/>
        <w:t>— Чим же мені дитину зодягати, а хоч прикутати?</w:t>
      </w:r>
    </w:p>
    <w:p>
      <w:r>
        <w:br/>
        <w:t>— То ти лізла красти?</w:t>
      </w:r>
    </w:p>
    <w:p>
      <w:r>
        <w:br/>
        <w:t>— Я не крала. Я тільки з краю обірвала. В їх суперечку встряла мама:</w:t>
      </w:r>
    </w:p>
    <w:p>
      <w:r>
        <w:br/>
        <w:t>— А лихо, лихо! Та чом же ти не попрохала?</w:t>
      </w:r>
    </w:p>
    <w:p>
      <w:r>
        <w:br/>
        <w:t>— Уб'ю собаку, щоб і не воняла тут! — кричав брат. Я прислухався, вагаючись, куди мені йти.</w:t>
      </w:r>
    </w:p>
    <w:p>
      <w:r>
        <w:br/>
        <w:t>В цю саме хвилю з луки поза хатою, захекавшись, біг старший брат Харитон. Швидко перескочив тин, влетів у сіни.</w:t>
      </w:r>
    </w:p>
    <w:p>
      <w:r>
        <w:br/>
        <w:t>— А, собаче коліно, доки ви мучитимете?! Доки ви різатимете? !</w:t>
      </w:r>
    </w:p>
    <w:p>
      <w:r>
        <w:br/>
        <w:t>Голос матері. Та цить, навіжений! Харитон. Мовчи, сучко стара, а то так і вмиєшся юшкою!</w:t>
      </w:r>
    </w:p>
    <w:p>
      <w:r>
        <w:br/>
        <w:t>Павло. А ти не дуже! Чуєш? Геть відціль! Ти чого тут сидиш?</w:t>
      </w:r>
    </w:p>
    <w:p>
      <w:r>
        <w:br/>
        <w:t>І Мати. Та вже ж осівся, коверзує собі! Коли вже зди-Шаємось!</w:t>
      </w:r>
    </w:p>
    <w:p>
      <w:r>
        <w:br/>
        <w:t>і Харитон. Я ніколи відціль не вийду. Брешеш, падлюко, |аівидше подохнете всі!</w:t>
      </w:r>
    </w:p>
    <w:p>
      <w:r>
        <w:br/>
        <w:t>Щ Мати. А бодай ти головою наложився!</w:t>
      </w:r>
    </w:p>
    <w:p>
      <w:r>
        <w:br/>
        <w:t>І Харитон. Мовчи, сучко!</w:t>
      </w:r>
    </w:p>
    <w:p>
      <w:r>
        <w:br/>
        <w:t>і Мати заголосила. Хтось важко тупотів.</w:t>
      </w:r>
    </w:p>
    <w:p>
      <w:r>
        <w:br/>
        <w:t>І Біжу до сіней. Мати, схилившись, охопила голову руками</w:t>
      </w:r>
    </w:p>
    <w:p>
      <w:r>
        <w:br/>
        <w:t>їй стогне. Брати, зціпившись, водяться по сінях.</w:t>
      </w:r>
    </w:p>
    <w:p>
      <w:r>
        <w:br/>
        <w:t>Я не знаю, звідки мені приходить такий грізний голос, але ,я щосили кричу:</w:t>
      </w:r>
    </w:p>
    <w:p>
      <w:r>
        <w:br/>
        <w:t>— Годі! Ви!</w:t>
      </w:r>
    </w:p>
    <w:p>
      <w:r>
        <w:br/>
        <w:t>Вони обидва раптом опустили руки. Павло якось знизився, застогнав і вибіг із сіней. Харитон підняв подряпане, закривавлене обличчя й дивився люто на мене.</w:t>
      </w:r>
    </w:p>
    <w:p>
      <w:r>
        <w:br/>
        <w:t>— Звірі ви, а не люди! Мало очей не видряпали один одному.</w:t>
      </w:r>
    </w:p>
    <w:p>
      <w:r>
        <w:br/>
        <w:t>Харитон. Не дуже злякались.</w:t>
      </w:r>
    </w:p>
    <w:p>
      <w:r>
        <w:br/>
        <w:t>Я. Ах, ти! Та коли ви, як звірі, тут, як я можу мовчати! Харитон. А ти що тут за суддя такий? Я (кричу). Мовчи ти мені! Чуєш?</w:t>
      </w:r>
    </w:p>
    <w:p>
      <w:r>
        <w:br/>
        <w:t>Харитон. Багато таких найдеться! Поприїздить усяка приблуда й собі носа суне. Я. Мовчи мені!</w:t>
      </w:r>
    </w:p>
    <w:p>
      <w:r>
        <w:br/>
        <w:t>Я замахуюсь палицею й біжу за братом, а він тікає в хатину.</w:t>
      </w:r>
    </w:p>
    <w:p>
      <w:r>
        <w:br/>
        <w:t>— Та коли так, геть мені цю хвилю — йди куди хочеш. Щоб завтра й духу твого не було,— кричу я в хатині.</w:t>
      </w:r>
    </w:p>
    <w:p>
      <w:r>
        <w:br/>
        <w:t>— Куди ж мені? Під тином погибати?</w:t>
      </w:r>
    </w:p>
    <w:p>
      <w:r>
        <w:br/>
        <w:t>— Хоч і в болоті — мені байдуже! Годі вже! Чуєш?</w:t>
      </w:r>
    </w:p>
    <w:p>
      <w:r>
        <w:br/>
        <w:t>— Ні, я звідси нікуди не піду,— тихо, але твердо відповідає брат.— Мені тут на цій землі сидіти.</w:t>
      </w:r>
    </w:p>
    <w:p>
      <w:r>
        <w:br/>
        <w:t>— Так я вишвирну з кодлом твоїм.</w:t>
      </w:r>
    </w:p>
    <w:p>
      <w:r>
        <w:br/>
        <w:t>— Брешеш!</w:t>
      </w:r>
    </w:p>
    <w:p>
      <w:r>
        <w:br/>
        <w:t>В цю саме хвилю маленька лялька, розчервоніла, притиснулась до невістки, сховала рученята й, зляканими очима встромившись у мене, у дикий крик закричала:</w:t>
      </w:r>
    </w:p>
    <w:p>
      <w:r>
        <w:br/>
        <w:t>— Мамо! Мамо!</w:t>
      </w:r>
    </w:p>
    <w:p>
      <w:r>
        <w:br/>
        <w:t>Це був сливе нелюдський крик. Я поглянув ув очі ляльчині: вони поширились і божевільно дивились на мене.</w:t>
      </w:r>
    </w:p>
    <w:p>
      <w:r>
        <w:br/>
        <w:t>— Мамо, мамо! Заховай мене, заховай! Ми раптом замовкли.</w:t>
      </w:r>
    </w:p>
    <w:p>
      <w:r>
        <w:br/>
        <w:t>— Вона хвора! Вже третій день у неї жар,— винуватим голосом виправдувався брат.</w:t>
      </w:r>
    </w:p>
    <w:p>
      <w:r>
        <w:br/>
        <w:t>— Чом же ти нічого не сказав? — докірливо зауважую.</w:t>
      </w:r>
    </w:p>
    <w:p>
      <w:r>
        <w:br/>
        <w:t>— Хіба ж до того? Йому своє, а мені й без того сила клопоту.</w:t>
      </w:r>
    </w:p>
    <w:p>
      <w:r>
        <w:br/>
        <w:t>— Я зовсім не хочу, щоб ти з хатини виходив,— тихо говорю, а сам виходжу геть.</w:t>
      </w:r>
    </w:p>
    <w:p>
      <w:r>
        <w:br/>
        <w:t>Я ще довго ходжу по леваді; та голос ляль чин бренить мені погрозливим докором. Я стомлено думаю:</w:t>
      </w:r>
    </w:p>
    <w:p>
      <w:r>
        <w:br/>
        <w:t>"Хто цьому маленькому отруїв життя? Хто йому зарані проклав не той шлях, що його ловлять маленькі рученята?"</w:t>
      </w:r>
    </w:p>
    <w:p>
      <w:r>
        <w:br/>
        <w:t>У хатині в цю пору стиха блимав вогник, чиясь тінь перескакувала важкими зломами.</w:t>
      </w:r>
    </w:p>
    <w:p>
      <w:r>
        <w:br/>
        <w:t>VII</w:t>
      </w:r>
    </w:p>
    <w:p>
      <w:r>
        <w:br/>
        <w:t>Другого дня, в неділю, після одправи в церкві, приїхала сестра з своєю родиною.</w:t>
      </w:r>
    </w:p>
    <w:p>
      <w:r>
        <w:br/>
        <w:t>Вона була так само струнка й уродлива, як і мати, та на обличчі їй лягли вже застарілі зморшки.</w:t>
      </w:r>
    </w:p>
    <w:p>
      <w:r>
        <w:br/>
        <w:t>— Злидні справляємо, братіку,— сказала вона.— На роду нам написано — злидні справляти. Родимося з ними, помираємо в них. Я таки думаю: хто воно нам поклав таку кару? І перо йому не здригнулось, як він записував нашу долю.</w:t>
      </w:r>
    </w:p>
    <w:p>
      <w:r>
        <w:br/>
        <w:t>— А ти б йому самогону зварила,— сказав Павло.— Тоді б він по-п'яному, може, й тобі непманську долю ставив. Я це одного бачив у місті! Так у нього, брат, шия, як оцей сволок. Якби ще одного — добрих волів мала б! їй-богу!</w:t>
      </w:r>
    </w:p>
    <w:p>
      <w:r>
        <w:br/>
        <w:t>Сестра засміялась, та швидко й замовкла. Лише смутно в задумі кудись дивилась.</w:t>
      </w:r>
    </w:p>
    <w:p>
      <w:r>
        <w:br/>
        <w:t>— А ти, братіку, як живеш? — заговорила до мене. Я. Так! Не знаю, що й сказати. Швидше — погано. Сестра. Постарів уже дуже, лисий став, зубів немає. Павло. То йому там за науку повибивали. Сестра. А я то думала. Хто найщасливіший у нашім</w:t>
      </w:r>
    </w:p>
    <w:p>
      <w:r>
        <w:br/>
        <w:t>роді, як не ти. Боже! Колись ізнявся й полинув, як орел, шукати кращої долі. Та подивлюся було на карточку твою — такий ти ловкий та чистий! Та защемить тоді серце — і сама знялася б та полинула! А тепер воно виходить, нікому не судилося краще жити. Я тихо кажу їй:</w:t>
      </w:r>
    </w:p>
    <w:p>
      <w:r>
        <w:br/>
        <w:t>— Це тому, сестро, що вп'ялися в землю. Як берестина по підгір'ю. Та як нас не сіпає, а ми цупко тримаємось.</w:t>
      </w:r>
    </w:p>
    <w:p>
      <w:r>
        <w:br/>
        <w:t>— Бо земля нас годує, бо земля нас чарує.</w:t>
      </w:r>
    </w:p>
    <w:p>
      <w:r>
        <w:br/>
        <w:t>До нас знову встряв Павло:</w:t>
      </w:r>
    </w:p>
    <w:p>
      <w:r>
        <w:br/>
        <w:t>— А коли б вирватись од неї. Коли б злетіти й плюнути та сказати: ти думаєш, що щастиш нам, що нами керуєш? А ось ми тобі свої закони пропишемо! Що б тобі сталося?</w:t>
      </w:r>
    </w:p>
    <w:p>
      <w:r>
        <w:br/>
        <w:t>— Цього ніколи в світі не буде, братіку! Бо вона тебе як павутинням обплутала й пестить. Ось я йду вчора лісом, а дубове листя під ногами шелестить, жолудь виблискує, пахне тобі ловко. Так мені, братіку, молодо стало. Ніколи ми не старіємо, думаю собі. А що тоді треба? Га?</w:t>
      </w:r>
    </w:p>
    <w:p>
      <w:r>
        <w:br/>
        <w:t>— Може, й твоя правда! Якби заховатись, щоб ніхто не чіпав,— кажу я.</w:t>
      </w:r>
    </w:p>
    <w:p>
      <w:r>
        <w:br/>
        <w:t>— Треба в роді кріпко жити! Рід — це все. З родом ніколи не загинеш! Рід, братіку,— це сама земля. Вона його благословила, і гріх його ламати. Отож і в пісні співається: "Ой вирву ж я з рожі квітку, та й пущу на воду; пливи, пливи, з рожі квітко, аж до мого роду".</w:t>
      </w:r>
    </w:p>
    <w:p>
      <w:r>
        <w:br/>
        <w:t>— Може, й так,— тихо погоджуюсь.</w:t>
      </w:r>
    </w:p>
    <w:p>
      <w:r>
        <w:br/>
        <w:t>— Я це така рада, що ми знову вкупці. За кілька років знову зійшлися. Та любо мені зараз, та тепло, що й сказати тобі не вмію. Спасибі, що ти до нас оце забився! Посидимо, погомонимо. Душа тоді розтане — розіллється теплим таким соком.</w:t>
      </w:r>
    </w:p>
    <w:p>
      <w:r>
        <w:br/>
        <w:t>Після обіду сестра про щось шепотіла з матір'ю. Я чув голоси їхні.</w:t>
      </w:r>
    </w:p>
    <w:p>
      <w:r>
        <w:br/>
        <w:t>Сестра питала:</w:t>
      </w:r>
    </w:p>
    <w:p>
      <w:r>
        <w:br/>
        <w:t>— А чи не найдеться у вас, мамо, трохи полотна?</w:t>
      </w:r>
    </w:p>
    <w:p>
      <w:r>
        <w:br/>
        <w:t>— А що тобі так треба, доню?</w:t>
      </w:r>
    </w:p>
    <w:p>
      <w:r>
        <w:br/>
        <w:t>— Та на дітей ніяк не нашиюсь.</w:t>
      </w:r>
    </w:p>
    <w:p>
      <w:r>
        <w:br/>
        <w:t>— А хіба взимку не наткала?</w:t>
      </w:r>
    </w:p>
    <w:p>
      <w:r>
        <w:br/>
        <w:t>— Е, яке в мене ткання! Як сім'я велика, на всіх треба вправитись! Де вже там ткання?</w:t>
      </w:r>
    </w:p>
    <w:p>
      <w:r>
        <w:br/>
        <w:t>— Нема й в мене, доню. А що є, то хіба собі трохи!..</w:t>
      </w:r>
    </w:p>
    <w:p>
      <w:r>
        <w:br/>
        <w:t>— Ви все Лександрі та Лександрі!</w:t>
      </w:r>
    </w:p>
    <w:p>
      <w:r>
        <w:br/>
        <w:t>— І, доню, кому казати! Адже ти взяла й корову, й телицю, Ще й кобилу дали! А що тій я дам, голубко!</w:t>
      </w:r>
    </w:p>
    <w:p>
      <w:r>
        <w:br/>
        <w:t>Сестра лише важко зітхнула. Більш нічого вони, здається, не говорили до вечора.</w:t>
      </w:r>
    </w:p>
    <w:p>
      <w:r>
        <w:br/>
        <w:t>Увечері зі сходу заволокло хмарами. Піднявся рвучкий вітер. Щодалі він зростав, і вже в темряві голосно шуміли верби.</w:t>
      </w:r>
    </w:p>
    <w:p>
      <w:r>
        <w:br/>
        <w:t>Попід хатою хтось глухо затупав та швидко й стих.</w:t>
      </w:r>
    </w:p>
    <w:p>
      <w:r>
        <w:br/>
        <w:t>Коли я вийшов на подвір'я, якась тінь довга й чудно зігнута Поп'ялась у світлі з вікна на шпиль і десь зникла між Деревами.</w:t>
      </w:r>
    </w:p>
    <w:p>
      <w:r>
        <w:br/>
        <w:t>Я попрямував за нею. Вітер плутав мені чуба, м'яко й затишно шелестіла отава на луці.</w:t>
      </w:r>
    </w:p>
    <w:p>
      <w:r>
        <w:br/>
        <w:t>Я пройшов кілька кроків і раптом став. В осичині на старому пеньку хтось сидів. Коливаючись, він щось приговорював:</w:t>
      </w:r>
    </w:p>
    <w:p>
      <w:r>
        <w:br/>
        <w:t>— Ти нічого, нічого... Тут свіжий вітрець. Тобі легше буде.</w:t>
      </w:r>
    </w:p>
    <w:p>
      <w:r>
        <w:br/>
        <w:t>— Що ти робиш, брате? — поспитав я.</w:t>
      </w:r>
    </w:p>
    <w:p>
      <w:r>
        <w:br/>
        <w:t>— А, це ти? Хлопчикові погано,— глухо відповів Харитон.</w:t>
      </w:r>
    </w:p>
    <w:p>
      <w:r>
        <w:br/>
        <w:t>— Що з ним сталось?</w:t>
      </w:r>
    </w:p>
    <w:p>
      <w:r>
        <w:br/>
        <w:t>— Що з ним сталось? — байдуже повторив він.— Гарячка велика. Ось уже которий день. А це непритомний став був...</w:t>
      </w:r>
    </w:p>
    <w:p>
      <w:r>
        <w:br/>
        <w:t>— То це ти на вітер? Іди швидше до хати.</w:t>
      </w:r>
    </w:p>
    <w:p>
      <w:r>
        <w:br/>
        <w:t>— Там нічим дихати йому.</w:t>
      </w:r>
    </w:p>
    <w:p>
      <w:r>
        <w:br/>
        <w:t>— Та тут же ти простудиш навіки.</w:t>
      </w:r>
    </w:p>
    <w:p>
      <w:r>
        <w:br/>
        <w:t>Брат не слухав мене. Вітер голубив густі отави й білого чубчика хлопчикові. Розчервоніле обличчя важко сопіло. Брат, зігнувшись, тихо шепотів:</w:t>
      </w:r>
    </w:p>
    <w:p>
      <w:r>
        <w:br/>
        <w:t>— Нічого, нічого. Ти ще видужаєш. Ми ще з тобою будемо нову хату будувати, правда?</w:t>
      </w:r>
    </w:p>
    <w:p>
      <w:r>
        <w:br/>
        <w:t>Маленьке на хвилю розплющило очиці, з полегкістю зітхнуло й тоді знову почало хрипіти.</w:t>
      </w:r>
    </w:p>
    <w:p>
      <w:r>
        <w:br/>
        <w:t>Брат помовчав, подивився навкруги розпачливими очима.</w:t>
      </w:r>
    </w:p>
    <w:p>
      <w:r>
        <w:br/>
        <w:t>Та швидко за тим, притиснувши ляльку близько до грудей, тихо їй говорив:</w:t>
      </w:r>
    </w:p>
    <w:p>
      <w:r>
        <w:br/>
        <w:t>— Ну-бо, диши! Так легше на груди буде. Тоді ти видужаєш. Ось побачиш, синку! Я тобі ковалів таких зроблю: червоних, зелених. І стукатимуть вони! Ти ось тільки видужай. Як ти думаєш — видужає він? — звернувся брат до мене.— Мені більш нічого й не треба: ні худоби, ні грунту, анічого. Ось побачиш. Адже ж він видужає, братіку?</w:t>
      </w:r>
    </w:p>
    <w:p>
      <w:r>
        <w:br/>
        <w:t>— Іди швидше до хати,— кажу я.</w:t>
      </w:r>
    </w:p>
    <w:p>
      <w:r>
        <w:br/>
        <w:t>— Я зараз піду. Ось зараз... зараз...</w:t>
      </w:r>
    </w:p>
    <w:p>
      <w:r>
        <w:br/>
        <w:t>В цю саму хвилю підійшла до нас мама. Вона швидко наблизилась до Харитона й рішуче сказала:</w:t>
      </w:r>
    </w:p>
    <w:p>
      <w:r>
        <w:br/>
        <w:t>— Ось неси його до хати.</w:t>
      </w:r>
    </w:p>
    <w:p>
      <w:r>
        <w:br/>
        <w:t>— А тобі що тут треба?</w:t>
      </w:r>
    </w:p>
    <w:p>
      <w:r>
        <w:br/>
        <w:t>— Мені, сину, болить. Болить мені, що ти так заплутався.</w:t>
      </w:r>
    </w:p>
    <w:p>
      <w:r>
        <w:br/>
        <w:t>— Та яке тобі діло? Я можу його зараз покинути, втопити. Що тобі з того? Йди собі геть!</w:t>
      </w:r>
    </w:p>
    <w:p>
      <w:r>
        <w:br/>
        <w:t>Харитон поволі одвернувся, ще ближче притиснув дитину й, хитаючись, пішов до хати, щось шепочучи над дитиною. Ми мовчки пішли слідом за ним.</w:t>
      </w:r>
    </w:p>
    <w:p>
      <w:r>
        <w:br/>
        <w:t>В яру шуміли верби густим, затишно-рівним співом, і бадьоро гомоніли на горі дуби.</w:t>
      </w:r>
    </w:p>
    <w:p>
      <w:r>
        <w:br/>
        <w:t>І А в хату з розірваних хмар визирнув місяць — тоді в світлі %ото встало погрозливо-величне море лісу. І Сестри ще не спали. Повкривавшись ряднами, вони стиха Ігомоніли. — Слухай, Лександро, що ти собі думаєш? Куди ти йдеш, чого так крутиш? — А що тобі? І — Та чи то ж мені байдуже? Чую ж таки. — Нічого ти не знаєш.</w:t>
      </w:r>
    </w:p>
    <w:p>
      <w:r>
        <w:br/>
        <w:t>— Так бачать усі, говорять!</w:t>
      </w:r>
    </w:p>
    <w:p>
      <w:r>
        <w:br/>
        <w:t>Олександра по всьому почала плакати, але пізніш притиснулась і нестримним потоком зашепотіла:</w:t>
      </w:r>
    </w:p>
    <w:p>
      <w:r>
        <w:br/>
        <w:t>— Чого я мечу ся, чого я шукаю? Хіба те можна знати? Горить мені мука всередині. А я хочу радістю залити її.</w:t>
      </w:r>
    </w:p>
    <w:p>
      <w:r>
        <w:br/>
        <w:t>Вона трохи помовчала.</w:t>
      </w:r>
    </w:p>
    <w:p>
      <w:r>
        <w:br/>
        <w:t>— Оце б упитись хмелем, м'ятою-рутою, чорнобривцями!</w:t>
      </w:r>
    </w:p>
    <w:p>
      <w:r>
        <w:br/>
        <w:t>— Яка ти чудна, сестро!</w:t>
      </w:r>
    </w:p>
    <w:p>
      <w:r>
        <w:br/>
        <w:t>— Ось послухай сюди! Я б оце розправилась, та й пішла боса й гола, та слухала б, як вітер спину чеше.</w:t>
      </w:r>
    </w:p>
    <w:p>
      <w:r>
        <w:br/>
        <w:t>— То тобі кров говорить, сестро; то молодість твоя.</w:t>
      </w:r>
    </w:p>
    <w:p>
      <w:r>
        <w:br/>
        <w:t>— А тобі так було?</w:t>
      </w:r>
    </w:p>
    <w:p>
      <w:r>
        <w:br/>
        <w:t>— Моє вже втихло. А мені тепер про інше. Я тільки, як гляну на хутори наші... Увечері вони з вогниками, і горять ті вогні в гаях, як теплі свічки. А я думаю собі: там горить моє дівоцтво, мої молодощі, сестро!</w:t>
      </w:r>
    </w:p>
    <w:p>
      <w:r>
        <w:br/>
        <w:t>Вони вже пізно поснули, а на світанку сестра з смутною задумою в очах знехотя пішла до себе на хутір.</w:t>
      </w:r>
    </w:p>
    <w:p>
      <w:r>
        <w:br/>
        <w:t>Вона зійшла на гору. Сірів уже ранок, сестра гостро повернула вбік, заховалася в гущавині, зоставивши за собою якусь хвилю смутку.</w:t>
      </w:r>
    </w:p>
    <w:p>
      <w:r>
        <w:br/>
        <w:t>VIII</w:t>
      </w:r>
    </w:p>
    <w:p>
      <w:r>
        <w:br/>
        <w:t>І ще один день непомітно вплівся в моє життя. Сьогодні якийсь незнаний біль зворушив усю глибінь мого духу.</w:t>
      </w:r>
    </w:p>
    <w:p>
      <w:r>
        <w:br/>
        <w:t>Я думав — чого розгубилось, вітром розвіялось, як клаптики розірваного паперу, моє життя?</w:t>
      </w:r>
    </w:p>
    <w:p>
      <w:r>
        <w:br/>
        <w:t>Та тепер я блукаю, шукаючи тих клаптів, але хто поверне ті дні, коли шуміли вітри та рвали мою молодість, що змагалась, як лопотливі стрічки.</w:t>
      </w:r>
    </w:p>
    <w:p>
      <w:r>
        <w:br/>
        <w:t>Мама ніби відчула, що мені болить.</w:t>
      </w:r>
    </w:p>
    <w:p>
      <w:r>
        <w:br/>
        <w:t>— Кинули тебе, сину,— пішли геть собі!</w:t>
      </w:r>
    </w:p>
    <w:p>
      <w:r>
        <w:br/>
        <w:t>— Вони не захотіли, мамо, сидіти на землі. Що ж я міг зробити ?</w:t>
      </w:r>
    </w:p>
    <w:p>
      <w:r>
        <w:br/>
        <w:t>— А чи й досі вони не обзиваються?</w:t>
      </w:r>
    </w:p>
    <w:p>
      <w:r>
        <w:br/>
        <w:t>— Не знаю, мамо, не знаю, де вони. Здається, вона грає десь у театрі.</w:t>
      </w:r>
    </w:p>
    <w:p>
      <w:r>
        <w:br/>
        <w:t>— У тіятри пішла! Вона вся нестеменно городська людина. Що їй тут було робити?</w:t>
      </w:r>
    </w:p>
    <w:p>
      <w:r>
        <w:br/>
        <w:t>— А мені ось у землю, в землю... Тягне, як трясовина.</w:t>
      </w:r>
    </w:p>
    <w:p>
      <w:r>
        <w:br/>
        <w:t>— Пішла на розкоші, на легке життя, мабуть! Не схотіла важкої праці тут...</w:t>
      </w:r>
    </w:p>
    <w:p>
      <w:r>
        <w:br/>
        <w:t>— Не знаю, мамо. Може, й не так. Вона просто рвалась на вогонь. А в дитини, пригадуєте, мамо, сині очі,— в них якась радість горіла. Що з нею тепер?</w:t>
      </w:r>
    </w:p>
    <w:p>
      <w:r>
        <w:br/>
        <w:t>— 1-і, сину! Згадуй не згадуй, а вже цього ніколи не загоїш!</w:t>
      </w:r>
    </w:p>
    <w:p>
      <w:r>
        <w:br/>
        <w:t>Я одходжу, лягаю на піл, сплющую голову руками й зостаюся так непорушно. А мене вабить взяти соломинку й пити біль мій без кінця, довго.</w:t>
      </w:r>
    </w:p>
    <w:p>
      <w:r>
        <w:br/>
        <w:t>Я пригадую: того дня, як вони одійшли, я біг степом і кликав їх назад:</w:t>
      </w:r>
    </w:p>
    <w:p>
      <w:r>
        <w:br/>
        <w:t>— Любі мої, повернітесь додому!</w:t>
      </w:r>
    </w:p>
    <w:p>
      <w:r>
        <w:br/>
        <w:t>Та вітер рвав мої слова, стьобав ними об сухі обніжки і тоді гнав на голі ліси.</w:t>
      </w:r>
    </w:p>
    <w:p>
      <w:r>
        <w:br/>
        <w:t>А жовтий лист летів за темними постатями. Вони йшли обидві похилі, обидві з важким зором у землю. А назустріч їм горів захід тривожними огнями, напивались густою кров'ю хмари й довгими списами хмурились ліси.</w:t>
      </w:r>
    </w:p>
    <w:p>
      <w:r>
        <w:br/>
        <w:t>— Любі мої, вертайте додому! — востаннє з надірваною розпукою крикнув я. І мої слова одлетіли й швидко впали між сухими стернями.</w:t>
      </w:r>
    </w:p>
    <w:p>
      <w:r>
        <w:br/>
        <w:t>Чому мені сьогодні знову так тривожно, не знаю, тільки сам не свій іду на леваду.</w:t>
      </w:r>
    </w:p>
    <w:p>
      <w:r>
        <w:br/>
        <w:t>Вітер мені стьобає чуба, біль мій зливається з шумом гілля — й непомітно тане. Падаю на шелестливі отави, вогка прохолода пестить мені розпалене обличчя.</w:t>
      </w:r>
    </w:p>
    <w:p>
      <w:r>
        <w:br/>
        <w:t>І я думаю: як можна здавити, притоптати сум мій, коли він проходить десь у щілинку, у глибінь давніх шарів,— як по рвати його й висушити?</w:t>
      </w:r>
    </w:p>
    <w:p>
      <w:r>
        <w:br/>
        <w:t>Та мені встають великі й страшні кучугури, що з грізною й темною тривогою розгортають сторінку за сторінкою, а я не знаю, про що то говориться там.</w:t>
      </w:r>
    </w:p>
    <w:p>
      <w:r>
        <w:br/>
        <w:t>Кудись із-під ніг пішли шляхи самі собою, а я зостався, як викинутий на далекий острів.</w:t>
      </w:r>
    </w:p>
    <w:p>
      <w:r>
        <w:br/>
        <w:t>Нема мені мети на цій землі...</w:t>
      </w:r>
    </w:p>
    <w:p>
      <w:r>
        <w:br/>
        <w:t>Вечір лягає червоною рікою на землю. З далекого закутка лісу перелетіла галич, покричала й десь у глибінь знову сіла.</w:t>
      </w:r>
    </w:p>
    <w:p>
      <w:r>
        <w:br/>
        <w:t>Коли б мені до останку розтоптали моє серце! Тоді б я поніс його на вогонь, а сам у подувах вітру заплющив би очі й заснув!</w:t>
      </w:r>
    </w:p>
    <w:p>
      <w:r>
        <w:br/>
        <w:t>Так іде час мій — і я не знаю, як його міряти.</w:t>
      </w:r>
    </w:p>
    <w:p>
      <w:r>
        <w:br/>
        <w:t>Згодом увечері поблизу почулася хода, задзвеніли остроги, в прогалину майнуло синє галіфе...</w:t>
      </w:r>
    </w:p>
    <w:p>
      <w:r>
        <w:br/>
        <w:t>А ще пізніш на галяві, крізь просвіти дерев, заяскравилася ватра, загоготіло полум'я, гомоніли радісно голоси. Молодь зібралась осінні вечорниці справляти.</w:t>
      </w:r>
    </w:p>
    <w:p>
      <w:r>
        <w:br/>
        <w:t>Швидко за тим виросла пісня й разом з димом пішла на ліси. Я встаю і йду до ватри, але, щоб не тривожити гурту, тихо сідаю в гущавині дерев і слідкую.</w:t>
      </w:r>
    </w:p>
    <w:p>
      <w:r>
        <w:br/>
        <w:t>Пісні стихли, і молодь стала грати якісь грища. Навколо ватри гостріш виступали тіні, жовті одсвіти скакали на молоді, а вона була рухлива, як полум'я.</w:t>
      </w:r>
    </w:p>
    <w:p>
      <w:r>
        <w:br/>
        <w:t>— Лови, лови, ой! — хтось голосно кричав.</w:t>
      </w:r>
    </w:p>
    <w:p>
      <w:r>
        <w:br/>
        <w:t>Тоді за постатями тікали ще довші тіні, а коло лісу танули постаті й тіні.</w:t>
      </w:r>
    </w:p>
    <w:p>
      <w:r>
        <w:br/>
        <w:t>— Держи їх, держи! — в азарті викрикувало синє галіфе і дзвонило острогами.</w:t>
      </w:r>
    </w:p>
    <w:p>
      <w:r>
        <w:br/>
        <w:t>— А ти що, злодія ловиш, що так кричиш на мене? — обізвалась Лександра.</w:t>
      </w:r>
    </w:p>
    <w:p>
      <w:r>
        <w:br/>
        <w:t>Вона справді розпалилась і тепер завзято бігала від одного гурту до другого.</w:t>
      </w:r>
    </w:p>
    <w:p>
      <w:r>
        <w:br/>
        <w:t>— Дівчатка, дівчатка! Нумо знову грати! Сьогодні наш вечір. Бігаймо, бігаймо! Щоб серце щеміло!</w:t>
      </w:r>
    </w:p>
    <w:p>
      <w:r>
        <w:br/>
        <w:t>Хтось хіхікав і ставав жваво до гурту.</w:t>
      </w:r>
    </w:p>
    <w:p>
      <w:r>
        <w:br/>
        <w:t>— А ти, начхавміліції, ставай до нас, не панись! Тепер ми всі пролетарі. Лови-и!</w:t>
      </w:r>
    </w:p>
    <w:p>
      <w:r>
        <w:br/>
        <w:t>За кілька разів начміліції впіймав сестру. Він щось стиха шепотів їй. Сестра стримано сміялась. Вони йшли обоє втомною, п'яною ходою. Та коли наблизились до гурту, сестра голосно поспитала намчіліції:</w:t>
      </w:r>
    </w:p>
    <w:p>
      <w:r>
        <w:br/>
        <w:t>— Слухай, начхавміліції! Чого в тебе такий синій ніс? Він Ще кріпко держиться? Кажуть, у вашого брата часто носи одпадають. Чим ти приклеюватимеш?</w:t>
      </w:r>
    </w:p>
    <w:p>
      <w:r>
        <w:br/>
        <w:t>Начміліції насупився, але стримано відповів:</w:t>
      </w:r>
    </w:p>
    <w:p>
      <w:r>
        <w:br/>
        <w:t>— Слиш, Сашка, не дурі!</w:t>
      </w:r>
    </w:p>
    <w:p>
      <w:r>
        <w:br/>
        <w:t>Сестра, взявшись у боки й коливаючись, поспитала:</w:t>
      </w:r>
    </w:p>
    <w:p>
      <w:r>
        <w:br/>
        <w:t>— Невже? А що ти мені зробиш?</w:t>
      </w:r>
    </w:p>
    <w:p>
      <w:r>
        <w:br/>
        <w:t>— Плохо будет! Єй-богу, плохо!</w:t>
      </w:r>
    </w:p>
    <w:p>
      <w:r>
        <w:br/>
        <w:t>— Ой, як страшно! А чим ти прищі свої вигоїш? Красунчику мій!</w:t>
      </w:r>
    </w:p>
    <w:p>
      <w:r>
        <w:br/>
        <w:t>— Сашка, будет плохо, говорю тебе!</w:t>
      </w:r>
    </w:p>
    <w:p>
      <w:r>
        <w:br/>
        <w:t>— А ти що — в комунію записався, що мене лякаєш? Начміліції махнув рукою, надійшов до вогню і почав спроквола запалювати з головешки цигарку.</w:t>
      </w:r>
    </w:p>
    <w:p>
      <w:r>
        <w:br/>
        <w:t>— Дрянь девчонка! — тихо процідив.</w:t>
      </w:r>
    </w:p>
    <w:p>
      <w:r>
        <w:br/>
        <w:t>Сестра тим часом кружляла, щось стиха співаючи, підійшла до гурту й раптом, ніби десь їй вирвалось, із болісним смутком сказала:</w:t>
      </w:r>
    </w:p>
    <w:p>
      <w:r>
        <w:br/>
        <w:t>— Ах, братці мої, сестри! Щоб його ще нам зробити? Якби оце взяти все оце: оці ліси і левади — і крутити їх навколо себе, щоб горіли! Знаєте, як піп кадилом, коли сердитий.</w:t>
      </w:r>
    </w:p>
    <w:p>
      <w:r>
        <w:br/>
        <w:t>Вона помовчала.</w:t>
      </w:r>
    </w:p>
    <w:p>
      <w:r>
        <w:br/>
        <w:t>— А ти, Прокопе! Чого кирпу повісив? Ще до Покрови далеко, мо', й по-твоєму буде. Чуєш? А сьогодні... Сьогодні, братіку, я п'яна. І земля п'яна хмелем осіннім. Чуєш, на цілу ніч задзвонила.</w:t>
      </w:r>
    </w:p>
    <w:p>
      <w:r>
        <w:br/>
        <w:t>Тоді швидко повернулась, кольнула гостро очима в гурт:</w:t>
      </w:r>
    </w:p>
    <w:p>
      <w:r>
        <w:br/>
        <w:t>— Ой, сестри, сестри! Ходімо в ліс зілля рвати. Кілька дівчат швидко схопилися, і всі гуртом подалися до</w:t>
      </w:r>
    </w:p>
    <w:p>
      <w:r>
        <w:br/>
        <w:t>лісу.</w:t>
      </w:r>
    </w:p>
    <w:p>
      <w:r>
        <w:br/>
        <w:t>За який час вони шумливо зашамотіли кущами й вийшли обвиті, обплетені китицями хмелю.</w:t>
      </w:r>
    </w:p>
    <w:p>
      <w:r>
        <w:br/>
        <w:t>Сестра раптом стала, кудись довго й заніміло впірнула очима. Тоді вся млосно простяглася, заломила руки й так затихла, мов розіп'ята в місячнім промінні. І потому, як зі сну, струснула головою й підійшла до гурту.</w:t>
      </w:r>
    </w:p>
    <w:p>
      <w:r>
        <w:br/>
        <w:t>— Ось і ми! — тихо сказала вона.— Тепер ми як лісові русалки! Нумо в танці, дівчата! Хто з вас грає?</w:t>
      </w:r>
    </w:p>
    <w:p>
      <w:r>
        <w:br/>
        <w:t>Начміліції прислужливо вийняв гребінця, послинив папір й почав награвати.</w:t>
      </w:r>
    </w:p>
    <w:p>
      <w:r>
        <w:br/>
        <w:t>Дівчата, взявшись тісним колом, пішли в танок.</w:t>
      </w:r>
    </w:p>
    <w:p>
      <w:r>
        <w:br/>
        <w:t>Огонь горів, як і раніш, яскраво, і рясні одсвіти від нього переплітались із тінями дівчат, а в ритм танцям розпускалася пісня.</w:t>
      </w:r>
    </w:p>
    <w:p>
      <w:r>
        <w:br/>
        <w:t>Щодалі втухала ватра, сумнішала пісня, й рухи були м'які й покволі.</w:t>
      </w:r>
    </w:p>
    <w:p>
      <w:r>
        <w:br/>
        <w:t>Але сестра кричала:</w:t>
      </w:r>
    </w:p>
    <w:p>
      <w:r>
        <w:br/>
        <w:t>— Чуєш? Начхавміліції! Чого твій гребінець хрипить? Я ще хочу танцювати. Ось роздягнусь й піду гола на місяць, на роси. Обплетуся хмелем і буду ярами танцювати. Лови мене, начхавміліції!</w:t>
      </w:r>
    </w:p>
    <w:p>
      <w:r>
        <w:br/>
        <w:t>— Ти хочеш, Сашка, щоб я пожарну команду викликав? Ми живо втихомиримо.</w:t>
      </w:r>
    </w:p>
    <w:p>
      <w:r>
        <w:br/>
        <w:t>В гурті дружно зареготали. Сестра чомусь зніяковіла й стихла. Вона дійшла до гурту, сіла між дівчат і сумно цідила:</w:t>
      </w:r>
    </w:p>
    <w:p>
      <w:r>
        <w:br/>
        <w:t>— Ой на горі огонь горить, під горою козак лежить... її підхопили інші дівчата, й пісня тихо пішла вдалечінь. Хтось заголосив пугачем, йому десь обізвався вдалечині</w:t>
      </w:r>
    </w:p>
    <w:p>
      <w:r>
        <w:br/>
        <w:t>поклик. Трохи згодом помалу стали розходитись. Начміліції говорив:</w:t>
      </w:r>
    </w:p>
    <w:p>
      <w:r>
        <w:br/>
        <w:t>— А все-таки, граждане, як не крутіться, а новий лад іде, лапою вас прибирає. Крутись, братіку, не крутись, а мусиш прийняти.</w:t>
      </w:r>
    </w:p>
    <w:p>
      <w:r>
        <w:br/>
        <w:t>— А скільки тобі платять за ці слова? — поспитала сестра.</w:t>
      </w:r>
    </w:p>
    <w:p>
      <w:r>
        <w:br/>
        <w:t>— Нічого! Як і тобі живіт підбере, заспіваєш і ти! А то ще жиру старого багато зосталось.</w:t>
      </w:r>
    </w:p>
    <w:p>
      <w:r>
        <w:br/>
        <w:t>— Слухай, начхавміліції! Ти посилаєш мене до жінвідділу?</w:t>
      </w:r>
    </w:p>
    <w:p>
      <w:r>
        <w:br/>
        <w:t>— А що ж тобі так сидіти?</w:t>
      </w:r>
    </w:p>
    <w:p>
      <w:r>
        <w:br/>
        <w:t>— А я завтра піду до церкви. Понесу осінніх квіток на престол. Га? Що ти скажеш?</w:t>
      </w:r>
    </w:p>
    <w:p>
      <w:r>
        <w:br/>
        <w:t>Начміліції мовчав. Щодалі постаті їх зникали в тумані. Було чути, як падали роси й тихо сідав лист. На ранок сіріло небо...</w:t>
      </w:r>
    </w:p>
    <w:p>
      <w:r>
        <w:br/>
        <w:t>IX</w:t>
      </w:r>
    </w:p>
    <w:p>
      <w:r>
        <w:br/>
        <w:t>Щодалі дівочою скорботою розгортається схід. Ростуть і червоніють крила бузового птаха, що обняв півобрію.</w:t>
      </w:r>
    </w:p>
    <w:p>
      <w:r>
        <w:br/>
        <w:t>Вимитою синявою вкривається ліс, а на прогалинах радіє пурпурово-світлий клен. Пахне свіжим листом. Спозарання на гіллях дуба пробігла білочка, здивовано зиркнула на мене й утекла кудись у глибінь лісову.</w:t>
      </w:r>
    </w:p>
    <w:p>
      <w:r>
        <w:br/>
        <w:t>Ранок. Хтось розгортає барвисту кирею, червоного пояса розправляє.</w:t>
      </w:r>
    </w:p>
    <w:p>
      <w:r>
        <w:br/>
        <w:t>Я не йду додому. В мої груди входить січна, зміцніла радість, напоєна свіжим духом лісу, міцним пахтінням, шелестом листу.</w:t>
      </w:r>
    </w:p>
    <w:p>
      <w:r>
        <w:br/>
        <w:t>Перший день моєї радості, коли дух мій зростає. Я йду лісом. Волосся мені вмивають роси, під ногами буйно шелестить листя.</w:t>
      </w:r>
    </w:p>
    <w:p>
      <w:r>
        <w:br/>
        <w:t>На білім кленовім тлі червоніє барбарис. А від нього, як од світами, легким пурпуром повились стьожки вгору.</w:t>
      </w:r>
    </w:p>
    <w:p>
      <w:r>
        <w:br/>
        <w:t>Радість, радість молодості й буйності п'янить! Тішу себе: тисячоліття пройдуть. В тисячоліттях молодітиме земля!</w:t>
      </w:r>
    </w:p>
    <w:p>
      <w:r>
        <w:br/>
        <w:t>Не знаю чому — нестямно п'яний падаю на землю й цілую її, всмоктуючи з подихом холодний сік. Далі вриваюсь у лист, заплющую очі й так лежу без кінця довго.</w:t>
      </w:r>
    </w:p>
    <w:p>
      <w:r>
        <w:br/>
        <w:t>Кажу собі: "Я твій син. Вінчай мене на сьогодні, бо сьогодні я зрікаюся себе. Мої руки й ноги хай вростають корінням тобі, моя голова хай зійде чорнявою квіткою в тінях дуба, моє серце хай вливається в жили тобі!"</w:t>
      </w:r>
    </w:p>
    <w:p>
      <w:r>
        <w:br/>
        <w:t>Коли сонце сходить, я заплющую очі й німію... Вже пізніш я підводжусь і йду далі.</w:t>
      </w:r>
    </w:p>
    <w:p>
      <w:r>
        <w:br/>
        <w:t>Мої кроки напружені й міцні; дорогою я набираю усіх кольорів лісових.</w:t>
      </w:r>
    </w:p>
    <w:p>
      <w:r>
        <w:br/>
        <w:t>Тепер іду далі волохатий, лісовий, обвитий листом дубовим та кленовим.</w:t>
      </w:r>
    </w:p>
    <w:p>
      <w:r>
        <w:br/>
        <w:t>Згодом надибую стежку й простую нею, доки вона сходить ДО яру.</w:t>
      </w:r>
    </w:p>
    <w:p>
      <w:r>
        <w:br/>
        <w:t>Там, переді мною, широкі луки, на них синіє річка. А по підгір'ю хутори зоріють білими полотнами крізь облізле гілля.</w:t>
      </w:r>
    </w:p>
    <w:p>
      <w:r>
        <w:br/>
        <w:t>Моя думка повніє, горить вогнем і рветься в простір.</w:t>
      </w:r>
    </w:p>
    <w:p>
      <w:r>
        <w:br/>
        <w:t>— Уівуа Впагаії, Уівуа ВЬагаіі,— тихо шепочу.— Дорогий учителю й друже! Сьогодні перший день моєї радості. Дух мій зростає. Тисячу разів шепочу слова твоєї землі, що врізалась мені тепер у серце:</w:t>
      </w:r>
    </w:p>
    <w:p>
      <w:r>
        <w:br/>
        <w:t>"Настане день, коли людина з ніжним серцем, цілком визволившись від зброї, покаже світові, що тільки лагідні наслідують землю".</w:t>
      </w:r>
    </w:p>
    <w:p>
      <w:r>
        <w:br/>
        <w:t>Сьогодні я, освячений святом землі, йду назустріч тобі: хай тисячу разів благословиться твоє ясне чоло!</w:t>
      </w:r>
    </w:p>
    <w:p>
      <w:r>
        <w:br/>
        <w:t>З глибокого яру тим часом злетів орел, зашумів крилами й пустився вдалечінь. Згодом почувся глибокий зойк: хтось затріпотів крилами, захропів і востаннє застогнав немовлятком. Але це маленька обірвана телеграфна стрічка. Хто про те згадає? Ліс стояв у. ясно-прозорім небі німий, зачарований...</w:t>
      </w:r>
    </w:p>
    <w:p>
      <w:r>
        <w:br/>
        <w:t>X</w:t>
      </w:r>
    </w:p>
    <w:p>
      <w:r>
        <w:br/>
        <w:t>Сходячи вже вниз, я зустрів сестру. Вона вся зашарілась від утоми. На голові вінок із дикого винограду важким лататтям падає на лице. В руках кошик із опеньками.</w:t>
      </w:r>
    </w:p>
    <w:p>
      <w:r>
        <w:br/>
        <w:t>— Ти, сестро, як німфа лісова! — кажу до неї.</w:t>
      </w:r>
    </w:p>
    <w:p>
      <w:r>
        <w:br/>
        <w:t>— Ніколи, ти кажеш? Ніколи, братіку! Ніколи жити! Сьогодні ще так, а завтра вже пізно буде...</w:t>
      </w:r>
    </w:p>
    <w:p>
      <w:r>
        <w:br/>
        <w:t>— Я кажу, ти — як німфа лісова! Русалка така...</w:t>
      </w:r>
    </w:p>
    <w:p>
      <w:r>
        <w:br/>
        <w:t>— А, ти он що. А я не розібрала.— Вона засміялась.— Куди йдеш?</w:t>
      </w:r>
    </w:p>
    <w:p>
      <w:r>
        <w:br/>
        <w:t>— Додому.</w:t>
      </w:r>
    </w:p>
    <w:p>
      <w:r>
        <w:br/>
        <w:t>— Ходім до Павла на пасіку. Ти ще й разу не був? Я радо пристаю на це.</w:t>
      </w:r>
    </w:p>
    <w:p>
      <w:r>
        <w:br/>
        <w:t>Пасіка Павлова стояла в кінці левади, куди я ще справді й разу не заглядав.</w:t>
      </w:r>
    </w:p>
    <w:p>
      <w:r>
        <w:br/>
        <w:t>Брат сидів під катрагою й щось стругав. Зразу навіть не запримітив нас, а коли ми підійшли, він підвів голову і засоромлено усміхався.</w:t>
      </w:r>
    </w:p>
    <w:p>
      <w:r>
        <w:br/>
        <w:t>— Що ти стружиш?</w:t>
      </w:r>
    </w:p>
    <w:p>
      <w:r>
        <w:br/>
        <w:t>— Так, чепуху! Хочу сопілку калинову зробити. Тільки не виходить ніяк: голосників не вгадаю. Прямо дивно. Як воно старі люди удало їх робили?</w:t>
      </w:r>
    </w:p>
    <w:p>
      <w:r>
        <w:br/>
        <w:t>— Ти, мабуть, і жив би тут! — сказала сестра.</w:t>
      </w:r>
    </w:p>
    <w:p>
      <w:r>
        <w:br/>
        <w:t>— А?</w:t>
      </w:r>
    </w:p>
    <w:p>
      <w:r>
        <w:br/>
        <w:t>Павло звернувся до мене:</w:t>
      </w:r>
    </w:p>
    <w:p>
      <w:r>
        <w:br/>
        <w:t>— Я більше не хочу встрявати в господарство. Воно тане щодня. Харитон розтягає, а я не хочу боронити. Мати чомусь цупко держаться, вони за нього дбали. А мені нема охоти. Рід розпадається, брате, ми розлазимось. Нащо тоді й земля?</w:t>
      </w:r>
    </w:p>
    <w:p>
      <w:r>
        <w:br/>
        <w:t>— Що ж ти думаєш робити?</w:t>
      </w:r>
    </w:p>
    <w:p>
      <w:r>
        <w:br/>
        <w:t>— Я не знаю.</w:t>
      </w:r>
    </w:p>
    <w:p>
      <w:r>
        <w:br/>
        <w:t>Він у м'якій задумі вдивлявся кудись поверх лісу.</w:t>
      </w:r>
    </w:p>
    <w:p>
      <w:r>
        <w:br/>
        <w:t>— Буду жити на пасіці, мабуть.</w:t>
      </w:r>
    </w:p>
    <w:p>
      <w:r>
        <w:br/>
        <w:t>— Що ж тобі з того?</w:t>
      </w:r>
    </w:p>
    <w:p>
      <w:r>
        <w:br/>
        <w:t>— Що мені з того? Все мені тут. Пасіка — це тобі лад, порядок, згода. Хто її видумав, не знаю. Тільки хтось розумний та добрий. Та й мед — це так тобі сказати, вроді от... Коли душа болить — він як золото горить. Тоді ясніє душа.</w:t>
      </w:r>
    </w:p>
    <w:p>
      <w:r>
        <w:br/>
        <w:t>Я мимоволі засміявся. Але брат поглянув на мене підозріло й одійшов далі. Він сів під березою й почав пробувати сопілку.</w:t>
      </w:r>
    </w:p>
    <w:p>
      <w:r>
        <w:br/>
        <w:t>З неї виходили якісь хрипкі голоси. Але швидко виросла й пішла якась нова мелодія — тужлива, як ранкова зоря, що вмивається золотом, та зразу ж і розтанула хрипкими голосами.</w:t>
      </w:r>
    </w:p>
    <w:p>
      <w:r>
        <w:br/>
        <w:t>Сестра мимоволі прижмурилась і скривилась.</w:t>
      </w:r>
    </w:p>
    <w:p>
      <w:r>
        <w:br/>
        <w:t>— Як мені болить, коли він отак грає! Тоді я згадую якісь Дитячі сни, а спіймати їх не вмію. Тоді мені хочеться кудись утекти, куди — не знаю як і далеко. А болить і за нього; як він тільки спіймає щось, а голосники обриваються.</w:t>
      </w:r>
    </w:p>
    <w:p>
      <w:r>
        <w:br/>
        <w:t>Брат стиха обізвався:</w:t>
      </w:r>
    </w:p>
    <w:p>
      <w:r>
        <w:br/>
        <w:t>— Да, у старих людей які голосні були сопілки. Хто його знає, як воно так виходило. А ми й поганої не вміємо зробити.</w:t>
      </w:r>
    </w:p>
    <w:p>
      <w:r>
        <w:br/>
        <w:t>XI</w:t>
      </w:r>
    </w:p>
    <w:p>
      <w:r>
        <w:br/>
        <w:t>Прокидаюся вранці й чую: хтось у хаті тихо сокорить — бубонить, безтурботно й нудно. Я ніяк не пригадаю, де й коли чув цю розмову, а мені здається, що оця надтріснута мова йшла здавна-давна й ніколи не втихала.</w:t>
      </w:r>
    </w:p>
    <w:p>
      <w:r>
        <w:br/>
        <w:t>На стільці в хаті сидить чорненький маленький дядько з круглою лисиною на голові — мов тонзура в католицьких попів. Очі в нього почервонілі й плохі.</w:t>
      </w:r>
    </w:p>
    <w:p>
      <w:r>
        <w:br/>
        <w:t>Мама про щось розпитує:</w:t>
      </w:r>
    </w:p>
    <w:p>
      <w:r>
        <w:br/>
        <w:t>— Ну, так-таки бачили чудо?</w:t>
      </w:r>
    </w:p>
    <w:p>
      <w:r>
        <w:br/>
        <w:t>— Чуда, здається, тьотю, нікоторого не було.</w:t>
      </w:r>
    </w:p>
    <w:p>
      <w:r>
        <w:br/>
        <w:t>— А як же то вода побігла?</w:t>
      </w:r>
    </w:p>
    <w:p>
      <w:r>
        <w:br/>
        <w:t>— Вода, тьотю, побігла через отверстіє действітельних земляних сил, а чуда нікоторого. Можна сказати, земля сплющується й видавлює з себе воду, всьо равно как сироватку.</w:t>
      </w:r>
    </w:p>
    <w:p>
      <w:r>
        <w:br/>
        <w:t>— То що ж, думаєш, і чуда вже не буває?</w:t>
      </w:r>
    </w:p>
    <w:p>
      <w:r>
        <w:br/>
        <w:t>— Нікоторого чуда нєт, тьотю!</w:t>
      </w:r>
    </w:p>
    <w:p>
      <w:r>
        <w:br/>
        <w:t>— І Бога, по-твоєму, нема?</w:t>
      </w:r>
    </w:p>
    <w:p>
      <w:r>
        <w:br/>
        <w:t>— І Бога нема, тьотю!</w:t>
      </w:r>
    </w:p>
    <w:p>
      <w:r>
        <w:br/>
        <w:t>— Так-таки й нема?</w:t>
      </w:r>
    </w:p>
    <w:p>
      <w:r>
        <w:br/>
        <w:t>— Нема! Потому, як розібраться, так нєгдє йому й бути. Бо сказано: Бог на небі; а небо все одно, как воздух. Задумає, примером, Бог сісти — й прорветься. Потому, нєгдє вдержатися йому.</w:t>
      </w:r>
    </w:p>
    <w:p>
      <w:r>
        <w:br/>
        <w:t>Мама уважно й докірливо поглянула на нього:</w:t>
      </w:r>
    </w:p>
    <w:p>
      <w:r>
        <w:br/>
        <w:t>— Ото тобі, чоловіче, й Бог не помагає. Крутишся ти, крутишся цілий вік, а толку з того не видно, а коли б таки попрохав Бога...</w:t>
      </w:r>
    </w:p>
    <w:p>
      <w:r>
        <w:br/>
        <w:t>— Що мнє Бог? Чи я слихав його коли, чи бачив? Чи він борошна дав коли мені, чи дітей нагодував? Бог, як він і є, то не всім однаковий.</w:t>
      </w:r>
    </w:p>
    <w:p>
      <w:r>
        <w:br/>
        <w:t>— Ото тобі, сину, й штани такі. Бач, латка на латці.</w:t>
      </w:r>
    </w:p>
    <w:p>
      <w:r>
        <w:br/>
        <w:t>— Що ж, латка тепер, тьотю, все равно, как гражданский пашпорт. Вся страна в латках ходить, всі в латках, і нікакого сорому. Латка, тьотю, це — як книга революції. К примеру: одну я оце пришив за Керенського, а як большевики прийшли, вона, коли хочете, стерлась, нашив зверху другу. А це, як Махно був, повірите, тікав, за кілок зачепився, і в самому такому місці, сучого сина, й луснула: пришив третю. Ми тепер всьо 'дно как бубновиє тузи. Карта така випала нам, тьотю.</w:t>
      </w:r>
    </w:p>
    <w:p>
      <w:r>
        <w:br/>
        <w:t>— А землю ж маєш, Самсоне? Чом же не обробляєш, не хазяйнуєш?</w:t>
      </w:r>
    </w:p>
    <w:p>
      <w:r>
        <w:br/>
        <w:t>— Земля тепер, як тому каторжникові тачка. Прибили тобі к задниці, звиняйте, й тягни. Нікоторого рощоту нема тепер із землею.</w:t>
      </w:r>
    </w:p>
    <w:p>
      <w:r>
        <w:br/>
        <w:t>Увійшов Харитон і став прислухатись.</w:t>
      </w:r>
    </w:p>
    <w:p>
      <w:r>
        <w:br/>
        <w:t>— Чом же ти не оддаєш землі, Самсоне? Давай мені, я тобі оброблю, як треба.</w:t>
      </w:r>
    </w:p>
    <w:p>
      <w:r>
        <w:br/>
        <w:t>— Бери, коли хочеш. Давай половину хліба й обробляй.</w:t>
      </w:r>
    </w:p>
    <w:p>
      <w:r>
        <w:br/>
        <w:t>— Хе, половину хліба! А мої труди, а коні — ти думаєш, дешево їх содержати ?</w:t>
      </w:r>
    </w:p>
    <w:p>
      <w:r>
        <w:br/>
        <w:t>— Ну, хоч і не дешево, а мені щось треба їсти!</w:t>
      </w:r>
    </w:p>
    <w:p>
      <w:r>
        <w:br/>
        <w:t>— То ти хочеш мене експлуатувати, Самсоне? Ви, комнезами, поробились вроді як пани! Маєш землю, а обробляти не хочеш, хай сама земля хліб дає!</w:t>
      </w:r>
    </w:p>
    <w:p>
      <w:r>
        <w:br/>
        <w:t>— А тобі своєї мало, Харитоне? Га?</w:t>
      </w:r>
    </w:p>
    <w:p>
      <w:r>
        <w:br/>
        <w:t>— Мало не мало, а свого труда не подарую. Ти ж клуні вкриваєш, то ж хочеш, щоб тобі платили?</w:t>
      </w:r>
    </w:p>
    <w:p>
      <w:r>
        <w:br/>
        <w:t>— А ти мені хліба надавав багато, що дорікаєш клунями?</w:t>
      </w:r>
    </w:p>
    <w:p>
      <w:r>
        <w:br/>
        <w:t>— Багато не багато, а при мені й тобі жилось непогано, так же, Кулиновичу?</w:t>
      </w:r>
    </w:p>
    <w:p>
      <w:r>
        <w:br/>
        <w:t>Самсон, очевидно, образився.</w:t>
      </w:r>
    </w:p>
    <w:p>
      <w:r>
        <w:br/>
        <w:t>— Який я тобі, Харитоне, Кулинович? Чи в мене батька не було, чи мати нечесна, що ти мене матір'ю величаєш?</w:t>
      </w:r>
    </w:p>
    <w:p>
      <w:r>
        <w:br/>
        <w:t>— Так усі ж тебе звуть отак!</w:t>
      </w:r>
    </w:p>
    <w:p>
      <w:r>
        <w:br/>
        <w:t>— Чи я винен, що в мене мати Кулина? Га? Харитон вдоволено сміявся:</w:t>
      </w:r>
    </w:p>
    <w:p>
      <w:r>
        <w:br/>
        <w:t>— Слухай, Самсоне, аби не по матушки. А як матір'ю величають, то нічого.</w:t>
      </w:r>
    </w:p>
    <w:p>
      <w:r>
        <w:br/>
        <w:t>Він трохи помовчав. Далі знову запитав:</w:t>
      </w:r>
    </w:p>
    <w:p>
      <w:r>
        <w:br/>
        <w:t>— Так за скільки оддаєш землю, Самсоне? Запахаю тоді швидко.</w:t>
      </w:r>
    </w:p>
    <w:p>
      <w:r>
        <w:br/>
        <w:t>— Та так, як люди: з половини.</w:t>
      </w:r>
    </w:p>
    <w:p>
      <w:r>
        <w:br/>
        <w:t>— З половини не буде. Бери третину! Самсон похнюпив голову, вагаючись:</w:t>
      </w:r>
    </w:p>
    <w:p>
      <w:r>
        <w:br/>
        <w:t>— Ну, добре, я ще подумаю,— сказав він і поволі вийшов із хати.</w:t>
      </w:r>
    </w:p>
    <w:p>
      <w:r>
        <w:br/>
        <w:t>Удень мама ходила тиняючись, немов п'яна. Засмутнілі очі дивились у землю глибоко й зосередковано. Вона, мов сама собі, сказала:</w:t>
      </w:r>
    </w:p>
    <w:p>
      <w:r>
        <w:br/>
        <w:t>— Сьогодні я чула, сину, ніби земля дзвонить.</w:t>
      </w:r>
    </w:p>
    <w:p>
      <w:r>
        <w:br/>
        <w:t>— О, це ви знову своєї,— обізвалась сестра.— Та то ж, мабуть, в ухах у вас дзвонить.</w:t>
      </w:r>
    </w:p>
    <w:p>
      <w:r>
        <w:br/>
        <w:t>— Та ні ж бо, таки чула навсправжки, як із яру постав дзвін, такий повний, великий. Устав ніби з землі й пішов на ліси — так тихо, а мені аж затремтіло все. Це вже земля мені важить.</w:t>
      </w:r>
    </w:p>
    <w:p>
      <w:r>
        <w:br/>
        <w:t>— О, починайте, мамо! — сердито сказала сестра.</w:t>
      </w:r>
    </w:p>
    <w:p>
      <w:r>
        <w:br/>
        <w:t>— Коли б ще Христя сюди прийшла. Побачусь, тоді щось треба думати. Так не хочу більше жити.</w:t>
      </w:r>
    </w:p>
    <w:p>
      <w:r>
        <w:br/>
        <w:t>— Е, мамо, сидіть краще тут. Куди вам?</w:t>
      </w:r>
    </w:p>
    <w:p>
      <w:r>
        <w:br/>
        <w:t>— Не знаю, доню! То таке, що не можна знати!</w:t>
      </w:r>
    </w:p>
    <w:p>
      <w:r>
        <w:br/>
        <w:t>Вечір сьогодні якось швидко надійшов. Звідкись важкими скелями насунуло хмар, на захід вони в скалках сонця загорілись полум'ям, підвівся вітер.</w:t>
      </w:r>
    </w:p>
    <w:p>
      <w:r>
        <w:br/>
        <w:t>— Холодно як! Завтра дощ або вітер великий, не інакше.</w:t>
      </w:r>
    </w:p>
    <w:p>
      <w:r>
        <w:br/>
        <w:t>— Мамо, чого ви така? Що вам?</w:t>
      </w:r>
    </w:p>
    <w:p>
      <w:r>
        <w:br/>
        <w:t>— Не знаю, сину, важко мені стало!</w:t>
      </w:r>
    </w:p>
    <w:p>
      <w:r>
        <w:br/>
        <w:t>Швидко стемніло. Тоді вітер голосніш загудів, погрозливо й журно заголосив ліс.</w:t>
      </w:r>
    </w:p>
    <w:p>
      <w:r>
        <w:br/>
        <w:t>Ми незабаром повечеряли й лягли спати. Ще звечора я чув якісь важкі кроки; в хатині брата хтось нашвидку стукав дверима, бігав на леваду.</w:t>
      </w:r>
    </w:p>
    <w:p>
      <w:r>
        <w:br/>
        <w:t>Незабаром все стихло. Я не знаю, коли й що саме сталось, але хату перерізав страшний, пожежно-гострий, розпачливий крик:</w:t>
      </w:r>
    </w:p>
    <w:p>
      <w:r>
        <w:br/>
        <w:t>— 1-і! Ай-а-а-а-а!</w:t>
      </w:r>
    </w:p>
    <w:p>
      <w:r>
        <w:br/>
        <w:t>Він мов десь розірвався і тоді раптом упав у землю.</w:t>
      </w:r>
    </w:p>
    <w:p>
      <w:r>
        <w:br/>
        <w:t>А слідом за ним жіночий голос довго затяг голосити.</w:t>
      </w:r>
    </w:p>
    <w:p>
      <w:r>
        <w:br/>
        <w:t>Я зіскакую з постелі, нашвидку одягаюсь, вибігаю з хати.</w:t>
      </w:r>
    </w:p>
    <w:p>
      <w:r>
        <w:br/>
        <w:t>Двері в хатину одчинено. На постелі в головах, під стіною, горить свічка, освітлюючи спокійно-смугляве личко дитини. На ньому грає тиха, мрійлива усмішка.</w:t>
      </w:r>
    </w:p>
    <w:p>
      <w:r>
        <w:br/>
        <w:t>Братова впала перед ним на коліна й навзрид голосить.</w:t>
      </w:r>
    </w:p>
    <w:p>
      <w:r>
        <w:br/>
        <w:t>Я зовсім не чую слів — тільки коли-не-коли вириваються якісь тихі повторювання:</w:t>
      </w:r>
    </w:p>
    <w:p>
      <w:r>
        <w:br/>
        <w:t>— Та кому ж ти ягідок калинових принесеш, мій синочку? Брат стояв нерухомо, скам'янілий. Очі йому горіли, дико</w:t>
      </w:r>
    </w:p>
    <w:p>
      <w:r>
        <w:br/>
        <w:t>вирячені й застиглі на одній крапці. Але незабаром він ніби отямився, стрепенувся, зирнув до мене,— тоді рішуче підійшов до ляльки: % ф</w:t>
      </w:r>
    </w:p>
    <w:p>
      <w:r>
        <w:br/>
        <w:t>— Він живий. їй-богу, живий! Ти дивися, як він посміхається. Миколо, Миколо! Вставай-бо! Ану, вставай!</w:t>
      </w:r>
    </w:p>
    <w:p>
      <w:r>
        <w:br/>
        <w:t>Він поторсав дитину.</w:t>
      </w:r>
    </w:p>
    <w:p>
      <w:r>
        <w:br/>
        <w:t>— Зажди трошки, Оришко! Я цю хвилю. Я ось винесу його надвір. Тут нічим дихати йому, нічим! Зажди, зажди!</w:t>
      </w:r>
    </w:p>
    <w:p>
      <w:r>
        <w:br/>
        <w:t>Він швидко бере на руки дитину й вибігає з хати. Невістка, не втихаючи, голосить, ніби не помічаючи цього. Я йду слідом за братом. Брат сливе біжить і шепоче:</w:t>
      </w:r>
    </w:p>
    <w:p>
      <w:r>
        <w:br/>
        <w:t>— Дихай, Миколо, повніш! Дихай-бо! Ну, ну! Ти дивися, як свіжо надворі. Ось ну-бо, дихай!</w:t>
      </w:r>
    </w:p>
    <w:p>
      <w:r>
        <w:br/>
        <w:t>Та раптом він помацав дитину, немов отямився.</w:t>
      </w:r>
    </w:p>
    <w:p>
      <w:r>
        <w:br/>
        <w:t>— Холодна! Як крига холодна!</w:t>
      </w:r>
    </w:p>
    <w:p>
      <w:r>
        <w:br/>
        <w:t>Тоді кидає трупика на землю, падає сам, знову підбирає трупика, тисне до грудей, немов зогріти хоче, й виє диким, несамовитим виттям:</w:t>
      </w:r>
    </w:p>
    <w:p>
      <w:r>
        <w:br/>
        <w:t>— А-а! А-а! Сину мій, Миколчику! То тебе вже більш ніколи не буде, сину мій!</w:t>
      </w:r>
    </w:p>
    <w:p>
      <w:r>
        <w:br/>
        <w:t>— Брате! —кричу я,— отямся, ходімо до хати! Але він не чує мене.</w:t>
      </w:r>
    </w:p>
    <w:p>
      <w:r>
        <w:br/>
        <w:t>— Навіщо мій рід перевів? Про кого ж мені тепер дбати, синочку мій? Про кого побиватись, синку! Та коли ж ти тепер поглянеш на мене, коли усміхнешся? А-а, мій янголяточку!</w:t>
      </w:r>
    </w:p>
    <w:p>
      <w:r>
        <w:br/>
        <w:t>Серед нас несподівано з'явилася мама. Вона стурбована, хвилину постояла. Тоді нахилилась:</w:t>
      </w:r>
    </w:p>
    <w:p>
      <w:r>
        <w:br/>
        <w:t>— Харитоне, Харитоне! Ну-бо, вставай, сину, та не побивайся так!</w:t>
      </w:r>
    </w:p>
    <w:p>
      <w:r>
        <w:br/>
        <w:t>Він мовчав.</w:t>
      </w:r>
    </w:p>
    <w:p>
      <w:r>
        <w:br/>
        <w:t>— Синочку мій, ходімо до хати!</w:t>
      </w:r>
    </w:p>
    <w:p>
      <w:r>
        <w:br/>
        <w:t>— О дійди од мене! Чуєш?</w:t>
      </w:r>
    </w:p>
    <w:p>
      <w:r>
        <w:br/>
        <w:t>— Ай Боже ж мій, Боже! Та чи ти, хлопче, розуму позбувся? Що це ти на мене кажеш! Та невже ж я тобі лиха зичу?</w:t>
      </w:r>
    </w:p>
    <w:p>
      <w:r>
        <w:br/>
        <w:t>— Одійди, падлюко, а то вб'ю!</w:t>
      </w:r>
    </w:p>
    <w:p>
      <w:r>
        <w:br/>
        <w:t>— Харитоне!</w:t>
      </w:r>
    </w:p>
    <w:p>
      <w:r>
        <w:br/>
        <w:t>— Ти думаєш, щастя дала мені, що на світ народила? А-а? Мама. А що б ти мав, коли б тебе зовсім не було? Харитон. Хе! Чим злякала!</w:t>
      </w:r>
    </w:p>
    <w:p>
      <w:r>
        <w:br/>
        <w:t>Підходить Павло й злякано, широкими очима дивиться на все.</w:t>
      </w:r>
    </w:p>
    <w:p>
      <w:r>
        <w:br/>
        <w:t>— Синочку, сину! Та же ж ти мені рідний, як і всі. Дурний ти, несамовитий!</w:t>
      </w:r>
    </w:p>
    <w:p>
      <w:r>
        <w:br/>
        <w:t>Та раптом Харитон зіскакує і в одну мить впивається в матір і несе її кудись у кущі.</w:t>
      </w:r>
    </w:p>
    <w:p>
      <w:r>
        <w:br/>
        <w:t>— Уб'ю гадюку!</w:t>
      </w:r>
    </w:p>
    <w:p>
      <w:r>
        <w:br/>
        <w:t>Це сталось раптово. Ми біжимо слідом за ним. Мама лежить заніміла, а над нею Харитон щось хрипким голосом шипить:</w:t>
      </w:r>
    </w:p>
    <w:p>
      <w:r>
        <w:br/>
        <w:t>— Ну, тепереньки все! Більше не будеш мучити! Заріжу, сучко стара!</w:t>
      </w:r>
    </w:p>
    <w:p>
      <w:r>
        <w:br/>
        <w:t>Він нахилився, щось углядів, заплющив очі й істерично застогнав. Брат Павло бере Харитона за плечі; той спроквола пручається.</w:t>
      </w:r>
    </w:p>
    <w:p>
      <w:r>
        <w:br/>
        <w:t>— Хто мене зв'язував? Хто мене топтав тут? Всіх дармоїдів, всіх глитаїв, пройдисвітів у світі... А-а!..</w:t>
      </w:r>
    </w:p>
    <w:p>
      <w:r>
        <w:br/>
        <w:t>Але швидко втихає й спроквола і втомно іде за Павлом.</w:t>
      </w:r>
    </w:p>
    <w:p>
      <w:r>
        <w:br/>
        <w:t>Я підходжу до мами. Вона лежить і стогне розпатлана, розкидана й знівечена на землі.</w:t>
      </w:r>
    </w:p>
    <w:p>
      <w:r>
        <w:br/>
        <w:t>Коси їй із сивими стрічками розпустились на отаві.</w:t>
      </w:r>
    </w:p>
    <w:p>
      <w:r>
        <w:br/>
        <w:t>Саме тоді тривожним золотом загорівся схід — і коси в мами засяяли білястим світлом.</w:t>
      </w:r>
    </w:p>
    <w:p>
      <w:r>
        <w:br/>
        <w:t>— Мамо, мамуню!</w:t>
      </w:r>
    </w:p>
    <w:p>
      <w:r>
        <w:br/>
        <w:t>— Ти ще тут, сину? Не покинув мене?</w:t>
      </w:r>
    </w:p>
    <w:p>
      <w:r>
        <w:br/>
        <w:t>— Ні, мамо. Ходімо додому!</w:t>
      </w:r>
    </w:p>
    <w:p>
      <w:r>
        <w:br/>
        <w:t>— Ні, тепер вже ні. Тепер вже кінець усьому!</w:t>
      </w:r>
    </w:p>
    <w:p>
      <w:r>
        <w:br/>
        <w:t>Вона в якійсь глибокій задумі,мов сама з собою, говорила:</w:t>
      </w:r>
    </w:p>
    <w:p>
      <w:r>
        <w:br/>
        <w:t>— З моїх надрів, сину, родилось усе-все! Тепер, виходить, помирати мені й усьому... а так, може, й землі помирати треба.</w:t>
      </w:r>
    </w:p>
    <w:p>
      <w:r>
        <w:br/>
        <w:t>Я тихо підводжу її. Вона встає. Здивовано і втомно оглядає, отрушує... Тоді я беру під руку її, і ми тихо, поволі йдемо до хати.</w:t>
      </w:r>
    </w:p>
    <w:p>
      <w:r>
        <w:br/>
        <w:t>Я нахиляюсь до неї й тихо кажу:</w:t>
      </w:r>
    </w:p>
    <w:p>
      <w:r>
        <w:br/>
        <w:t>— Мамуню, люба! Чуєте, он уже на новий ранок,— і показую на зорю.</w:t>
      </w:r>
    </w:p>
    <w:p>
      <w:r>
        <w:br/>
        <w:t>Мама підвела очі, стомлено поглянула.</w:t>
      </w:r>
    </w:p>
    <w:p>
      <w:r>
        <w:br/>
        <w:t>— Ні, вже годі,— і захитала головою.</w:t>
      </w:r>
    </w:p>
    <w:p>
      <w:r>
        <w:br/>
        <w:t>— Що годі, мамо? Ми вплелися у вінок оцих земель. Нам у вічності бути.</w:t>
      </w:r>
    </w:p>
    <w:p>
      <w:r>
        <w:br/>
        <w:t>Вона лише простогнала.</w:t>
      </w:r>
    </w:p>
    <w:p>
      <w:r>
        <w:br/>
        <w:t>А ранок горів тривожно-чітким золотом. В синім тумані йшли в небо гострі верхів'я лісу, легкими східцями, як полохливі свічки, десь позабуті на узліссі.</w:t>
      </w:r>
    </w:p>
    <w:p>
      <w:r>
        <w:br/>
        <w:t>Сьогодні день тривожить мене надміру. Ця густа мряка, й вогкий вітер дме з півдня.</w:t>
      </w:r>
    </w:p>
    <w:p>
      <w:r>
        <w:br/>
        <w:t>Я почуваю, що кожна частка мені розривається й розрізує другу. Я не знаходжу собі місця, бо мозок мій горить до болю великого.</w:t>
      </w:r>
    </w:p>
    <w:p>
      <w:r>
        <w:br/>
        <w:t>Тоді тихо виходжу, і йду вгору, й падаю на землю, притиснувшись гарячим лобом до м'якої отави, й так зостаюся нерухомо на довгі часи.</w:t>
      </w:r>
    </w:p>
    <w:p>
      <w:r>
        <w:br/>
        <w:t>Мені проходить, крізь тоненькі мури мого черепа, по моїх жилах разом з кров'ю дух земного гумусу, міцна сила трави й землі. А біль мені ще дужче наростає.</w:t>
      </w:r>
    </w:p>
    <w:p>
      <w:r>
        <w:br/>
        <w:t>Тоді напружую всі сили, тиснуся щільніш до землі.</w:t>
      </w:r>
    </w:p>
    <w:p>
      <w:r>
        <w:br/>
        <w:t>Уівуа Впагаїі! Уівуа ВЬагаШ</w:t>
      </w:r>
    </w:p>
    <w:p>
      <w:r>
        <w:br/>
        <w:t>"Дорогий вчителю й друже! На сьогодні нитка твоя до мене обірвалася.</w:t>
      </w:r>
    </w:p>
    <w:p>
      <w:r>
        <w:br/>
        <w:t>Сьогодні мені тріскається земля й рветься на шмаття! Сили мої тануть, любий друже! На своїй землі я не знаходжу собі своїх струменів! Хтось покраяв мені обрій!</w:t>
      </w:r>
    </w:p>
    <w:p>
      <w:r>
        <w:br/>
        <w:t>Сьогодні пройде час мій, і мої страждання вже не повторяться ніколи в світі.</w:t>
      </w:r>
    </w:p>
    <w:p>
      <w:r>
        <w:br/>
        <w:t>Я — останній вірний тобі лицар, що йде рішуче на поклик твій, що любить дух землі й боліє за втрачену правду, на сьогодні я більш не вірю тобі!</w:t>
      </w:r>
    </w:p>
    <w:p>
      <w:r>
        <w:br/>
        <w:t>Гори сунуть на гори, чутно здалеку великий тріск землі. Я знаю: завтра прийде звір новий із кам'яної клітки й буде чавити залізними кліщами тиху людину землі...</w:t>
      </w:r>
    </w:p>
    <w:p>
      <w:r>
        <w:br/>
        <w:t>Коли відчуєш цей поклик мій, перекинь хоч єдине слово поради, та тільки швидше, сьогодні, тільки сьогодні!"</w:t>
      </w:r>
    </w:p>
    <w:p>
      <w:r>
        <w:br/>
        <w:t>Хтось підхоплює мої слова й котить їх далі з вітром на верхів'я лісу. Густіють краплі водяні, рясніш дощить, а небо лягає на дерева, вдавлює землю вглиб.</w:t>
      </w:r>
    </w:p>
    <w:p>
      <w:r>
        <w:br/>
        <w:t>XIV</w:t>
      </w:r>
    </w:p>
    <w:p>
      <w:r>
        <w:br/>
        <w:t>Бабине літо. Ще зранку стояли густі тумани, а тепер тихо плачуть дерева, і в них горить сонце. Жовтий лист, що зостався ще на деревах, світить тонким прозорим золотом.</w:t>
      </w:r>
    </w:p>
    <w:p>
      <w:r>
        <w:br/>
        <w:t>Кущ троянд удруге розквітнув, і тонкі пахощі його зливаються з духом гвоздиків та чорнобривців.</w:t>
      </w:r>
    </w:p>
    <w:p>
      <w:r>
        <w:br/>
        <w:t>Із села сюди доходить полохливий дзвін. Сестра збирається До церкви.</w:t>
      </w:r>
    </w:p>
    <w:p>
      <w:r>
        <w:br/>
        <w:t>В лісі по підгір'ю хтось киває головою. Щодалі — помітно верховна.</w:t>
      </w:r>
    </w:p>
    <w:p>
      <w:r>
        <w:br/>
        <w:t>Наближаючись до хутора, верховень підстьобує коняку, коняка знехотя починає тюпати. Коло двору верховень зіскакує, заводить коняку на подвір'я.</w:t>
      </w:r>
    </w:p>
    <w:p>
      <w:r>
        <w:br/>
        <w:t>Тим часом сестра виходить із хати і йде назустріч вершникові. Вершник цокає острогами.</w:t>
      </w:r>
    </w:p>
    <w:p>
      <w:r>
        <w:br/>
        <w:t>— Куди ти, Лександро?</w:t>
      </w:r>
    </w:p>
    <w:p>
      <w:r>
        <w:br/>
        <w:t>Сестра. А в церкву. Я хочу до церкви. Нач[альник] м і л [і ц і ї]. Що твого там зосталося?</w:t>
      </w:r>
    </w:p>
    <w:p>
      <w:r>
        <w:br/>
        <w:t>— Сльози мої там дівочі. Я хочу налити їх на повні вінця.</w:t>
      </w:r>
    </w:p>
    <w:p>
      <w:r>
        <w:br/>
        <w:t>— Баба — всегда баба!</w:t>
      </w:r>
    </w:p>
    <w:p>
      <w:r>
        <w:br/>
        <w:t>— А ти тільки начміліції!</w:t>
      </w:r>
    </w:p>
    <w:p>
      <w:r>
        <w:br/>
        <w:t>— Сьогодні в нас вечір-концерт.</w:t>
      </w:r>
    </w:p>
    <w:p>
      <w:r>
        <w:br/>
        <w:t>— Ну то що?</w:t>
      </w:r>
    </w:p>
    <w:p>
      <w:r>
        <w:br/>
        <w:t>— Ходімо зо мною!</w:t>
      </w:r>
    </w:p>
    <w:p>
      <w:r>
        <w:br/>
        <w:t>— Не знаю, побачу ще.</w:t>
      </w:r>
    </w:p>
    <w:p>
      <w:r>
        <w:br/>
        <w:t>— А вчора в нас дело було.</w:t>
      </w:r>
    </w:p>
    <w:p>
      <w:r>
        <w:br/>
        <w:t>— Яке "дєло"?</w:t>
      </w:r>
    </w:p>
    <w:p>
      <w:r>
        <w:br/>
        <w:t>— У Гапки полотно трусили.</w:t>
      </w:r>
    </w:p>
    <w:p>
      <w:r>
        <w:br/>
        <w:t>— Ну, й знайшли?</w:t>
      </w:r>
    </w:p>
    <w:p>
      <w:r>
        <w:br/>
        <w:t>— Нічого! Пропили ввечері!</w:t>
      </w:r>
    </w:p>
    <w:p>
      <w:r>
        <w:br/>
        <w:t>Сестра гостро обриває розмову, повертає назад і йде до лісу.</w:t>
      </w:r>
    </w:p>
    <w:p>
      <w:r>
        <w:br/>
        <w:t>— Лександро, Лександро! — кричу до неї. Вона мовчить. Я підходжу ближче і кажу:</w:t>
      </w:r>
    </w:p>
    <w:p>
      <w:r>
        <w:br/>
        <w:t>— Ходімо зо мною до церкви.</w:t>
      </w:r>
    </w:p>
    <w:p>
      <w:r>
        <w:br/>
        <w:t>Але вона вп'ялась кудись в одну смугу на обрії, сама притиснулась до берези й ледве шепотіла.</w:t>
      </w:r>
    </w:p>
    <w:p>
      <w:r>
        <w:br/>
        <w:t>За кілька хвилин вона повернулась і в задумі сказала мені:</w:t>
      </w:r>
    </w:p>
    <w:p>
      <w:r>
        <w:br/>
        <w:t>— Я несу йому повнісінький глечик моїх сліз, щоб не розхлюпати, щоб не розбовтати. Чому ж не чує він? Чому не приймає їх? Чи то йому вадить? Чи то я така грішна? Що ж я вдію, як мені ніби п'яний гад круг серця обвився, і ніколи не викину його з грудей!</w:t>
      </w:r>
    </w:p>
    <w:p>
      <w:r>
        <w:br/>
        <w:t>Вона встромилась кудись очима й ніби сама з собою говорила далі:</w:t>
      </w:r>
    </w:p>
    <w:p>
      <w:r>
        <w:br/>
        <w:t>— Завтра я скину всю одіж свою, і як зійде місяць, піду гола луками. Хай стьобають мене кущі, я тільки буду плакати та сміятись. І більш нічого, бо ще люблю землю й хочу жити... Коли йому треба одірвати мене, я ще цупко триматимусь за неї. А згорить мені серце тільки десь на вогні, в нього...</w:t>
      </w:r>
    </w:p>
    <w:p>
      <w:r>
        <w:br/>
        <w:t>Вона говорить це, ніби молитву проказує, і, звертаючись до мене, тихо додає:</w:t>
      </w:r>
    </w:p>
    <w:p>
      <w:r>
        <w:br/>
        <w:t>— Ні, я піду сама. Зоставайся дома. Що тобі зо мною там робити?</w:t>
      </w:r>
    </w:p>
    <w:p>
      <w:r>
        <w:br/>
        <w:t>В очах сестри глибокий, зосередкований смуток. Вона швидко сходить на долину, звертає на стежку. Тоді просто йде на село.</w:t>
      </w:r>
    </w:p>
    <w:p>
      <w:r>
        <w:br/>
        <w:t>Дзвін ще кілька разів ударив і зразу замовк.</w:t>
      </w:r>
    </w:p>
    <w:p>
      <w:r>
        <w:br/>
        <w:t>А день горів густим золотом та пурпуровими скалками.</w:t>
      </w:r>
    </w:p>
    <w:p>
      <w:r>
        <w:br/>
        <w:t>XV</w:t>
      </w:r>
    </w:p>
    <w:p>
      <w:r>
        <w:br/>
        <w:t>У сестри сталась маленька сутичка з Харитоном. Вона зривала калину, що де-не-де ще зоставалась на кущах. Брат побачив, побіг і став кричати:</w:t>
      </w:r>
    </w:p>
    <w:p>
      <w:r>
        <w:br/>
        <w:t>— Що ти робиш?</w:t>
      </w:r>
    </w:p>
    <w:p>
      <w:r>
        <w:br/>
        <w:t>— А що? Калину ламаю.</w:t>
      </w:r>
    </w:p>
    <w:p>
      <w:r>
        <w:br/>
        <w:t>— Не займай. Злізай зараз!</w:t>
      </w:r>
    </w:p>
    <w:p>
      <w:r>
        <w:br/>
        <w:t>— Атож! Оце так і послухаю!</w:t>
      </w:r>
    </w:p>
    <w:p>
      <w:r>
        <w:br/>
        <w:t>— Злізай зараз, кажу!</w:t>
      </w:r>
    </w:p>
    <w:p>
      <w:r>
        <w:br/>
        <w:t>— Хіба ти мало наламав?</w:t>
      </w:r>
    </w:p>
    <w:p>
      <w:r>
        <w:br/>
        <w:t>— Не твоє діло!</w:t>
      </w:r>
    </w:p>
    <w:p>
      <w:r>
        <w:br/>
        <w:t>В цю хвилину вийшла мати. Вона стиха підійшла й нахилилась до Харитона:</w:t>
      </w:r>
    </w:p>
    <w:p>
      <w:r>
        <w:br/>
        <w:t>— А чи ти ж, сину, садив її, що так присікаєшся? Харитон зразу визвірився був, але раптом стих і одійшов. Вся ця подія швидко вщухла й немовби забулась. Увечері ми лягали як звичайно. Мама й сестра швидко</w:t>
      </w:r>
    </w:p>
    <w:p>
      <w:r>
        <w:br/>
        <w:t>заснули. Я ще довго перевертався. Засипав легким сном і знову прокидався.</w:t>
      </w:r>
    </w:p>
    <w:p>
      <w:r>
        <w:br/>
        <w:t>Знадвору було чути якісь глухі, потайні кроки. Хтось ходив між оселями й щоразу полохливо прислухався до своєї ходи. Інколи в темряві падали гострі блискавиці й різали мені віки, але я глибше ховався в подушку, щоб швидше заснути. За кілька часу, мов крізь сон, чую: на сусіднім дворі ґвалтує, заливаючись, собака.</w:t>
      </w:r>
    </w:p>
    <w:p>
      <w:r>
        <w:br/>
        <w:t>Я знехотя розплющую очі й бачу: вікна залиті яскравим світлом. Але напроти вікно було темне — лише червоні од світи на ньому грали.</w:t>
      </w:r>
    </w:p>
    <w:p>
      <w:r>
        <w:br/>
        <w:t>Чую мамин голос:</w:t>
      </w:r>
    </w:p>
    <w:p>
      <w:r>
        <w:br/>
        <w:t>— Вставай, синку! Ходімо, клуня горить!</w:t>
      </w:r>
    </w:p>
    <w:p>
      <w:r>
        <w:br/>
        <w:t>Вона говорила зовсім спокійно, та ми обоє зіскакуємо, будимо сестру й нашвидку одягаємось.</w:t>
      </w:r>
    </w:p>
    <w:p>
      <w:r>
        <w:br/>
        <w:t>— Беріть, дітки, що мерщій із хати!</w:t>
      </w:r>
    </w:p>
    <w:p>
      <w:r>
        <w:br/>
        <w:t>Руки мені трясуться, я не знаю чому: чи від тої грізної сили, що розгорталась велично в очах, чи від несподіваної події, що мов у святкових убраннях ішла до нас.</w:t>
      </w:r>
    </w:p>
    <w:p>
      <w:r>
        <w:br/>
        <w:t>Коли вийшли надвір — полум'я вже охопило всю клуню й перескочило на хліви. Гоготливі іскри підводились понад дерева — рвалось і тріщало щось усередині. Тоді величезні віхті вогню з осатанілим реготом вибухали й розходились у повітрі.</w:t>
      </w:r>
    </w:p>
    <w:p>
      <w:r>
        <w:br/>
        <w:t>Мама мерщій випустила худобу з хлівів.</w:t>
      </w:r>
    </w:p>
    <w:p>
      <w:r>
        <w:br/>
        <w:t>Звідкись прийшов Павло і став мовчки оглядати. Він начебто цілком спокійно прийняв цю подію.</w:t>
      </w:r>
    </w:p>
    <w:p>
      <w:r>
        <w:br/>
        <w:t>Огонь швидко перескочив на хату, вискочило кілька віхтів, поскакали, погрались. Тоді раптом здоровенний віхоть соломи вирвався коло димаря й підлетів угору.</w:t>
      </w:r>
    </w:p>
    <w:p>
      <w:r>
        <w:br/>
        <w:t>А в ту саме пору дві тіні поплутались у полум'ї й лягли сплетеними обіймами на луку.</w:t>
      </w:r>
    </w:p>
    <w:p>
      <w:r>
        <w:br/>
        <w:t>Широким темняво-червоним колом освітились околиці. На-тривожено тремтіли ряди верб.</w:t>
      </w:r>
    </w:p>
    <w:p>
      <w:r>
        <w:br/>
        <w:t>І потім напружена тиша.</w:t>
      </w:r>
    </w:p>
    <w:p>
      <w:r>
        <w:br/>
        <w:t>І тільки чути, як урочисто, з повною перемогою, гоготіли вогні.</w:t>
      </w:r>
    </w:p>
    <w:p>
      <w:r>
        <w:br/>
        <w:t>Павло стежив уважно, лиш інколи говорив Лександрі:</w:t>
      </w:r>
    </w:p>
    <w:p>
      <w:r>
        <w:br/>
        <w:t>— Дивись, он правий ріг і досі не займається! Треба і його підкинути. Веселіше стане!</w:t>
      </w:r>
    </w:p>
    <w:p>
      <w:r>
        <w:br/>
        <w:t>— Так бери кочергу!</w:t>
      </w:r>
    </w:p>
    <w:p>
      <w:r>
        <w:br/>
        <w:t>— Шкода, картоплі не захопили — добре б попеклась! Тим часом небо помітно сіріло. Огонь потроху стихав. Уже над ранок прибігло кілька барил з водою, пожежна</w:t>
      </w:r>
    </w:p>
    <w:p>
      <w:r>
        <w:br/>
        <w:t>помпа. На селі вдарили на ґвалт, позбігалися люди.</w:t>
      </w:r>
    </w:p>
    <w:p>
      <w:r>
        <w:br/>
        <w:t>Десь непомітно з'явився начміліції. Він бігав, метушливо давав всім порядок, кричав і лаявся хриплим голосом.</w:t>
      </w:r>
    </w:p>
    <w:p>
      <w:r>
        <w:br/>
        <w:t>З нашої родини ніхто не встрявав у роботу. Я тільки взяв палицю й стиха ворушив вогнище коло клуні.</w:t>
      </w:r>
    </w:p>
    <w:p>
      <w:r>
        <w:br/>
        <w:t>— Золота шукаєш, сину, щастя свого? — поспитала мама. Я мовчав.</w:t>
      </w:r>
    </w:p>
    <w:p>
      <w:r>
        <w:br/>
        <w:t>Мама поглянула вгору й тихо заплакала.</w:t>
      </w:r>
    </w:p>
    <w:p>
      <w:r>
        <w:br/>
        <w:t>— Ось і життя моє, сину! Нічого не зосталось.</w:t>
      </w:r>
    </w:p>
    <w:p>
      <w:r>
        <w:br/>
        <w:t>— Теперь, мамо, нема про що клопотатись!</w:t>
      </w:r>
    </w:p>
    <w:p>
      <w:r>
        <w:br/>
        <w:t>— Як горіли гвоздики й чорнобривці, та клен червонів, а я молода була, я молилась щоранку. А він мені муки та й муки щоразу посилав. Куди мені тепер іти, нащо він покинув мене?</w:t>
      </w:r>
    </w:p>
    <w:p>
      <w:r>
        <w:br/>
        <w:t>Вона глибоко зітхнула, в тихих очах горів якийсь глибокий намір. Мама хвилину постояла й пішла під гору.</w:t>
      </w:r>
    </w:p>
    <w:p>
      <w:r>
        <w:br/>
        <w:t>Я став оглядати вогнище. Одна груша виразно посмалилась, і мені чомусь найбільш шкода її було. Я обійшов круг вогнища й раптом на канаві зустрічаю Харитона.</w:t>
      </w:r>
    </w:p>
    <w:p>
      <w:r>
        <w:br/>
        <w:t>Він сидить, стуливши голову руками, втомлено зігнувшись, немовби в собі зосереджений.</w:t>
      </w:r>
    </w:p>
    <w:p>
      <w:r>
        <w:br/>
        <w:t>— Ти що тут робиш?</w:t>
      </w:r>
    </w:p>
    <w:p>
      <w:r>
        <w:br/>
        <w:t>Він раптом затрусився, підвів голову й глянув на мене неспокійними чоловічками.</w:t>
      </w:r>
    </w:p>
    <w:p>
      <w:r>
        <w:br/>
        <w:t>Я впився в його гостро й пристрасно і тоді тихо й докірливо сказав:</w:t>
      </w:r>
    </w:p>
    <w:p>
      <w:r>
        <w:br/>
        <w:t>— Каїн ти! Брат злякано:</w:t>
      </w:r>
    </w:p>
    <w:p>
      <w:r>
        <w:br/>
        <w:t>— Що ти?</w:t>
      </w:r>
    </w:p>
    <w:p>
      <w:r>
        <w:br/>
        <w:t>— Я все знаю!</w:t>
      </w:r>
    </w:p>
    <w:p>
      <w:r>
        <w:br/>
        <w:t>— Це не я. Справді, не я, брате!</w:t>
      </w:r>
    </w:p>
    <w:p>
      <w:r>
        <w:br/>
        <w:t>— Неправда твоя! Я все бачу. Голос йому раптом упав:</w:t>
      </w:r>
    </w:p>
    <w:p>
      <w:r>
        <w:br/>
        <w:t>— Ти прийшов судити мене?</w:t>
      </w:r>
    </w:p>
    <w:p>
      <w:r>
        <w:br/>
        <w:t>— Я? Я цього не збиравсь...</w:t>
      </w:r>
    </w:p>
    <w:p>
      <w:r>
        <w:br/>
        <w:t>— А нащо палицю держиш?</w:t>
      </w:r>
    </w:p>
    <w:p>
      <w:r>
        <w:br/>
        <w:t>— Я йду собі,— хто мені дав право судити?</w:t>
      </w:r>
    </w:p>
    <w:p>
      <w:r>
        <w:br/>
        <w:t>— Ге, судити! — Він сумно похитав.— А хто муку отаку влив у серце мені? Га? Чи я можу бути спокійним? Я б оце взяв гору та й пошпурив її геть к чорту! Так мені болить, брате, всередині!..</w:t>
      </w:r>
    </w:p>
    <w:p>
      <w:r>
        <w:br/>
        <w:t>Він поглянув на мене, ніби про щось полохливо благаючи. В синяві очей затліла якась глибока крихта тепла. Очі заблищали, запливли сльозами.</w:t>
      </w:r>
    </w:p>
    <w:p>
      <w:r>
        <w:br/>
        <w:t>Я падаю до нього, тисну близько до себе й шепочу:</w:t>
      </w:r>
    </w:p>
    <w:p>
      <w:r>
        <w:br/>
        <w:t>— Ти зовсім не винний. І я не прийшов судити тебе. Ні! Ні!</w:t>
      </w:r>
    </w:p>
    <w:p>
      <w:r>
        <w:br/>
        <w:t>Брат, здригаючись, плакав навзрид.</w:t>
      </w:r>
    </w:p>
    <w:p>
      <w:r>
        <w:br/>
        <w:t>— Я тут, як звір, затурканий, і ніхто не поміг мені, як доля вдарила. Мене одштовхнули, кинули, мов гадюку, на огонь. Що я міг зробити? А? Мені тільки кісно було. Хотілось по-новому все тут зладити. Поставити нові хати. Засадити землі хмелем, жити по-людськи.</w:t>
      </w:r>
    </w:p>
    <w:p>
      <w:r>
        <w:br/>
        <w:t>— В тебе, брате, серце закипілося гнівом,— кажу я.</w:t>
      </w:r>
    </w:p>
    <w:p>
      <w:r>
        <w:br/>
        <w:t>— Ти знаєш,— не слухаючи, відповідає він,— десятина хмелю дає п'ять тисяч золотом. І це ж на ціле життя! Ти тільки подумай. П'ять тисяч золотом! Людиною станеш!</w:t>
      </w:r>
    </w:p>
    <w:p>
      <w:r>
        <w:br/>
        <w:t>— А ти звіром став.</w:t>
      </w:r>
    </w:p>
    <w:p>
      <w:r>
        <w:br/>
        <w:t>— Звіром, кажеш? Так звір тільки й живе на землі. Еге, коли б я був звіром! А мені за все, що тільки зроблю, обкипає серце! Ні, ти не слухай, брате, моїх теревенів! Будь мені рідний, скажи хоч одно слово тепле! Тоді я для тебе сам розірвусь. Га? Чуєш, брате?</w:t>
      </w:r>
    </w:p>
    <w:p>
      <w:r>
        <w:br/>
        <w:t>Він сидів і тихо плакав. А я тримав його, як малу дитину, й заспокоював.</w:t>
      </w:r>
    </w:p>
    <w:p>
      <w:r>
        <w:br/>
        <w:t>XVI</w:t>
      </w:r>
    </w:p>
    <w:p>
      <w:r>
        <w:br/>
        <w:t>Після того я щось кілька днів зовсім не бачив Харитона. Де він подівся з дружиною, я не знав. Ми всі оселились на пасіці в Павла.</w:t>
      </w:r>
    </w:p>
    <w:p>
      <w:r>
        <w:br/>
        <w:t>Сьогодні сестра одходить до начміліції. Вона ще зранку щось метушиться, бігає й плаче, а в перервах тягне якусь довгу й смутну пісню.</w:t>
      </w:r>
    </w:p>
    <w:p>
      <w:r>
        <w:br/>
        <w:t>Пізніш вибігає з хати, й стає простягнута вгору, притиснувшись до берези, і щось пристрасно, скам'яніло шепоче.</w:t>
      </w:r>
    </w:p>
    <w:p>
      <w:r>
        <w:br/>
        <w:t>До катраги приходить заплакана, але зовні спокійна.</w:t>
      </w:r>
    </w:p>
    <w:p>
      <w:r>
        <w:br/>
        <w:t>— Ти вже йдеш? — поспитала мама.</w:t>
      </w:r>
    </w:p>
    <w:p>
      <w:r>
        <w:br/>
        <w:t>— Сестро, люба! Таки береш цей тягар на плечі?</w:t>
      </w:r>
    </w:p>
    <w:p>
      <w:r>
        <w:br/>
        <w:t>— А що ж мені робити, братіку? Га? Що скажеш робити?</w:t>
      </w:r>
    </w:p>
    <w:p>
      <w:r>
        <w:br/>
        <w:t>— Це велика кара тобі, сестро!</w:t>
      </w:r>
    </w:p>
    <w:p>
      <w:r>
        <w:br/>
        <w:t>— То треба взяти, понести до кінця,— тихо відповідає вона.</w:t>
      </w:r>
    </w:p>
    <w:p>
      <w:r>
        <w:br/>
        <w:t>Вона помовчала, болісно-стомленими очима оглянула кат-рагу.</w:t>
      </w:r>
    </w:p>
    <w:p>
      <w:r>
        <w:br/>
        <w:t>— Та ти не клопочись! Я ще прийду до тебе. Я ще житиму й житиму.</w:t>
      </w:r>
    </w:p>
    <w:p>
      <w:r>
        <w:br/>
        <w:t>Вона оглянула мене уважніш.</w:t>
      </w:r>
    </w:p>
    <w:p>
      <w:r>
        <w:br/>
        <w:t>— І ти нещасний, я бачу: он уже й лисенький. І лисенький, і щербатенький. Та я про це нікому не скажу. Дай я поцілую тебе, брате.</w:t>
      </w:r>
    </w:p>
    <w:p>
      <w:r>
        <w:br/>
        <w:t>Поглянула на пучок засушених квіток.</w:t>
      </w:r>
    </w:p>
    <w:p>
      <w:r>
        <w:br/>
        <w:t>— І вас, чорнобривці, вже більш не побачу... Вкінець уразливо скривилась, кивнула головою:</w:t>
      </w:r>
    </w:p>
    <w:p>
      <w:r>
        <w:br/>
        <w:t>— Ну, я біжу. Мені тепер ніколи, братіку, дуже ніколи... Метнулась і зникла. Лише кілька стрічок у косах зоставили</w:t>
      </w:r>
    </w:p>
    <w:p>
      <w:r>
        <w:br/>
        <w:t>довгий слід.</w:t>
      </w:r>
    </w:p>
    <w:p>
      <w:r>
        <w:br/>
        <w:t>— На вінчання, доню, на радість родові! — тихо сказала мама й заплакала.</w:t>
      </w:r>
    </w:p>
    <w:p>
      <w:r>
        <w:br/>
        <w:t>Павло якось уникає нас. Він забивається кудись у кущі й там щось робить. Коли вийшла сестра, я виразно почув хрипкі голоси з сопілки. Тоді раптом, мовби зірвалась, розправилась довга й смутна пісня й тихо пішла поміж кущами.</w:t>
      </w:r>
    </w:p>
    <w:p>
      <w:r>
        <w:br/>
        <w:t>Вона хвилинами обривалась, але чимраз виростала й дужчала.</w:t>
      </w:r>
    </w:p>
    <w:p>
      <w:r>
        <w:br/>
        <w:t>Я не в силі одірватись од неї, йду просто дерева. Брат сидить під кущем дикої троянди й з насолодою, з радісним поглядом смокче сопілку.</w:t>
      </w:r>
    </w:p>
    <w:p>
      <w:r>
        <w:br/>
        <w:t>Угледівши мене, виймає сопілку й дивиться п'яно й захоплено.</w:t>
      </w:r>
    </w:p>
    <w:p>
      <w:r>
        <w:br/>
        <w:t>— Сестра одійшла од нас назовсім,— кажу я.</w:t>
      </w:r>
    </w:p>
    <w:p>
      <w:r>
        <w:br/>
        <w:t>— Куди?</w:t>
      </w:r>
    </w:p>
    <w:p>
      <w:r>
        <w:br/>
        <w:t>— До начміліції.</w:t>
      </w:r>
    </w:p>
    <w:p>
      <w:r>
        <w:br/>
        <w:t>— Ну, що ж! Що їй більш робити?</w:t>
      </w:r>
    </w:p>
    <w:p>
      <w:r>
        <w:br/>
        <w:t>— Хіба тобі байдуже? Він замислився.</w:t>
      </w:r>
    </w:p>
    <w:p>
      <w:r>
        <w:br/>
        <w:t>— Мені тепер усе байдуже.</w:t>
      </w:r>
    </w:p>
    <w:p>
      <w:r>
        <w:br/>
        <w:t>— Чого ти нас уникаєш?</w:t>
      </w:r>
    </w:p>
    <w:p>
      <w:r>
        <w:br/>
        <w:t>— До кущів більше звик. Вони мене слухають і не глузують.</w:t>
      </w:r>
    </w:p>
    <w:p>
      <w:r>
        <w:br/>
        <w:t>— А хіба ми глузували?</w:t>
      </w:r>
    </w:p>
    <w:p>
      <w:r>
        <w:br/>
        <w:t>— Та потрошку.</w:t>
      </w:r>
    </w:p>
    <w:p>
      <w:r>
        <w:br/>
        <w:t>— Все руйнується, брате,— кажу я.</w:t>
      </w:r>
    </w:p>
    <w:p>
      <w:r>
        <w:br/>
        <w:t>— Ще є пасіка,— відповідає він у задумі,— а коли й її розтягнуть, я тоді піду голий на кущі. Буду жити звіром, та ніяка свинота не стане знущатися. Ось що! А що мені тепер? Га? Мені нічого не треба.</w:t>
      </w:r>
    </w:p>
    <w:p>
      <w:r>
        <w:br/>
        <w:t>Він помовчав, кудись упірнувши своїм зором. Тоді послинив сопілку й почав награвати. Пісня його щодалі дужчала, бадьорі хвилі рвались із смутної мелодії, немов тікали кудись у простір.</w:t>
      </w:r>
    </w:p>
    <w:p>
      <w:r>
        <w:br/>
        <w:t>XVII</w:t>
      </w:r>
    </w:p>
    <w:p>
      <w:r>
        <w:br/>
        <w:t>Зовні це був звичайний жебрак, у зеленому обірваному плащі, в рудому, незвичайно потертому кашкеті. Та дивувала одна палиця — з нанизаними обручиками роговини, з великим дзьобом якогось птаха.</w:t>
      </w:r>
    </w:p>
    <w:p>
      <w:r>
        <w:br/>
        <w:t>І ніс у цього чоловіка так само великий, гострий, а сині очі розм'яклі та посоловілі. Добродій привітався й признавсь:</w:t>
      </w:r>
    </w:p>
    <w:p>
      <w:r>
        <w:br/>
        <w:t>— Учитель місцевої школи Іван Тхоренко. Іду з сусіднього села. Ходив, щоб дядьки поле приорали.</w:t>
      </w:r>
    </w:p>
    <w:p>
      <w:r>
        <w:br/>
        <w:t>— Ну, й що ж? — питає мама.</w:t>
      </w:r>
    </w:p>
    <w:p>
      <w:r>
        <w:br/>
        <w:t>— Та що, зайшов по дорозі перепочити, води напитися та й погомоніти.</w:t>
      </w:r>
    </w:p>
    <w:p>
      <w:r>
        <w:br/>
        <w:t>— Ну, а поле як?</w:t>
      </w:r>
    </w:p>
    <w:p>
      <w:r>
        <w:br/>
        <w:t>— Хм, поле! Поле так. Ось приходжу в один двір, кажу: так і так, дядюшка, а він на мене: зирк, зирк! А тоді й кепкує: чого це ви, Йване Пилиповичу, немов по шматки. По шматки ходити — то святе діло, нема тут ніякого сорому! А він тільки скоса дивиться та радіє. Старцями, каже, всі поробились, урівнялись. Ну, а мені байдуже. Хай кепкують! Коли старець із старця кепкує, яка то обида буде?</w:t>
      </w:r>
    </w:p>
    <w:p>
      <w:r>
        <w:br/>
        <w:t>— Так-таки зорють? — запитує мама.</w:t>
      </w:r>
    </w:p>
    <w:p>
      <w:r>
        <w:br/>
        <w:t>— Зорють, тьотю! Ще світ не перевівся,— радісно повторює гість.</w:t>
      </w:r>
    </w:p>
    <w:p>
      <w:r>
        <w:br/>
        <w:t>— Ну, і що ж ви, раді цьому? — запитую я.</w:t>
      </w:r>
    </w:p>
    <w:p>
      <w:r>
        <w:br/>
        <w:t>— Я радий? Я тепер усьому радий.</w:t>
      </w:r>
    </w:p>
    <w:p>
      <w:r>
        <w:br/>
        <w:t>— А чому?</w:t>
      </w:r>
    </w:p>
    <w:p>
      <w:r>
        <w:br/>
        <w:t>— Та тому, що світ ще не перевівся.</w:t>
      </w:r>
    </w:p>
    <w:p>
      <w:r>
        <w:br/>
        <w:t>— Що ж вас так тішить?</w:t>
      </w:r>
    </w:p>
    <w:p>
      <w:r>
        <w:br/>
        <w:t>— Нове життя твориться!</w:t>
      </w:r>
    </w:p>
    <w:p>
      <w:r>
        <w:br/>
        <w:t>— Як там твориться воно! Коли воно розлазиться,— а, Господи! — сердито обзивається мама.</w:t>
      </w:r>
    </w:p>
    <w:p>
      <w:r>
        <w:br/>
        <w:t>— Ото саме й твориться! Зараз люд злидніє. А пройде ще трохи. Ось побачите: стануть всі старцями, голими, звірами! Земля тоді вкриється ревом, звіриним ревом!</w:t>
      </w:r>
    </w:p>
    <w:p>
      <w:r>
        <w:br/>
        <w:t>— І ви радієте з того? — запитую я.</w:t>
      </w:r>
    </w:p>
    <w:p>
      <w:r>
        <w:br/>
        <w:t>— Радію, голубчику! Ви ж подумайте. Ми всі пнемось створити нове життя! Та як ми створимо його, коли цупко тримаємось за кожну дрібницю. У того штанці старенькі, в тої стрічка, очіпок. А треба, щоб нічого старого не зоставалось. Щоб людина зовсім була дика й гола.</w:t>
      </w:r>
    </w:p>
    <w:p>
      <w:r>
        <w:br/>
        <w:t>— Що ж вона робитиме, така дика людина?</w:t>
      </w:r>
    </w:p>
    <w:p>
      <w:r>
        <w:br/>
        <w:t>— Авжеж, авжеж! Побігає вона по полях диких, по лісах, нажереться падла, гадючини, тоді, може, порозумнішає й зуміє краще збудувати собі життя. Я ось сам. Що біднішаю, то веселішаю! Йду я собі легко, радісно. Знаю, як земля парує, як билина росте, й радію... Радію жити...</w:t>
      </w:r>
    </w:p>
    <w:p>
      <w:r>
        <w:br/>
        <w:t>Він вийняв люльку, поплямкав і пішов од нас. На прощання сказав:</w:t>
      </w:r>
    </w:p>
    <w:p>
      <w:r>
        <w:br/>
        <w:t>— Ось попробуйте, дорогий товаришу, порвати з усім! Тоді взнаєте, як то легко стане. Першому ранкові ви всміхнетесь по-дитячому.</w:t>
      </w:r>
    </w:p>
    <w:p>
      <w:r>
        <w:br/>
        <w:t>— Не знаю, як це можна зробити.</w:t>
      </w:r>
    </w:p>
    <w:p>
      <w:r>
        <w:br/>
        <w:t>— Хе, як зробити! На сьогодні життя — це велика скорботна книга наша. Треба в ньому знайти радість, бо вдруге не будете жити, бо вдруге не взнаєте радості.</w:t>
      </w:r>
    </w:p>
    <w:p>
      <w:r>
        <w:br/>
        <w:t>— Та хіба в дикунстві ото радість?</w:t>
      </w:r>
    </w:p>
    <w:p>
      <w:r>
        <w:br/>
        <w:t>— Тільки через звіра чоловік знову стане освячений.</w:t>
      </w:r>
    </w:p>
    <w:p>
      <w:r>
        <w:br/>
        <w:t>Небо налилося морозом. Воно все в маленьких іскрястих коралях. Гострі промені посплітались і заволокли глибінь у золоту сітку.</w:t>
      </w:r>
    </w:p>
    <w:p>
      <w:r>
        <w:br/>
        <w:t>Ліс уже зовсім оголився. Тонкі дубчики заплели мереживом далечінь. Вони як полохливі дівчата, що засоромлено збираються лізти в воду.</w:t>
      </w:r>
    </w:p>
    <w:p>
      <w:r>
        <w:br/>
        <w:t>Я п'ю ніч цю, гостру й колючу, і моє серце наповнюється краплинами вогнів і тихою любов'ю до землі.</w:t>
      </w:r>
    </w:p>
    <w:p>
      <w:r>
        <w:br/>
        <w:t>Я сиджу на пасіці коло катраги й бачу, як полохливо тремтять сині вогні зірок, і чую їх шелест.</w:t>
      </w:r>
    </w:p>
    <w:p>
      <w:r>
        <w:br/>
        <w:t>Тоді вгадую давні дорогі слова з Уівуа Впагаії:</w:t>
      </w:r>
    </w:p>
    <w:p>
      <w:r>
        <w:br/>
        <w:t>"Хіба мій Бог— не вічний марнотратник часу? Він кидає зірки й планети у вихор безкінечних змін. На потік видимий він пускає паперові човники віків, навантажені його фантазіями".</w:t>
      </w:r>
    </w:p>
    <w:p>
      <w:r>
        <w:br/>
        <w:t>Мені стає легко, мов крізь душу пройшла вся прозорінь морозяного неба.</w:t>
      </w:r>
    </w:p>
    <w:p>
      <w:r>
        <w:br/>
        <w:t>Я тихо кажу в isva ВЬагаІі:</w:t>
      </w:r>
    </w:p>
    <w:p>
      <w:r>
        <w:br/>
        <w:t>"Любий друже! Сьогодні в морозі замерзають краплини моєї крові й муки мої у маленькі краплини вогнів, у вогняні тумани. Морозяне небо наповнює мене холодною радістю.</w:t>
      </w:r>
    </w:p>
    <w:p>
      <w:r>
        <w:br/>
        <w:t>Дух мій іде на гори. Благословляю найтихший шелест пожовклого листу на березі.</w:t>
      </w:r>
    </w:p>
    <w:p>
      <w:r>
        <w:br/>
        <w:t>Чому ти мовчиш? Я щодня з замиранням серця чекаю відповіді твоєї... Та тепер я знаю.</w:t>
      </w:r>
    </w:p>
    <w:p>
      <w:r>
        <w:br/>
        <w:t>Мій шлях стелеться тільки назустріч тобі.</w:t>
      </w:r>
    </w:p>
    <w:p>
      <w:r>
        <w:br/>
        <w:t>Сьогодні пісня моя ллється разом з криком мого народу. Нехай кричить: за його прекрасні землі — тисячолітні муки йому!</w:t>
      </w:r>
    </w:p>
    <w:p>
      <w:r>
        <w:br/>
        <w:t>Тоді він буде молодий та щасливий. І я цілую ці прийдешні молоді ранки його, вклоняюся його страдницькій путі в далечінь ".</w:t>
      </w:r>
    </w:p>
    <w:p>
      <w:r>
        <w:br/>
        <w:t>З тихим шелестом одходить ніч. А на ранок до пасіки прилетів якийсь дивний птах і сів на молодого дуба. В ту ж пору пробіг вітрець, зашелестіло гілля, на річці гуси прокричали злякано.</w:t>
      </w:r>
    </w:p>
    <w:p>
      <w:r>
        <w:br/>
        <w:t>В моїм серці пройшла тривога й радість. Я тихо запитую: невже це справді людові моєму вісник смерті? А коли заплющую очі, бачу: це тихо йде блакитний, голубиний день.</w:t>
      </w:r>
    </w:p>
    <w:p>
      <w:r>
        <w:br/>
        <w:t>Ніби темними східцями встає він над лісами в небо, і хода йому легка, як льот дужої птиці.</w:t>
      </w:r>
    </w:p>
    <w:p>
      <w:r>
        <w:br/>
        <w:t>Щодалі — синіє ранок, сивими кучерями прискає десь у заграві перший промінь.</w:t>
      </w:r>
    </w:p>
    <w:p>
      <w:r>
        <w:br/>
        <w:t>Тоді яри й ліси наливаються молодими радощами. Новий день.</w:t>
      </w:r>
    </w:p>
    <w:p>
      <w:r>
        <w:br/>
        <w:t>Я стою мовчазний, нерухомий і вслухаюся в нього. XIX</w:t>
      </w:r>
    </w:p>
    <w:p>
      <w:r>
        <w:br/>
        <w:t>Звечора гуділи довгим зажуреним співом ліси. А на ранок випав сніг. Пухкими бавовняними шапками вкрилися землі. На темних, густих хмарах, обперезаних червоною каймою, молоділи ліси. Чутно було з лісу бадьоре цюкання дерев. Уперше за всю цю пору з лісу вийшов Харитон, червоний, захеканий, з сокирою на плечі, але бадьорий.</w:t>
      </w:r>
    </w:p>
    <w:p>
      <w:r>
        <w:br/>
        <w:t>— Що ти тут робиш?</w:t>
      </w:r>
    </w:p>
    <w:p>
      <w:r>
        <w:br/>
        <w:t>— Ліс рубаю. Будемо знову будуватись. Мені тут сидіти, мені дбати за землі. Виллю тут нові оселі, на долині хмелю розведу.</w:t>
      </w:r>
    </w:p>
    <w:p>
      <w:r>
        <w:br/>
        <w:t>— Ну й що?</w:t>
      </w:r>
    </w:p>
    <w:p>
      <w:r>
        <w:br/>
        <w:t>— Десять тисяч прибутку щороку. Ти розумієш? Треба вміти по-новому жити. Я тоді начхать хотів на всіх! Обгороджусь, брате, поставлю високого тина навкруги. Нема мені тоді ні до кого діла!</w:t>
      </w:r>
    </w:p>
    <w:p>
      <w:r>
        <w:br/>
        <w:t>Я тисну йому руку й відходжу. Брат іде слідом за мною.</w:t>
      </w:r>
    </w:p>
    <w:p>
      <w:r>
        <w:br/>
        <w:t>— Ти на мене гніваєшся?</w:t>
      </w:r>
    </w:p>
    <w:p>
      <w:r>
        <w:br/>
        <w:t>— За що?</w:t>
      </w:r>
    </w:p>
    <w:p>
      <w:r>
        <w:br/>
        <w:t>— За все, що я вдіяв тут?</w:t>
      </w:r>
    </w:p>
    <w:p>
      <w:r>
        <w:br/>
        <w:t>— Треба вміти прощати людям!</w:t>
      </w:r>
    </w:p>
    <w:p>
      <w:r>
        <w:br/>
        <w:t>Він полохливо блимає віями. Очі йому рясняться. Він раптом кидається мені на груди й цілує:</w:t>
      </w:r>
    </w:p>
    <w:p>
      <w:r>
        <w:br/>
        <w:t>— Цього вже ніколи в світі не буде, слухай, брате!</w:t>
      </w:r>
    </w:p>
    <w:p>
      <w:r>
        <w:br/>
        <w:t>Я мовчу. За хвилину одходжу, а він ще довго дивиться услід мені винуватими очима.</w:t>
      </w:r>
    </w:p>
    <w:p>
      <w:r>
        <w:br/>
        <w:t>XX</w:t>
      </w:r>
    </w:p>
    <w:p>
      <w:r>
        <w:br/>
        <w:t>Мама надвечір кудись збирається. Вона вийняла із скрині все, що зберегла на вмируще, одяглася, причепурилась. Очі їй дивились зосередковано й тихо</w:t>
      </w:r>
    </w:p>
    <w:p>
      <w:r>
        <w:br/>
        <w:t>— Куди ви, мамо? — питаю.</w:t>
      </w:r>
    </w:p>
    <w:p>
      <w:r>
        <w:br/>
        <w:t>— Пора вже збиратись.</w:t>
      </w:r>
    </w:p>
    <w:p>
      <w:r>
        <w:br/>
        <w:t>— Куди, мамо?</w:t>
      </w:r>
    </w:p>
    <w:p>
      <w:r>
        <w:br/>
        <w:t>— Піду, сину, землями; буду ходити поміж людей, годі мені тут сидіти!</w:t>
      </w:r>
    </w:p>
    <w:p>
      <w:r>
        <w:br/>
        <w:t>— Що з вами сталося, мамо?</w:t>
      </w:r>
    </w:p>
    <w:p>
      <w:r>
        <w:br/>
        <w:t>— А що ж сталось? Землі он кличуть! Чуєш?</w:t>
      </w:r>
    </w:p>
    <w:p>
      <w:r>
        <w:br/>
        <w:t>— Земля порохнею сипле,— кажу я.</w:t>
      </w:r>
    </w:p>
    <w:p>
      <w:r>
        <w:br/>
        <w:t>— Е, ні, сину, кличуть. Я піду, як собі знаєте.</w:t>
      </w:r>
    </w:p>
    <w:p>
      <w:r>
        <w:br/>
        <w:t>Мама виходить із пасіки з високою палицею, з тихим святковим обличчям. Я проводжу її.</w:t>
      </w:r>
    </w:p>
    <w:p>
      <w:r>
        <w:br/>
        <w:t>— То це ви навіки, мамо? Навіки розлучаємось?</w:t>
      </w:r>
    </w:p>
    <w:p>
      <w:r>
        <w:br/>
        <w:t>— Може, й навіки, сину!</w:t>
      </w:r>
    </w:p>
    <w:p>
      <w:r>
        <w:br/>
        <w:t>— Навіщо ми тут зустрілись, мамо? Невже ніколи не зустрінемось, не побачимось більше?</w:t>
      </w:r>
    </w:p>
    <w:p>
      <w:r>
        <w:br/>
        <w:t>— Моє серце, сину, за муки мої розіллється на землі: як впізнаєш, то знатимеш, що то голос твоєї матері.</w:t>
      </w:r>
    </w:p>
    <w:p>
      <w:r>
        <w:br/>
        <w:t>Вона вклонилась леваді й тоді пішла повагом по підгір'ю. Я кажу їй тихо:</w:t>
      </w:r>
    </w:p>
    <w:p>
      <w:r>
        <w:br/>
        <w:t>— Мамо, невже це все? Невже ми тільки блискавки, тільки випадкові перехожі на цій землі?</w:t>
      </w:r>
    </w:p>
    <w:p>
      <w:r>
        <w:br/>
        <w:t>Вона дивиться на мене глибоким пронизливим поглядом.</w:t>
      </w:r>
    </w:p>
    <w:p>
      <w:r>
        <w:br/>
        <w:t>— Мамо, підемо разом. Я припаду до вашої порваної спідниці, й підемо разом.</w:t>
      </w:r>
    </w:p>
    <w:p>
      <w:r>
        <w:br/>
        <w:t>— Ні, тобі тут зоставатись! — твердо, але тихо каже мама. На горі ми прощаємось. У мами впала одна сльоза, та вона</w:t>
      </w:r>
    </w:p>
    <w:p>
      <w:r>
        <w:br/>
        <w:t>швидко зігнала її й пішла далі. Навкруги біліли пухкі шапки снігів, котився самітньо жовтий лист.</w:t>
      </w:r>
    </w:p>
    <w:p>
      <w:r>
        <w:br/>
        <w:t>З лісу вийшов золотавий лис, перебіг на долину, зирнув на мене й зник.</w:t>
      </w:r>
    </w:p>
    <w:p>
      <w:r>
        <w:br/>
        <w:t>На золотім тлі вечора мама йшла легкою, молодечою ходою. Швидко вона потонула в тумані. Тоді тумани заклубились, поп'ялися в ковтуни й посунули вгору. Мою душу обняла глибока радість.</w:t>
      </w:r>
    </w:p>
    <w:p>
      <w:r>
        <w:br/>
        <w:t>Поблизу шелестіло стиха замерзле гілля. Ніби дзвонили замерзлі крапки та рясні інії.</w:t>
      </w:r>
    </w:p>
    <w:p>
      <w:r>
        <w:br/>
        <w:t>А мені той дзвін впивався в груди.</w:t>
      </w:r>
    </w:p>
    <w:p>
      <w:r>
        <w:br/>
        <w:t>Я кажу собі: радість мені сьогодні. Нема в мене більше своєї землі — вся земля моя...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Землі дзвонять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