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Зелений шум</w:t>
      </w:r>
    </w:p>
    <w:p>
      <w:r>
        <w:br/>
        <w:t xml:space="preserve"> Іде, гуде Зелений шум,&lt;br /&gt;</w:t>
        <w:br/>
        <w:t>Зелений шум, весняний шум,&lt;br /&gt;</w:t>
        <w:br/>
        <w:t>Гуляючи як схопиться&lt;br /&gt;</w:t>
        <w:br/>
        <w:t>Десь вітер горовий,&lt;br /&gt;</w:t>
        <w:br/>
        <w:t>Хитне кущем — вільшиною,&lt;br /&gt;</w:t>
        <w:br/>
        <w:t>Квітчаний пил роздмухає&lt;br /&gt;</w:t>
        <w:br/>
        <w:t>Хмаринкою. Все в зелені —&lt;br /&gt;</w:t>
        <w:br/>
        <w:t>Повітря і вода.&lt;br /&gt;</w:t>
        <w:br/>
        <w:t>Іде, гуде Зелений шум,&lt;br /&gt;</w:t>
        <w:br/>
        <w:t>Іде, гуде весняний шум!&lt;br /&gt;</w:t>
        <w:br/>
        <w:t>— Дружина в мене лагідна,&lt;br /&gt;</w:t>
        <w:br/>
        <w:t>Наталочка-білявочка,&lt;br /&gt;</w:t>
        <w:br/>
        <w:t>Як тиха та вода!&lt;br /&gt;</w:t>
        <w:br/>
        <w:t>Але біда їй сталася,&lt;br /&gt;</w:t>
        <w:br/>
        <w:t>Як літом жив я в городі...&lt;br /&gt;</w:t>
        <w:br/>
        <w:t>Сама, дурна, призналася!&lt;br /&gt;</w:t>
        <w:br/>
        <w:t>Отож удвох у хаті ми&lt;br /&gt;</w:t>
        <w:br/>
        <w:t>Зимою сидимо.&lt;br /&gt;</w:t>
        <w:br/>
        <w:t>Спідлоба жінка дивиться,&lt;br /&gt;</w:t>
        <w:br/>
        <w:t>Зорить, мовчить вона.&lt;br /&gt;</w:t>
        <w:br/>
        <w:t>Мовчу... а думка прoклята&lt;br /&gt;</w:t>
        <w:br/>
        <w:t>Спокою не дає.&lt;br /&gt;</w:t>
        <w:br/>
        <w:t>Убить... так жаль сердешної!&lt;br /&gt;</w:t>
        <w:br/>
        <w:t>Знести... так сил нема!&lt;br /&gt;</w:t>
        <w:br/>
        <w:t>А тут зима потворою&lt;br /&gt;</w:t>
        <w:br/>
        <w:t>Реве і день, і ніч:&lt;br /&gt;</w:t>
        <w:br/>
        <w:t>"Убий, убий злу гадину!&lt;br /&gt;</w:t>
        <w:br/>
        <w:t>За зраду кара — смерть!&lt;br /&gt;</w:t>
        <w:br/>
        <w:t>А то ввесь вік-нудитимеш,&lt;br /&gt;</w:t>
        <w:br/>
        <w:t>Ні вдень, ні в довгу ніченьку&lt;br /&gt;</w:t>
        <w:br/>
        <w:t>Не знайдеш забуття! "&lt;br /&gt;</w:t>
        <w:br/>
        <w:t>Під пісню-сніговійницю&lt;br /&gt;</w:t>
        <w:br/>
        <w:t>Зла думка в серце в'їлася —&lt;br /&gt;</w:t>
        <w:br/>
        <w:t>Я вигострив ножа.&lt;br /&gt;</w:t>
        <w:br/>
        <w:t>Аж ось весна підкралася...&lt;br /&gt;</w:t>
        <w:br/>
        <w:t>Іде, гуде Зелений шум!&lt;br /&gt;</w:t>
        <w:br/>
        <w:t>Іде, гуде весняний шум!&lt;br /&gt;</w:t>
        <w:br/>
        <w:t>Мов молоком окроплені,&lt;br /&gt;</w:t>
        <w:br/>
        <w:t>Стоять сади, пишаються,&lt;br /&gt;</w:t>
        <w:br/>
        <w:t>Тихенько шелестять.&lt;br /&gt;</w:t>
        <w:br/>
        <w:t>Пригріті теплим сонечком,&lt;br /&gt;</w:t>
        <w:br/>
        <w:t>Шумлять веселі-радісні&lt;br /&gt;</w:t>
        <w:br/>
        <w:t>Смерекові гаї.&lt;br /&gt;</w:t>
        <w:br/>
        <w:t>Новою вкриті зеленню,&lt;br /&gt;</w:t>
        <w:br/>
        <w:t>Нову лепечуть пісеньку&lt;br /&gt;</w:t>
        <w:br/>
        <w:t>I блідолиста липонька,&lt;br /&gt;</w:t>
        <w:br/>
        <w:t>I біла вся березонька&lt;br /&gt;</w:t>
        <w:br/>
        <w:t>В зелених кісниках.&lt;br /&gt;</w:t>
        <w:br/>
        <w:t>Шумить високий клен...&lt;br /&gt;</w:t>
        <w:br/>
        <w:t>Шумлять вони по-іншому,&lt;br /&gt;</w:t>
        <w:br/>
        <w:t>По-іншому — весняному!&lt;br /&gt;</w:t>
        <w:br/>
        <w:t>Іде, гуде Зелений шум,&lt;br /&gt;</w:t>
        <w:br/>
        <w:t>Зелений шум, весняний шум!&lt;br /&gt;</w:t>
        <w:br/>
        <w:t>I слабне думка вражена,&lt;br /&gt;</w:t>
        <w:br/>
        <w:t>Ніж падає із рук...&lt;br /&gt;</w:t>
        <w:br/>
        <w:t>А всюди пісня стелиться&lt;br /&gt;</w:t>
        <w:br/>
        <w:t>Одна в гаю, в лугах:&lt;br /&gt;</w:t>
        <w:br/>
        <w:t>"Люби, ще поки любиться,&lt;br /&gt;</w:t>
        <w:br/>
        <w:t>Терпи, аж доки терпиться,&lt;br /&gt;</w:t>
        <w:br/>
        <w:t>Прощай, коли прощається,&lt;br /&gt;</w:t>
        <w:br/>
        <w:t>I Бог тобі суддя! "</w:t>
      </w:r>
    </w:p>
    <w:p>
      <w:r>
        <w:br/>
      </w:r>
    </w:p>
    <w:p>
      <w:r>
        <w:br/>
        <w:t>Переклад М. Вороного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Зелений шум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