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Зазира в вікно до мене</w:t>
      </w:r>
    </w:p>
    <w:p>
      <w:r>
        <w:br/>
        <w:t xml:space="preserve"> Зазира в вікно до мене&lt;br /&gt;</w:t>
        <w:br/>
        <w:t>Білолиций з високості...&lt;br /&gt;</w:t>
        <w:br/>
        <w:t>— А, здоров, старенький друже!&lt;br /&gt;</w:t>
        <w:br/>
        <w:t>Ну, прошу до мене в гості!</w:t>
      </w:r>
    </w:p>
    <w:p>
      <w:r>
        <w:br/>
        <w:t>Як ся маєш? Як озвались&lt;br /&gt;</w:t>
        <w:br/>
        <w:t>На тобі останні роки?&lt;br /&gt;</w:t>
        <w:br/>
        <w:t>Мабуть, добре: все ти сяєш,&lt;br /&gt;</w:t>
        <w:br/>
        <w:t>Все повненькі в тебе щоки.</w:t>
      </w:r>
    </w:p>
    <w:p>
      <w:r>
        <w:br/>
        <w:t>Конституції, запевне,&lt;br /&gt;</w:t>
        <w:br/>
        <w:t>Не зазнав ти серед неба,&lt;br /&gt;</w:t>
        <w:br/>
        <w:t>І тікати від погромів&lt;br /&gt;</w:t>
        <w:br/>
        <w:t>Там вгорі було не треба.</w:t>
      </w:r>
    </w:p>
    <w:p>
      <w:r>
        <w:br/>
        <w:t>І твою бібліотеку&lt;br /&gt;</w:t>
        <w:br/>
        <w:t>Не являлись розглядати,&lt;br /&gt;</w:t>
        <w:br/>
        <w:t>Не везли тебе, як здобич,&lt;br /&gt;</w:t>
        <w:br/>
        <w:t>За міцні залізні грати.</w:t>
      </w:r>
    </w:p>
    <w:p>
      <w:r>
        <w:br/>
        <w:t>Ні дочки тобі, ні сина&lt;br /&gt;</w:t>
        <w:br/>
        <w:t>Не поклали молодими&lt;br /&gt;</w:t>
        <w:br/>
        <w:t>У холодну темну яму&lt;br /&gt;</w:t>
        <w:br/>
        <w:t>Люди з гудзями ясними.</w:t>
      </w:r>
    </w:p>
    <w:p>
      <w:r>
        <w:br/>
        <w:t>Ти не знав там, повновидий,&lt;br /&gt;</w:t>
        <w:br/>
        <w:t>Угорі того нічого.&lt;br /&gt;</w:t>
        <w:br/>
        <w:t>Ну, а я... те все зазнав я&lt;br /&gt;</w:t>
        <w:br/>
        <w:t>Та й багато опріч того.</w:t>
      </w:r>
    </w:p>
    <w:p>
      <w:r>
        <w:br/>
        <w:t>Через те тепер лежу я,&lt;br /&gt;</w:t>
        <w:br/>
        <w:t>Занедбав гаї та луки&lt;br /&gt;</w:t>
        <w:br/>
        <w:t>І про ліки розмовляю,&lt;br /&gt;</w:t>
        <w:br/>
        <w:t>І лежать без діла руки...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Зазира в вікно до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