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Зав'язують, затягають...</w:t>
      </w:r>
    </w:p>
    <w:p>
      <w:r>
        <w:br/>
        <w:t xml:space="preserve"> Зав'язують, затягають,&lt;br /&gt;</w:t>
        <w:br/>
        <w:t>Як ряска плесо.&lt;br /&gt;</w:t>
        <w:br/>
        <w:t>Живущим погрівом – сонце,&lt;br /&gt;</w:t>
        <w:br/>
        <w:t>Гіркавим пилом – полинь,&lt;br /&gt;</w:t>
        <w:br/>
        <w:t>Миром – тінь:&lt;br /&gt;</w:t>
        <w:br/>
        <w:t>"Забудь... Покинь..."</w:t>
      </w:r>
    </w:p>
    <w:p>
      <w:r>
        <w:br/>
        <w:t>"Милі, милі, один же вік.&lt;br /&gt;</w:t>
        <w:br/>
        <w:t>Покинути, що злеліяв?&lt;br /&gt;</w:t>
        <w:br/>
        <w:t>Оддати іншим, про віщо мріяв?&lt;br /&gt;</w:t>
        <w:br/>
        <w:t>Для чого ж я жаром протік?"</w:t>
      </w:r>
    </w:p>
    <w:p>
      <w:r>
        <w:br/>
        <w:t>Коли чую: від сонця сміх.&lt;br /&gt;</w:t>
        <w:br/>
        <w:t>"От я сію найбільш усіх,&lt;br /&gt;</w:t>
        <w:br/>
        <w:t>А ти бачив женців моїх?</w:t>
      </w:r>
    </w:p>
    <w:p>
      <w:r>
        <w:br/>
        <w:t>Радість на бистрому вітрі цвіте.&lt;br /&gt;</w:t>
        <w:br/>
        <w:t>Ой на бистрому, ще й на рвучкому,&lt;br /&gt;</w:t>
        <w:br/>
        <w:t>А бажання – при доброму й злому –&lt;br /&gt;</w:t>
        <w:br/>
        <w:t>Стоять, як дерева навколо дому –&lt;br /&gt;</w:t>
        <w:br/>
        <w:t>Не одходять ніколи, ніде.&lt;br /&gt;</w:t>
        <w:br/>
        <w:t>То, скільки не жити,&lt;br /&gt;</w:t>
        <w:br/>
        <w:t>Мрії не вдовольнити".</w:t>
      </w:r>
    </w:p>
    <w:p>
      <w:r>
        <w:br/>
        <w:t>Зав'язують, затягають:&lt;br /&gt;</w:t>
        <w:br/>
        <w:t>"Забудь... покинь!..."&lt;br /&gt;</w:t>
        <w:br/>
        <w:t>Ласкавим опалом – сонце,&lt;br /&gt;</w:t>
        <w:br/>
        <w:t>Оливним димом – полинь,&lt;br /&gt;</w:t>
        <w:br/>
        <w:t>Миром – тінь.</w:t>
      </w:r>
    </w:p>
    <w:p>
      <w:r>
        <w:br/>
        <w:t>1935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Зав'язують, затягають...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