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Зацілую мрію на твоїх вустах...</w:t>
      </w:r>
    </w:p>
    <w:p>
      <w:r>
        <w:br/>
        <w:t xml:space="preserve"> Зацілую мрію на твоїх вустах,&lt;br /&gt;</w:t>
        <w:br/>
        <w:t>Розтривожу осінь в золотих садах.&lt;br /&gt;</w:t>
        <w:br/>
        <w:t>Зацвіте бажання й запалахкотить,&lt;br /&gt;</w:t>
        <w:br/>
        <w:t>Птахом сизокрилим в серце прилетить.</w:t>
      </w:r>
    </w:p>
    <w:p>
      <w:r>
        <w:br/>
        <w:t>Роздобуду слово серед тисяч мов,&lt;br /&gt;</w:t>
        <w:br/>
        <w:t>Щоб тебе назвати милою зазнов,&lt;br /&gt;</w:t>
        <w:br/>
        <w:t>Щоб воскресла ще раз спогадів сльоза,&lt;br /&gt;</w:t>
        <w:br/>
        <w:t>Про кохання наше вітер розказав.</w:t>
      </w:r>
    </w:p>
    <w:p>
      <w:r>
        <w:br/>
        <w:t>Як повернусь в літо — в зиму не піду,&lt;br /&gt;</w:t>
        <w:br/>
        <w:t>І печаль від серця вправно відведу,&lt;br /&gt;</w:t>
        <w:br/>
        <w:t>Тільки ти п'янила б дух і розум мій,&lt;br /&gt;</w:t>
        <w:br/>
        <w:t>Дарувала щастя зливою надій.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Зацілую мрію на твоїх вустах...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