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Заснування Переяслава</w:t>
      </w:r>
    </w:p>
    <w:p>
      <w:r>
        <w:br/>
        <w:t xml:space="preserve"> (p. 993)</w:t>
      </w:r>
    </w:p>
    <w:p>
      <w:r>
        <w:br/>
        <w:t>Пішов Володимир у наші Карпати,&lt;br /&gt;</w:t>
        <w:br/>
        <w:t>Пішов він карпатських хорват воювати.</w:t>
      </w:r>
    </w:p>
    <w:p>
      <w:r>
        <w:br/>
        <w:t>Не довго, мабуть, він війну ту тягнув&lt;br /&gt;</w:t>
        <w:br/>
        <w:t>І вчасно до Києва з військом вернув.</w:t>
      </w:r>
    </w:p>
    <w:p>
      <w:r>
        <w:br/>
        <w:t>Тривожнії вісті зі сходу прийшли:&lt;br /&gt;</w:t>
        <w:br/>
        <w:t>Ідуть печеніги по той бік Сули.</w:t>
      </w:r>
    </w:p>
    <w:p>
      <w:r>
        <w:br/>
        <w:t>Пішов Владимир проти них у поході,&lt;br /&gt;</w:t>
        <w:br/>
        <w:t>Зустрів їх над Трубежем на самім броді.</w:t>
      </w:r>
    </w:p>
    <w:p>
      <w:r>
        <w:br/>
        <w:t>І став Володимир по сей бік ріки,&lt;br /&gt;</w:t>
        <w:br/>
        <w:t>По той печеніги стоять, як дрюки.</w:t>
      </w:r>
    </w:p>
    <w:p>
      <w:r>
        <w:br/>
        <w:t>Не сміють ні ті на тамтой бік іти,&lt;br /&gt;</w:t>
        <w:br/>
        <w:t>Ні сі на сім боці шукати мети.</w:t>
      </w:r>
    </w:p>
    <w:p>
      <w:r>
        <w:br/>
        <w:t>Ось князь печенізький приїхав к ріці,&lt;br /&gt;</w:t>
        <w:br/>
        <w:t>До Володимира слова рік отсі:</w:t>
      </w:r>
    </w:p>
    <w:p>
      <w:r>
        <w:br/>
        <w:t>"Пусти свого мужа, сильнішого в вас,&lt;br /&gt;</w:t>
        <w:br/>
        <w:t>А я пущу свого, хай борються враз.</w:t>
      </w:r>
    </w:p>
    <w:p>
      <w:r>
        <w:br/>
        <w:t>Як твій муж мойого на землю звалить,&lt;br /&gt;</w:t>
        <w:br/>
        <w:t>Три роки не будем мечем вас цвілить,&lt;br /&gt;</w:t>
        <w:br/>
        <w:t>А будемо вашу побіду хвалить.</w:t>
      </w:r>
    </w:p>
    <w:p>
      <w:r>
        <w:br/>
        <w:t>А як наш муж вашим об землю ударить,&lt;br /&gt;</w:t>
        <w:br/>
        <w:t>То будем три роки вас парить і жарить".</w:t>
      </w:r>
    </w:p>
    <w:p>
      <w:r>
        <w:br/>
        <w:t>Поїхав у табір князь Володимир,&lt;br /&gt;</w:t>
        <w:br/>
        <w:t>По табору шле кликуна не на пир,</w:t>
      </w:r>
    </w:p>
    <w:p>
      <w:r>
        <w:br/>
        <w:t>А з окликом: "Хай тут зголоситься муж,&lt;br /&gt;</w:t>
        <w:br/>
        <w:t>Щоб був з печенігом боротися дуж!"</w:t>
      </w:r>
    </w:p>
    <w:p>
      <w:r>
        <w:br/>
        <w:t>По таборі кликав кликун сім годин,&lt;br /&gt;</w:t>
        <w:br/>
        <w:t>Та муж на той клик не озвавсь ні один.</w:t>
      </w:r>
    </w:p>
    <w:p>
      <w:r>
        <w:br/>
        <w:t>А другого дня князь на брід погляда:&lt;br /&gt;</w:t>
        <w:br/>
        <w:t>Стоїть на тім боці ворожа орда,</w:t>
      </w:r>
    </w:p>
    <w:p>
      <w:r>
        <w:br/>
        <w:t>Се свойого мужа вони привели,&lt;br /&gt;</w:t>
        <w:br/>
        <w:t>Та наші охочого ще не знайшли.</w:t>
      </w:r>
    </w:p>
    <w:p>
      <w:r>
        <w:br/>
        <w:t>Вельми зажурився князь Володимир:&lt;br /&gt;</w:t>
        <w:br/>
        <w:t>"Невже не знайдеться й у нас богатир,</w:t>
      </w:r>
    </w:p>
    <w:p>
      <w:r>
        <w:br/>
        <w:t>Що міг би в борню з печеніжином стать,&lt;br /&gt;</w:t>
        <w:br/>
        <w:t>І нам доведеться тут кров проливать?"</w:t>
      </w:r>
    </w:p>
    <w:p>
      <w:r>
        <w:br/>
        <w:t>Та ось старий вояк приходить один&lt;br /&gt;</w:t>
        <w:br/>
        <w:t>І мовить: "Та, княже, у мене там син</w:t>
      </w:r>
    </w:p>
    <w:p>
      <w:r>
        <w:br/>
        <w:t>При домі найменший, а я з чотирма&lt;br /&gt;</w:t>
        <w:br/>
        <w:t>Тут в війську, а шостого в мене нема.</w:t>
      </w:r>
    </w:p>
    <w:p>
      <w:r>
        <w:br/>
        <w:t>А в того найменшого дивна снага:&lt;br /&gt;</w:t>
        <w:br/>
        <w:t>З ким стане бороться, всіх перемага.</w:t>
      </w:r>
    </w:p>
    <w:p>
      <w:r>
        <w:br/>
        <w:t>Із старших, бач, кождого він переміг,&lt;br /&gt;</w:t>
        <w:br/>
        <w:t>Його ж побороти ніхто з них не міг.</w:t>
      </w:r>
    </w:p>
    <w:p>
      <w:r>
        <w:br/>
        <w:t>Раз якось на нього за щось я пеняв,&lt;br /&gt;</w:t>
        <w:br/>
        <w:t>А він в руках шкіру воловую мняв, —</w:t>
      </w:r>
    </w:p>
    <w:p>
      <w:r>
        <w:br/>
        <w:t>Розсердився він — тямлю се й дотепер! —&lt;br /&gt;</w:t>
        <w:br/>
        <w:t>І шкіру волову руками роздер".</w:t>
      </w:r>
    </w:p>
    <w:p>
      <w:r>
        <w:br/>
        <w:t>Дуже втішився князь, вчувши диво таке,&lt;br /&gt;</w:t>
        <w:br/>
        <w:t>І по парубка шле він посольство прудке.</w:t>
      </w:r>
    </w:p>
    <w:p>
      <w:r>
        <w:br/>
        <w:t>Зараз там три кінні із братьм[и] почвалали,&lt;br /&gt;</w:t>
        <w:br/>
        <w:t>Молодого борця на другий день примчали.</w:t>
      </w:r>
    </w:p>
    <w:p>
      <w:r>
        <w:br/>
        <w:t>І сказав йому князь, яке лихо напало.&lt;br /&gt;</w:t>
        <w:br/>
        <w:t>Відповів молодий: "Коб на тім лише стало!"</w:t>
      </w:r>
    </w:p>
    <w:p>
      <w:r>
        <w:br/>
        <w:t>Та хто зна, може, сила ще в мене мала...&lt;br /&gt;</w:t>
        <w:br/>
        <w:t>Чи нема тут міцного, буйного вола?</w:t>
      </w:r>
    </w:p>
    <w:p>
      <w:r>
        <w:br/>
        <w:t>Може, я перед вами ще пробу зроблю:&lt;br /&gt;</w:t>
        <w:br/>
        <w:t>Чи він кине мене, чи я йго переб'ю?"</w:t>
      </w:r>
    </w:p>
    <w:p>
      <w:r>
        <w:br/>
        <w:t>Знайшли вола, що був найдужчий зі всіх,&lt;br /&gt;</w:t>
        <w:br/>
        <w:t>І він роздразнив його як тільки міг,</w:t>
      </w:r>
    </w:p>
    <w:p>
      <w:r>
        <w:br/>
        <w:t>Ще й гарячим гвоздем велів ззаду впекти,&lt;br /&gt;</w:t>
        <w:br/>
        <w:t>І погнався на нього віл, мов до мети.</w:t>
      </w:r>
    </w:p>
    <w:p>
      <w:r>
        <w:br/>
        <w:t>Та він близько до себе вола допустив&lt;br /&gt;</w:t>
        <w:br/>
        <w:t>І одною рукою за ріг учепив,</w:t>
      </w:r>
    </w:p>
    <w:p>
      <w:r>
        <w:br/>
        <w:t>А другою за шкіру понижче карку,&lt;br /&gt;</w:t>
        <w:br/>
        <w:t>І вмить силу свою показав він таку,</w:t>
      </w:r>
    </w:p>
    <w:p>
      <w:r>
        <w:br/>
        <w:t>Що одною рукою в вола ріг відірвав,&lt;br /&gt;</w:t>
        <w:br/>
        <w:t>А другою шмат шкіри із м'ясом зідрав.</w:t>
      </w:r>
    </w:p>
    <w:p>
      <w:r>
        <w:br/>
        <w:t>І сказав Володимир, здивований тим:&lt;br /&gt;</w:t>
        <w:br/>
        <w:t>"Ну, ти, певно, потрафиш боротися з ним".</w:t>
      </w:r>
    </w:p>
    <w:p>
      <w:r>
        <w:br/>
        <w:t>Другий день печеніги прийшли над ріку&lt;br /&gt;</w:t>
        <w:br/>
        <w:t>І гукать почали: "Що, нема нам знаку?</w:t>
      </w:r>
    </w:p>
    <w:p>
      <w:r>
        <w:br/>
        <w:t>Ще нема в вас борця? Наш уже тут наспів".&lt;br /&gt;</w:t>
        <w:br/>
        <w:t>Та Владимир в ту ніч всім зброїться велів.</w:t>
      </w:r>
    </w:p>
    <w:p>
      <w:r>
        <w:br/>
        <w:t>На сей бік печеніги свойого борця&lt;br /&gt;</w:t>
        <w:br/>
        <w:t>Привели — превеликого, страх, молодця.</w:t>
      </w:r>
    </w:p>
    <w:p>
      <w:r>
        <w:br/>
        <w:t>А ось вийшов і Володимирів борець —&lt;br /&gt;</w:t>
        <w:br/>
        <w:t>"От ще хлистик! —сказав печеніг-молодець. —</w:t>
      </w:r>
    </w:p>
    <w:p>
      <w:r>
        <w:br/>
        <w:t>В одну руку тебе я візьму й задам хлосту!"&lt;br /&gt;</w:t>
        <w:br/>
        <w:t>Й засміявся, бо рус був середнього росту.</w:t>
      </w:r>
    </w:p>
    <w:p>
      <w:r>
        <w:br/>
        <w:t>І розміряли пляц між обома полками,&lt;br /&gt;</w:t>
        <w:br/>
        <w:t>І зійшлися ті два й обнялися руками;</w:t>
      </w:r>
    </w:p>
    <w:p>
      <w:r>
        <w:br/>
        <w:t>І не встиг печеніг ні зирнуть, ні дихнуть,&lt;br /&gt;</w:t>
        <w:br/>
        <w:t>Затріщали у нього всі ребра і грудь,</w:t>
      </w:r>
    </w:p>
    <w:p>
      <w:r>
        <w:br/>
        <w:t>І роззявився рот, очі кров'ю зайшли,&lt;br /&gt;</w:t>
        <w:br/>
        <w:t>І мертвого його рус поклав на земли.</w:t>
      </w:r>
    </w:p>
    <w:p>
      <w:r>
        <w:br/>
        <w:t>Закричали від радості руські полки,&lt;br /&gt;</w:t>
        <w:br/>
        <w:t>Печеніги метнулися вбрід до ріки,</w:t>
      </w:r>
    </w:p>
    <w:p>
      <w:r>
        <w:br/>
        <w:t>Але руські полки брід тельмом прочвалали,&lt;br /&gt;</w:t>
        <w:br/>
        <w:t>Печенігів рубали, топтали й прогнали.</w:t>
      </w:r>
    </w:p>
    <w:p>
      <w:r>
        <w:br/>
        <w:t>Володимир борця в радощах обіймав,&lt;br /&gt;</w:t>
        <w:br/>
        <w:t>Над тим бродом і город міцний заснував,</w:t>
      </w:r>
    </w:p>
    <w:p>
      <w:r>
        <w:br/>
        <w:t>А на пам'ять, що рус славу тут перейняв&lt;br /&gt;</w:t>
        <w:br/>
        <w:t>В печеніга, назвав місто Переяслав.</w:t>
      </w:r>
    </w:p>
    <w:p>
      <w:r>
        <w:br/>
        <w:t>І великим старшим зробив того борця,&lt;br /&gt;</w:t>
        <w:br/>
        <w:t>Щедро надгородив і братів і вітця.</w:t>
      </w:r>
    </w:p>
    <w:p>
      <w:r>
        <w:br/>
        <w:t>Писано д[ня] 26 цвітня 1914.</w:t>
      </w:r>
    </w:p>
    <w:p>
      <w:r>
        <w:br/>
        <w:t>Літописний текст сього оповідання виглядає ось як (ст. 89-90):</w:t>
      </w:r>
    </w:p>
    <w:p>
      <w:r>
        <w:br/>
        <w:t>Иде Володгмиръ на Хорваты.&lt;br /&gt;</w:t>
        <w:br/>
        <w:t>Пришедшю же ему с воины хорватской,&lt;br /&gt;</w:t>
        <w:br/>
        <w:t>И се Печенhзh придоша по оной сторонh от Сулы,&lt;br /&gt;</w:t>
        <w:br/>
        <w:t>Володимеръ же (иде) противу имъ.</w:t>
      </w:r>
    </w:p>
    <w:p>
      <w:r>
        <w:br/>
        <w:t>И оустрhтh на Трубеши на1 броду,&lt;br /&gt;</w:t>
        <w:br/>
        <w:t>Кдh нынh Переяславль,&lt;br /&gt;</w:t>
        <w:br/>
        <w:t>И ста Володимеръ на сеи странh,&lt;br /&gt;</w:t>
        <w:br/>
        <w:t>Печеньзh на онои.</w:t>
      </w:r>
    </w:p>
    <w:p>
      <w:r>
        <w:br/>
        <w:t>И не смhяху си на ону сторону2,&lt;br /&gt;</w:t>
        <w:br/>
        <w:t>И они на сю сторону.&lt;br /&gt;</w:t>
        <w:br/>
        <w:t>И приhха князь печенhскыи к рhцh,&lt;br /&gt;</w:t>
        <w:br/>
        <w:t>И возва Володимира и рече ему:</w:t>
      </w:r>
    </w:p>
    <w:p>
      <w:r>
        <w:br/>
        <w:t>"Пусти ты свои мужь, а я3 свои, да ся борета.&lt;br /&gt;</w:t>
        <w:br/>
        <w:t>Да аще твои мужь оударить моимъ,&lt;br /&gt;</w:t>
        <w:br/>
        <w:t>Да не воюємь ся за три лhта и разидемь4 ся разно, —&lt;br /&gt;</w:t>
        <w:br/>
        <w:t>Аще ли нашь мужь ударить вашимъ,&lt;br /&gt;</w:t>
        <w:br/>
        <w:t>Да воюємь за три лhта".</w:t>
      </w:r>
    </w:p>
    <w:p>
      <w:r>
        <w:br/>
        <w:t>Володимеръ де пришедъ в товары,&lt;br /&gt;</w:t>
        <w:br/>
        <w:t>Посла по товаромъ бирича гля:&lt;br /&gt;</w:t>
        <w:br/>
        <w:t>"Нhту тh ли такаго мужа,&lt;br /&gt;</w:t>
        <w:br/>
        <w:t>Иже бы ся ялъ с Печенhжаниномъ брата ся?"</w:t>
      </w:r>
    </w:p>
    <w:p>
      <w:r>
        <w:br/>
        <w:t>И не обрhте ся (никто) никдhже.&lt;br /&gt;</w:t>
        <w:br/>
        <w:t>И заоутра приhхаша Печенhзh,&lt;br /&gt;</w:t>
        <w:br/>
        <w:t>А свои мужь приведоша,&lt;br /&gt;</w:t>
        <w:br/>
        <w:t>А наших не бысть.</w:t>
      </w:r>
    </w:p>
    <w:p>
      <w:r>
        <w:br/>
        <w:t>И поча тужити Володимhръ,&lt;br /&gt;</w:t>
        <w:br/>
        <w:t>Посылая5 по всимъ воемъ своим;&lt;br /&gt;</w:t>
        <w:br/>
        <w:t>И приде единъ мужь старъ к нему,&lt;br /&gt;</w:t>
        <w:br/>
        <w:t>И рече ему: "Княже,</w:t>
      </w:r>
    </w:p>
    <w:p>
      <w:r>
        <w:br/>
        <w:t>Єсть оу мене единъ снъ дома меншии,&lt;br /&gt;</w:t>
        <w:br/>
        <w:t>А сь четырми есмь вышелъ (на воину),&lt;br /&gt;</w:t>
        <w:br/>
        <w:t>А онъ дома от дhтьства си своего, —&lt;br /&gt;</w:t>
        <w:br/>
        <w:t>Нhсть кто имъ оударилъ.</w:t>
      </w:r>
    </w:p>
    <w:p>
      <w:r>
        <w:br/>
        <w:t>Єдиною бо ми сварящю,&lt;br /&gt;</w:t>
        <w:br/>
        <w:t>Оному же мнущю оусмиє6,&lt;br /&gt;</w:t>
        <w:br/>
        <w:t>И разгнhва(въ) ся на мя&lt;br /&gt;</w:t>
        <w:br/>
        <w:t>Преторже черевии руками".</w:t>
      </w:r>
    </w:p>
    <w:p>
      <w:r>
        <w:br/>
        <w:t>Князь же слышавъ и радъ бысть,&lt;br /&gt;</w:t>
        <w:br/>
        <w:t>И посла по нь борзо.&lt;br /&gt;</w:t>
        <w:br/>
        <w:t>И приведоша и ко князю,&lt;br /&gt;</w:t>
        <w:br/>
        <w:t>И князь повhда ему вся.</w:t>
      </w:r>
    </w:p>
    <w:p>
      <w:r>
        <w:br/>
        <w:t>Сьи же рече: "Княже, не вЪмь,&lt;br /&gt;</w:t>
        <w:br/>
        <w:t>Могу ли сн(ести) его?&lt;br /&gt;</w:t>
        <w:br/>
        <w:t>Да искусите мя (первоє)!&lt;br /&gt;</w:t>
        <w:br/>
        <w:t>Нhтуть ли вола велика и силна?"</w:t>
      </w:r>
    </w:p>
    <w:p>
      <w:r>
        <w:br/>
        <w:t>И налhзоша волъ силенъ,&lt;br /&gt;</w:t>
        <w:br/>
        <w:t>И повелh раздражити вола,&lt;br /&gt;</w:t>
        <w:br/>
        <w:t>И возложи (на)нь желhзо горяче,&lt;br /&gt;</w:t>
        <w:br/>
        <w:t>И пустиша вола, и побhже волъ мимо нь.</w:t>
      </w:r>
    </w:p>
    <w:p>
      <w:r>
        <w:br/>
        <w:t>И похвати вола рукою за бокъ,&lt;br /&gt;</w:t>
        <w:br/>
        <w:t>И выня кожю с мясы, єлико єму рука я.&lt;br /&gt;</w:t>
        <w:br/>
        <w:t>И рече ему ВолодимЪръ:&lt;br /&gt;</w:t>
        <w:br/>
        <w:t>"Можеши ся с нимь борити".</w:t>
      </w:r>
    </w:p>
    <w:p>
      <w:r>
        <w:br/>
        <w:t>И на завьтрhє придоша Печенhзh,&lt;br /&gt;</w:t>
        <w:br/>
        <w:t>И почаша звати: "Вhльможе се нашь доспhлъ?"&lt;br /&gt;</w:t>
        <w:br/>
        <w:t>Володимеръ же повелh той ночи&lt;br /&gt;</w:t>
        <w:br/>
        <w:t>(Воємъ своимь) облhщи ся въ оружьє.</w:t>
      </w:r>
    </w:p>
    <w:p>
      <w:r>
        <w:br/>
        <w:t>И выпустиша Печенhзh мужь свои,&lt;br /&gt;</w:t>
        <w:br/>
        <w:t>И бh превеликъ зhло и страшенъ;&lt;br /&gt;</w:t>
        <w:br/>
        <w:t>И выступи мужь Володимhрь,&lt;br /&gt;</w:t>
        <w:br/>
        <w:t>И възрhвъ Печенhжинъ и посмhя ся, —&lt;br /&gt;</w:t>
        <w:br/>
        <w:t>Бh бо средний тhломъ.</w:t>
      </w:r>
    </w:p>
    <w:p>
      <w:r>
        <w:br/>
        <w:t>И размhривше межи обhима полкома,&lt;br /&gt;</w:t>
        <w:br/>
        <w:t>И пустиша я к собh, и яста ся крhпко,&lt;br /&gt;</w:t>
        <w:br/>
        <w:t>И оудави Печенhжинина в руку до смрти,&lt;br /&gt;</w:t>
        <w:br/>
        <w:t>И оудари имь о землю.</w:t>
      </w:r>
    </w:p>
    <w:p>
      <w:r>
        <w:br/>
        <w:t>И вьскликоша Русь, а Печенhзh, побhгоша,&lt;br /&gt;</w:t>
        <w:br/>
        <w:t>А Русь погнаша по нихъ сhкуще h, и прогнаша их.&lt;br /&gt;</w:t>
        <w:br/>
        <w:t>Володимhръ же рад бывъ и заложи городъ на броду томъ,&lt;br /&gt;</w:t>
        <w:br/>
        <w:t>И нарче Переяславль, зане перея славу7 отрокъ.</w:t>
      </w:r>
    </w:p>
    <w:p>
      <w:r>
        <w:br/>
        <w:t>Володимеръ же великомь мужемь&lt;br /&gt;</w:t>
        <w:br/>
        <w:t>Створи того и отца его.&lt;br /&gt;</w:t>
        <w:br/>
        <w:t>Володимиръ же възврати ся вь Києвь&lt;br /&gt;</w:t>
        <w:br/>
        <w:t>С побhдою и славою великою.</w:t>
      </w:r>
    </w:p>
    <w:p>
      <w:r>
        <w:br/>
        <w:t>Найближчу схожість із отсим прегарно обробленим оповіданням нашого літопису знаходимо в біблійнім оповіданні про двобій філістинського велетня Голіафа з "отроком", молодим гебрейським пастухом Давидом. Подаю тут те оповідання також у поетичній формі:</w:t>
      </w:r>
    </w:p>
    <w:p>
      <w:r>
        <w:br/>
        <w:t>У ті часи, коли Саул володарем Ізрайля був,&lt;br /&gt;</w:t>
        <w:br/>
        <w:t>Він з філістинами рік у рік завзятую війну тягнув,</w:t>
      </w:r>
    </w:p>
    <w:p>
      <w:r>
        <w:br/>
        <w:t>Напали філістини раз Шоко, юдейськую країну;&lt;br /&gt;</w:t>
        <w:br/>
        <w:t>Їм в зустріч обсадив Саул Теребінтовую долину.</w:t>
      </w:r>
    </w:p>
    <w:p>
      <w:r>
        <w:br/>
        <w:t>З одного боку на горі полки філістимлян стояли,&lt;br /&gt;</w:t>
        <w:br/>
        <w:t>З другого ізраїльськії, долину ж між собою мали.</w:t>
      </w:r>
    </w:p>
    <w:p>
      <w:r>
        <w:br/>
        <w:t>Із табору філістимлян войовник вийшов Голіат,&lt;br /&gt;</w:t>
        <w:br/>
        <w:t>Високий був на шість локот, а родом був із міста Гат.</w:t>
      </w:r>
    </w:p>
    <w:p>
      <w:r>
        <w:br/>
        <w:t>На голові він шолом мав спижевий, а на тілі в нього&lt;br /&gt;</w:t>
        <w:br/>
        <w:t>Спижевий панцир був, ваги більш сотнара цілого.</w:t>
      </w:r>
    </w:p>
    <w:p>
      <w:r>
        <w:br/>
        <w:t>Мав наголінники спижеві на негах, а на плечах&lt;br /&gt;</w:t>
        <w:br/>
        <w:t>Наплічник був завішений спижевий ворогам на страх.</w:t>
      </w:r>
    </w:p>
    <w:p>
      <w:r>
        <w:br/>
        <w:t>А списа держално його вгрубшки було, як грубий паль,&lt;br /&gt;</w:t>
        <w:br/>
        <w:t>А вістря списа важило дванадцять фунтів — сама сталь.</w:t>
      </w:r>
    </w:p>
    <w:p>
      <w:r>
        <w:br/>
        <w:t>Йшов щитоносець перед ним. Перед ізраїльтянами&lt;br /&gt;</w:t>
        <w:br/>
        <w:t>Він зупинився й викликать такими їх почав словами:</w:t>
      </w:r>
    </w:p>
    <w:p>
      <w:r>
        <w:br/>
        <w:t>"Чого ж ви вийшли і ось тут, немов до битви, поставали?&lt;br /&gt;</w:t>
        <w:br/>
        <w:t>Ось я вам, філістин! А ви Саула слугами всі стали.</w:t>
      </w:r>
    </w:p>
    <w:p>
      <w:r>
        <w:br/>
        <w:t>Знайдіть такого між собою, що проти мене вийти годен!&lt;br /&gt;</w:t>
        <w:br/>
        <w:t>А як він вийде й ми оба поборемось оден-на-оден.</w:t>
      </w:r>
    </w:p>
    <w:p>
      <w:r>
        <w:br/>
        <w:t>Як пер[ем]оже він мене і вб'є, ми будем вам служити,&lt;br /&gt;</w:t>
        <w:br/>
        <w:t>А як я вб'ю його, то ви в неволі нашій мете жити".</w:t>
      </w:r>
    </w:p>
    <w:p>
      <w:r>
        <w:br/>
        <w:t>А як ніхто з ізраїльтян на те нічого не відрік,&lt;br /&gt;</w:t>
        <w:br/>
        <w:t>Він кликнув знов: "Габру, агов! Нехай знайдеться чоловік</w:t>
      </w:r>
    </w:p>
    <w:p>
      <w:r>
        <w:br/>
        <w:t>Між вами, щоб зо мною став відважно до двобою,&lt;br /&gt;</w:t>
        <w:br/>
        <w:t>То ми сьогодня й завтра вас усіх полишимо в спокою".</w:t>
      </w:r>
    </w:p>
    <w:p>
      <w:r>
        <w:br/>
        <w:t>Чув се Саул і вся його дружина, до війни готова,&lt;br /&gt;</w:t>
        <w:br/>
        <w:t>Та всіх обняв їх страх, ніхто не відповів одного слова.</w:t>
      </w:r>
    </w:p>
    <w:p>
      <w:r>
        <w:br/>
        <w:t>Жив у той час у краю Юди Ішаія Ефратіт,&lt;br /&gt;</w:t>
        <w:br/>
        <w:t>Тоді вже чоловік старий, підійшлих літ,</w:t>
      </w:r>
    </w:p>
    <w:p>
      <w:r>
        <w:br/>
        <w:t>Він вісім мав синів, з яких найстарші три&lt;br /&gt;</w:t>
        <w:br/>
        <w:t>В Саула війську теж свої поставили шатри.&lt;br /&gt;</w:t>
        <w:br/>
        <w:t>Найстарший Еліаб звавсь, а другий Абінадаб,&lt;br /&gt;</w:t>
        <w:br/>
        <w:t>А третій Шамма, — кождий там голодував і зяб.</w:t>
      </w:r>
    </w:p>
    <w:p>
      <w:r>
        <w:br/>
        <w:t>Найменший Давид. Коли найстарші воювали,&lt;br /&gt;</w:t>
        <w:br/>
        <w:t>Він пас вітцівські череди, що в горах кочували.</w:t>
      </w:r>
    </w:p>
    <w:p>
      <w:r>
        <w:br/>
        <w:t>І мовив Ішаій одного дня Давиду, сину свому:&lt;br /&gt;</w:t>
        <w:br/>
        <w:t>"Візьми сю міру сочевиць варених з мого дому.</w:t>
      </w:r>
    </w:p>
    <w:p>
      <w:r>
        <w:br/>
        <w:t>І десять ось хлібів, і сира десять плесканок,&lt;br /&gt;</w:t>
        <w:br/>
        <w:t>І занеси братам аж там, де теребінтовий горбок.</w:t>
      </w:r>
    </w:p>
    <w:p>
      <w:r>
        <w:br/>
        <w:t>Віддай се зверхнику для них і розпитай самих,&lt;br /&gt;</w:t>
        <w:br/>
        <w:t>Як їм поводиться, і знак щоб ти приніс від них".</w:t>
      </w:r>
    </w:p>
    <w:p>
      <w:r>
        <w:br/>
        <w:t>Покинув череду Давид на інших сторожів,&lt;br /&gt;</w:t>
        <w:br/>
        <w:t>А вранці вирушив на місце бою до братів.</w:t>
      </w:r>
    </w:p>
    <w:p>
      <w:r>
        <w:br/>
        <w:t>А як на місце те з хлібами й живністю прибув,&lt;br /&gt;</w:t>
        <w:br/>
        <w:t>Четвертий день уже від того дня минув,</w:t>
      </w:r>
    </w:p>
    <w:p>
      <w:r>
        <w:br/>
        <w:t>Коли уперве виступив могутній Голіат,&lt;br /&gt;</w:t>
        <w:br/>
        <w:t>І не вгавав щодня противника до бою визивать.</w:t>
      </w:r>
    </w:p>
    <w:p>
      <w:r>
        <w:br/>
        <w:t>Стояло військо ізраїльське вже у бойових рядах,&lt;br /&gt;</w:t>
        <w:br/>
        <w:t>Коли Давид із живністю до табору надтяг.</w:t>
      </w:r>
    </w:p>
    <w:p>
      <w:r>
        <w:br/>
        <w:t>Віддавши завідателю все те, що для братів своїх&lt;br /&gt;</w:t>
        <w:br/>
        <w:t>Привіз, він між ряди відвідать їх побіг.</w:t>
      </w:r>
    </w:p>
    <w:p>
      <w:r>
        <w:br/>
        <w:t>І поки з ними розмовляв та про здоров'я їх питав,&lt;br /&gt;</w:t>
        <w:br/>
        <w:t>Знов Голіаф філістянин перед рядами своїх став.</w:t>
      </w:r>
    </w:p>
    <w:p>
      <w:r>
        <w:br/>
        <w:t>Звичаєм своїм найсмілішого на двобій кликав він, —&lt;br /&gt;</w:t>
        <w:br/>
        <w:t>Та що втікав від нього кождий, слав їм лайку наздогін.</w:t>
      </w:r>
    </w:p>
    <w:p>
      <w:r>
        <w:br/>
        <w:t>Чув се Давид і бачив се і став у земляків питать:&lt;br /&gt;</w:t>
        <w:br/>
        <w:t>"Що се за муж, чого кричить, і чом усі вони мовчать?"</w:t>
      </w:r>
    </w:p>
    <w:p>
      <w:r>
        <w:br/>
        <w:t>І відповів йому один з ізраїльтян. "Та от, сей муж&lt;br /&gt;</w:t>
        <w:br/>
        <w:t>Звесь Голіаф, він філістин, а так кричить, бо вельми дуж.</w:t>
      </w:r>
    </w:p>
    <w:p>
      <w:r>
        <w:br/>
        <w:t>Вже п'ятий день одного з нас на двобій визиває він,&lt;br /&gt;</w:t>
        <w:br/>
        <w:t>Та гонить страх кождого з нас, а він шле лайку наздогін.</w:t>
      </w:r>
    </w:p>
    <w:p>
      <w:r>
        <w:br/>
        <w:t>Володар наш уже велів по краю всім оголосить:&lt;br /&gt;</w:t>
        <w:br/>
        <w:t>Хто вб'є його у двобою, той всього матиме досить:</w:t>
      </w:r>
    </w:p>
    <w:p>
      <w:r>
        <w:br/>
        <w:t>Достатком збагатить його або надасть високу власть,&lt;br /&gt;</w:t>
        <w:br/>
        <w:t>А як захоче, то й дочку свою за нього дасть".</w:t>
      </w:r>
    </w:p>
    <w:p>
      <w:r>
        <w:br/>
        <w:t>Се чуючи, до зібраних промовив голосно Давид:&lt;br /&gt;</w:t>
        <w:br/>
        <w:t>"Та хто ж той необрізаний, що Ізраїля ганьбить?</w:t>
      </w:r>
    </w:p>
    <w:p>
      <w:r>
        <w:br/>
        <w:t>Невже ніхто з Єгови слуг супроти нього стать не міг?&lt;br /&gt;</w:t>
        <w:br/>
        <w:t>Коли не стало духу в вас, готов один я стать за всіх".</w:t>
      </w:r>
    </w:p>
    <w:p>
      <w:r>
        <w:br/>
        <w:t>На се промовив Еліаб, найстарший брат його, нерадо:&lt;br /&gt;</w:t>
        <w:br/>
        <w:t>"Чого тебе тут принесло? І на кого лишив ти стадо?</w:t>
      </w:r>
    </w:p>
    <w:p>
      <w:r>
        <w:br/>
        <w:t>Легкодух ти і вітрогін! Все щось тобі пустеє сниться!&lt;br /&gt;</w:t>
        <w:br/>
        <w:t>Того, мабуть, сюди лиш біг, аби на битву подивиться".</w:t>
      </w:r>
    </w:p>
    <w:p>
      <w:r>
        <w:br/>
        <w:t>Давид сказав: "Отець прислав мене для вашої потреби,&lt;br /&gt;</w:t>
        <w:br/>
        <w:t>А те, що я до сих сказав, сказав до них, а не до тебе".</w:t>
      </w:r>
    </w:p>
    <w:p>
      <w:r>
        <w:br/>
        <w:t>Не мовлячи нічого більш, Давид у руку бук узяв,&lt;br /&gt;</w:t>
        <w:br/>
        <w:t>П'ять камінців гладких знайшов в потоці і в торбину вклав,</w:t>
      </w:r>
    </w:p>
    <w:p>
      <w:r>
        <w:br/>
        <w:t>І пращу держачи в руці, пішов напроти філістина.&lt;br /&gt;</w:t>
        <w:br/>
        <w:t>Сей, бачачи його, спитав у чури: "Що се за дитина?"</w:t>
      </w:r>
    </w:p>
    <w:p>
      <w:r>
        <w:br/>
        <w:t>А як наблизився Давид, рік Голіаф: "Куди грядеш?&lt;br /&gt;</w:t>
        <w:br/>
        <w:t>А що то, чи я пес тобі, що з бучком ти на мене йдеш?"</w:t>
      </w:r>
    </w:p>
    <w:p>
      <w:r>
        <w:br/>
        <w:t>На те Давид сказав: "Іду з тобою стати до двобою,&lt;br /&gt;</w:t>
        <w:br/>
        <w:t>Щоб доказать тобі, що ані раз нема страху в мені перед тобою".</w:t>
      </w:r>
    </w:p>
    <w:p>
      <w:r>
        <w:br/>
        <w:t>"Та кроть же мать твою! Малий, чи ти здурів? —&lt;br /&gt;</w:t>
        <w:br/>
        <w:t>Сердито велетень та грізно відповів. —</w:t>
      </w:r>
    </w:p>
    <w:p>
      <w:r>
        <w:br/>
        <w:t>Та я ж тебе сей час на штуки посічу,&lt;br /&gt;</w:t>
        <w:br/>
        <w:t>А м'ясо й кісточки на жир воронам розмечу".</w:t>
      </w:r>
    </w:p>
    <w:p>
      <w:r>
        <w:br/>
        <w:t>На те йому Давид ні слова не сказав,&lt;br /&gt;</w:t>
        <w:br/>
        <w:t>Лиш миттю камінець один із торби взяв,</w:t>
      </w:r>
    </w:p>
    <w:p>
      <w:r>
        <w:br/>
        <w:t>На пращу положив і свиснув, замахнув,&lt;br /&gt;</w:t>
        <w:br/>
        <w:t>Гостинця велетню в саме чоло дмухнув.</w:t>
      </w:r>
    </w:p>
    <w:p>
      <w:r>
        <w:br/>
        <w:t>І камінь проламав чоло і в голові застряг умить, —&lt;br /&gt;</w:t>
        <w:br/>
        <w:t>І ось препишний Голіаф, мов дуб повалений, лежить.</w:t>
      </w:r>
    </w:p>
    <w:p>
      <w:r>
        <w:br/>
        <w:t>Давид прибіг тоді і з піхви в нього витяг меч,&lt;br /&gt;</w:t>
        <w:br/>
        <w:t>І для безпеки голову йому відсік від плеч.</w:t>
      </w:r>
    </w:p>
    <w:p>
      <w:r>
        <w:br/>
        <w:t>Тоді відкинув меч до велетневих ніг,&lt;br /&gt;</w:t>
        <w:br/>
        <w:t>Ухопив голову і з нею до своїх побіг.</w:t>
      </w:r>
    </w:p>
    <w:p>
      <w:r>
        <w:br/>
        <w:t>Дивився здалека Саул на все те діло,&lt;br /&gt;</w:t>
        <w:br/>
        <w:t>Як пастушок малий ішов до Голіафа сміло.</w:t>
      </w:r>
    </w:p>
    <w:p>
      <w:r>
        <w:br/>
        <w:t>А як від камінця враз велетень на землю впав,&lt;br /&gt;</w:t>
        <w:br/>
        <w:t>У воєводи свого Абнера Саул, дивуючись, спитав:&lt;br /&gt;</w:t>
        <w:br/>
        <w:t>"Се що таке? Чи ти його туди післав?"</w:t>
      </w:r>
    </w:p>
    <w:p>
      <w:r>
        <w:br/>
        <w:t>Відмовив Абнер: "Свідок бог, мій пане, —&lt;br /&gt;</w:t>
        <w:br/>
        <w:t>Не знаю, хто він. Та він зараз тут ось стане".</w:t>
      </w:r>
    </w:p>
    <w:p>
      <w:r>
        <w:br/>
        <w:t>І як лише Давид між військом опинився,&lt;br /&gt;</w:t>
        <w:br/>
        <w:t>То Абнер назустріч до нього поспішився.</w:t>
      </w:r>
    </w:p>
    <w:p>
      <w:r>
        <w:br/>
        <w:t>Перед володарем Давид негайно став, —&lt;br /&gt;</w:t>
        <w:br/>
        <w:t>І дивувавсь Саул і хлопця запитав:</w:t>
      </w:r>
    </w:p>
    <w:p>
      <w:r>
        <w:br/>
        <w:t>"Хто ти і відки ти?" Давид на се одвітив:&lt;br /&gt;</w:t>
        <w:br/>
        <w:t>"Я син твого слуги Ішаї Бетлегеміти".</w:t>
      </w:r>
    </w:p>
    <w:p>
      <w:r>
        <w:br/>
        <w:t>Писано д[ня] 11 мая 1914.</w:t>
      </w:r>
    </w:p>
    <w:p>
      <w:r>
        <w:br/>
        <w:t>І тут, як при оповіданні ч. XXI, не маємо потреби допускати літературну запозику пізнішого оповідання від давнішого ані подавати в сумнів історичність одного й другого. Ні в однім, ні в другім нема нічого такого, що не було би можливе в дійсності. При всій схожості многих подробиць та самої основи обох оповідань бачимо також деякі досить важні різниці, а головно ту, що молодий, малосилий пастух старогебрейського оповідання в староруськім замінений молодим, але незвичайним силачем. Щоправда, гебрейська традиція пізніших часів надала Давидові надзвичайну силу, бо заставила його в розмові з Саулом перед стрічею з Голіафом хвалитися, що коли на його стадо нападе лев або тигр, він зараз біжить і палицею вбиває хижого звіра. Сю подробицю, як і деякі інші в тім біблійнім оповіданні, я пропустив у своїй пе[ре]робці, вважаючи їх пізнішими додатками, що затемняють основу старого оповідання.</w:t>
      </w:r>
    </w:p>
    <w:p>
      <w:r>
        <w:br/>
        <w:t>Писано д[ня] 25 мая 1914.&lt;br /&gt;</w:t>
        <w:br/>
        <w:t>1 Р[укопис]: над.&lt;br /&gt;</w:t>
        <w:br/>
        <w:t>2 Р[укопис]: стосторону.&lt;br /&gt;</w:t>
        <w:br/>
        <w:t>3 Над сим словом у р[укопису] дописано: из.&lt;br /&gt;</w:t>
        <w:br/>
        <w:t>4 Р[укопис]: разииодоша.</w:t>
      </w:r>
    </w:p>
    <w:p>
      <w:r>
        <w:br/>
        <w:t>5 Р[укопис]: у рядку перечеркне[не] сля.&lt;br /&gt;</w:t>
        <w:br/>
        <w:t>6 Р[укопис]: се слово в тексті замазано, а збоку коло хрестика дописано: кожу.&lt;br /&gt;</w:t>
        <w:br/>
        <w:t>7 Р(укопис): славь.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Заснування Переяслава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