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Замовляння з голубами</w:t>
      </w:r>
    </w:p>
    <w:p>
      <w:r>
        <w:br/>
        <w:t xml:space="preserve"> Катрусі</w:t>
      </w:r>
    </w:p>
    <w:p>
      <w:r>
        <w:br/>
        <w:t>Катрусі</w:t>
      </w:r>
    </w:p>
    <w:p>
      <w:r>
        <w:br/>
        <w:t>&lt;br /&gt;</w:t>
        <w:br/>
        <w:t>перелети мене через янгола</w:t>
      </w:r>
    </w:p>
    <w:p>
      <w:r>
        <w:br/>
        <w:t>через янголя янголятко</w:t>
      </w:r>
    </w:p>
    <w:p>
      <w:r>
        <w:br/>
        <w:t>з білими крильцями в білій кирилиці</w:t>
      </w:r>
    </w:p>
    <w:p>
      <w:r>
        <w:br/>
        <w:t>з потерчам над губами</w:t>
      </w:r>
    </w:p>
    <w:p>
      <w:r>
        <w:br/>
        <w:t>на голубій воді</w:t>
      </w:r>
    </w:p>
    <w:p>
      <w:r>
        <w:br/>
        <w:t>&lt;br /&gt;</w:t>
        <w:br/>
        <w:t>та перелети мене через янголеня</w:t>
      </w:r>
    </w:p>
    <w:p>
      <w:r>
        <w:br/>
        <w:t>почерез вітер левадами</w:t>
      </w:r>
    </w:p>
    <w:p>
      <w:r>
        <w:br/>
        <w:t>вишиту воду хрестиком</w:t>
      </w:r>
    </w:p>
    <w:p>
      <w:r>
        <w:br/>
        <w:t>голосом щекавицею ниткою корабля</w:t>
      </w:r>
    </w:p>
    <w:p>
      <w:r>
        <w:br/>
        <w:t>з потерчам над губами</w:t>
      </w:r>
    </w:p>
    <w:p>
      <w:r>
        <w:br/>
        <w:t>&lt;br /&gt;</w:t>
        <w:br/>
        <w:t>та перелети мене почерез янголенятко</w:t>
      </w:r>
    </w:p>
    <w:p>
      <w:r>
        <w:br/>
        <w:t>та пригорнися собі обабіч води</w:t>
      </w:r>
    </w:p>
    <w:p>
      <w:r>
        <w:br/>
        <w:t>та пригорнися мені в її янголінь</w:t>
      </w:r>
    </w:p>
    <w:p>
      <w:r>
        <w:br/>
        <w:t>білими крильцями вишита янголань моя</w:t>
      </w:r>
    </w:p>
    <w:p>
      <w:r>
        <w:br/>
        <w:t>янголедь моя янголинна з потерчам на щоці</w:t>
      </w:r>
    </w:p>
    <w:p>
      <w:r>
        <w:br/>
        <w:t>&lt;br /&gt;</w:t>
        <w:br/>
        <w:t>та перелети мене почерез янголенятонько</w:t>
      </w:r>
    </w:p>
    <w:p>
      <w:r>
        <w:br/>
        <w:t>почерез кола кириличні в голубій воді над губами</w:t>
      </w:r>
    </w:p>
    <w:p>
      <w:r>
        <w:br/>
        <w:t>потерчам корабля на долоні янголень моя янголинь</w:t>
      </w:r>
    </w:p>
    <w:p>
      <w:r>
        <w:br/>
        <w:t>відлунюючи хрестиком понад левадами</w:t>
      </w:r>
    </w:p>
    <w:p>
      <w:r>
        <w:br/>
        <w:t>щекавицею понад вишиття вуст янголелю</w:t>
      </w:r>
    </w:p>
    <w:p>
      <w:r>
        <w:br/>
        <w:t>&lt;br /&gt;</w:t>
        <w:br/>
        <w:t>та перелети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Замовляння з голубами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