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Замок Гордон</w:t>
      </w:r>
    </w:p>
    <w:p>
      <w:r>
        <w:br/>
        <w:t xml:space="preserve"> Ріки Сходу, де нема&lt;br /&gt;</w:t>
        <w:br/>
        <w:t>Пут, що їх кує зима!&lt;br /&gt;</w:t>
        <w:br/>
        <w:t>Ті так сонячно течуть,&lt;br /&gt;</w:t>
        <w:br/>
        <w:t>А понад іншими — пітьма,&lt;br /&gt;</w:t>
        <w:br/>
        <w:t>Кривава Гніту каламуть.&lt;br /&gt;</w:t>
        <w:br/>
        <w:t>Я їх розкішну течію&lt;br /&gt;</w:t>
        <w:br/>
        <w:t>Рабам, тиранам віддаю&lt;br /&gt;</w:t>
        <w:br/>
        <w:t>За цей струмочок у гаю&lt;br /&gt;</w:t>
        <w:br/>
        <w:t>Навколо замку Гордон.</w:t>
      </w:r>
    </w:p>
    <w:p>
      <w:r>
        <w:br/>
        <w:t>Запашний тропічний ліс,&lt;br /&gt;</w:t>
        <w:br/>
        <w:t>Де аж гнеться від заліз&lt;br /&gt;</w:t>
        <w:br/>
        <w:t>В рабство проданий бідняк,&lt;br /&gt;</w:t>
        <w:br/>
        <w:t>Де у морі крові й сліз&lt;br /&gt;</w:t>
        <w:br/>
        <w:t>Бродять зграї розбишак!&lt;br /&gt;</w:t>
        <w:br/>
        <w:t>Те вічне зілля я віддам&lt;br /&gt;</w:t>
        <w:br/>
        <w:t>Тиранам гордим і рабам&lt;br /&gt;</w:t>
        <w:br/>
        <w:t>За дикий гай навколо брам&lt;br /&gt;</w:t>
        <w:br/>
        <w:t>Старого замку Гордон.</w:t>
      </w:r>
    </w:p>
    <w:p>
      <w:r>
        <w:br/>
        <w:t>У зеленій хащі цій&lt;br /&gt;</w:t>
        <w:br/>
        <w:t>Лиш Природа (вільно їй!)&lt;br /&gt;</w:t>
        <w:br/>
        <w:t>Всюди трудиться чимдуж,&lt;br /&gt;</w:t>
        <w:br/>
        <w:t>Думі віддана, такій&lt;br /&gt;</w:t>
        <w:br/>
        <w:t>Дорогій для чулих душ.&lt;br /&gt;</w:t>
        <w:br/>
        <w:t>Я в мріях вік би тут шалів,&lt;br /&gt;</w:t>
        <w:br/>
        <w:t>Я б тут заснув і занімів&lt;br /&gt;</w:t>
        <w:br/>
        <w:t>Серед потоків і гаїв&lt;br /&gt;</w:t>
        <w:br/>
        <w:t>Навколо замку Гордон!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Замок Гордон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