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Замість колискової</w:t>
      </w:r>
    </w:p>
    <w:p>
      <w:r>
        <w:br/>
        <w:t xml:space="preserve"> &lt;blockquote&gt;І. Б.&lt;/blockquote&gt;&lt;br /&gt;</w:t>
        <w:br/>
        <w:t>Не буду тобі такої:&lt;br /&gt;</w:t>
        <w:br/>
        <w:t>"Вже сон до вікон од плота,&lt;br /&gt;</w:t>
        <w:br/>
        <w:t>Вже вікнами сон в покої,&lt;br /&gt;</w:t>
        <w:br/>
        <w:t>На котика вже воркота..."</w:t>
      </w:r>
    </w:p>
    <w:p>
      <w:r>
        <w:br/>
        <w:t>Воркотик дівчаткам личить.&lt;br /&gt;</w:t>
        <w:br/>
        <w:t>На коника глянь ось, хлопче,&lt;br /&gt;</w:t>
        <w:br/>
        <w:t>Як пана він свого кличе&lt;br /&gt;</w:t>
        <w:br/>
        <w:t>Та землю копитом топче.</w:t>
      </w:r>
    </w:p>
    <w:p>
      <w:r>
        <w:br/>
        <w:t>Побіг. Закричала птиця,—&lt;br /&gt;</w:t>
        <w:br/>
        <w:t>Далеко, а чуть голосну.&lt;br /&gt;</w:t>
        <w:br/>
        <w:t>Це сонце орлові сниться —&lt;br /&gt;</w:t>
        <w:br/>
        <w:t>І клекче у темінь зоєну.</w:t>
      </w:r>
    </w:p>
    <w:p>
      <w:r>
        <w:br/>
        <w:t>Десь блима у темінь огник.&lt;br /&gt;</w:t>
        <w:br/>
        <w:t>Хтось інші нам згуки горне.&lt;br /&gt;</w:t>
        <w:br/>
        <w:t>Дніпро це реве та стогне,&lt;br /&gt;</w:t>
        <w:br/>
        <w:t>Це стогнуть степи та Чорне.</w:t>
      </w:r>
    </w:p>
    <w:p>
      <w:r>
        <w:br/>
        <w:t>Та зірки свої згасило.&lt;br /&gt;</w:t>
        <w:br/>
        <w:t>Побач — ще такую снину —&lt;br /&gt;</w:t>
        <w:br/>
        <w:t>Хай коників — сила-сила&lt;br /&gt;</w:t>
        <w:br/>
        <w:t>Та все з верхівцями, сину.</w:t>
      </w:r>
    </w:p>
    <w:p>
      <w:r>
        <w:br/>
        <w:t>Від орлього клекту — глушно,&lt;br /&gt;</w:t>
        <w:br/>
        <w:t>А сонце — все д’горі, д’горі...&lt;br /&gt;</w:t>
        <w:br/>
        <w:t>Так радісно, гучно, рушно&lt;br /&gt;</w:t>
        <w:br/>
        <w:t>В степах, на Дніпрі й на морі.</w:t>
      </w:r>
    </w:p>
    <w:p>
      <w:r>
        <w:br/>
        <w:t>Прага,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Замість колискової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