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Заквітчаний сон</w:t>
      </w:r>
    </w:p>
    <w:p>
      <w:r>
        <w:br/>
        <w:t xml:space="preserve"> &lt;blockquote&gt;&lt;p&gt;</w:t>
      </w:r>
    </w:p>
    <w:p>
      <w:r>
        <w:br/>
        <w:t>М. К. Заньковецькій</w:t>
      </w:r>
    </w:p>
    <w:p>
      <w:r>
        <w:br/>
      </w:r>
    </w:p>
    <w:p>
      <w:r>
        <w:br/>
        <w:t>Снилося...</w:t>
      </w:r>
    </w:p>
    <w:p>
      <w:r>
        <w:br/>
        <w:t>Виткнулась на хвилю серед золотих каштанів моя дитяча любов, пронизана сонцем, і — така хороша, така мила згадка — заспівала весільної пісні:</w:t>
      </w:r>
    </w:p>
    <w:p>
      <w:r>
        <w:br/>
        <w:t>Ой, будеш ти, моя мати, тихо спати...</w:t>
      </w:r>
    </w:p>
    <w:p>
      <w:r>
        <w:br/>
        <w:t>А краєчком, обніжками поля замайоріли слова:</w:t>
      </w:r>
    </w:p>
    <w:p>
      <w:r>
        <w:br/>
        <w:t>— Дитино, де твої сни золотії, де коні огненні і слова залізні, карбовані?..</w:t>
      </w:r>
    </w:p>
    <w:p>
      <w:r>
        <w:br/>
        <w:t>І далі сірим степом лише зарошений, заквітчаний сон...</w:t>
      </w:r>
    </w:p>
    <w:p>
      <w:r>
        <w:br/>
        <w:t>...Попереду ішла полова корова із зіркою на лобі, у неї на правому розі два стручки гороху і трішечки землі коло лоба, як вихор у отряхуватого хлопця, за нею — сім корів з телятами і полова між ними як отаман...</w:t>
      </w:r>
    </w:p>
    <w:p>
      <w:r>
        <w:br/>
        <w:t>А за ними стернею — п’ять маленьких дівчаток і два хлопці; дівчата несуть у руках широкі квітки з усатої пшениці, і по краях квіток сині дзвоники сплять; тільки хлопці несуть по торбині гороху, баском покрикують на скот і горнуть кийками пил на дорозі...</w:t>
      </w:r>
    </w:p>
    <w:p>
      <w:r>
        <w:br/>
        <w:t>Дівчата співають, тихо, далі голосніше, а коли доганятимуть скот до села — дзвінко заспівають і затихнуть.</w:t>
      </w:r>
    </w:p>
    <w:p>
      <w:r>
        <w:br/>
        <w:t>Тільки кучерява Оленка висмикнула із своєї квітки червону мачину і розтрусила її пелюстки по дорозі, примовляючи:</w:t>
      </w:r>
    </w:p>
    <w:p>
      <w:r>
        <w:br/>
        <w:t>Хай буде на жнива-а,</w:t>
      </w:r>
    </w:p>
    <w:p>
      <w:r>
        <w:br/>
        <w:t>Хай буде на жнива-а-а...</w:t>
      </w:r>
    </w:p>
    <w:p>
      <w:r>
        <w:br/>
        <w:t>Жнива-а-а! Моргнула оком торбина з горохом, засміялась, оступилась на стернину — ай-ай-я... і пилом припали мої пастухи...</w:t>
      </w:r>
    </w:p>
    <w:p>
      <w:r>
        <w:br/>
        <w:t>Снилося:</w:t>
      </w:r>
    </w:p>
    <w:p>
      <w:r>
        <w:br/>
        <w:t>Кучерява Оленка — моя любов дитяча.</w:t>
      </w:r>
    </w:p>
    <w:p>
      <w:r>
        <w:br/>
        <w:t>Увечері, коли зорі цілуються, я хотів дитиною піймать на синій налигач місяць і напоїти з криниці моєї любові, а криниця моя тоді у яблуневому цвіту цвіла...</w:t>
      </w:r>
    </w:p>
    <w:p>
      <w:r>
        <w:br/>
        <w:t>І не піймав!..</w:t>
      </w:r>
    </w:p>
    <w:p>
      <w:r>
        <w:br/>
        <w:t>...Степом короговки замість корів замайоріли, чорні коні на зеленому житі копита сталили, борозни орали і поорали мій заквітчаний сон...</w:t>
      </w:r>
    </w:p>
    <w:p>
      <w:r>
        <w:br/>
        <w:t>І знову краєчком, обніжками поля замайоріли слова:</w:t>
      </w:r>
    </w:p>
    <w:p>
      <w:r>
        <w:br/>
        <w:t>— Дитино, тоді розвіялись громами в житах зелених твої сни золотії, полетіли коні огненні і залізні слова любові у Байкал-озеро, мов сльози, покапали...</w:t>
      </w:r>
    </w:p>
    <w:p>
      <w:r>
        <w:br/>
        <w:t>Кучерява Оленка з дикого поля до города приїхала: моя Оленка ходить невміло буйним містом — отак іде вулицею, зупиниться, на щоках зацвіте соромливий мак, вона засміється і серйозно-серйозно прочитає на стовпі:</w:t>
      </w:r>
    </w:p>
    <w:p>
      <w:r>
        <w:br/>
        <w:t>"Хиромантка. Узнаю судьбу по картам, линиям рук: настоящее, прошедшее, будущее".</w:t>
      </w:r>
    </w:p>
    <w:p>
      <w:r>
        <w:br/>
        <w:t>Прикладе палець до губів, а оком кине аж за Дніпро, на сині бори:</w:t>
      </w:r>
    </w:p>
    <w:p>
      <w:r>
        <w:br/>
        <w:t>— Ет, долю вгадує!</w:t>
      </w:r>
    </w:p>
    <w:p>
      <w:r>
        <w:br/>
        <w:t>Оленка знала чари кращі, ніж хіромантка майбутнє: її біла, на студентську ногу, кімната, а особливо вікно, в кущ троянди закохане, знали такі таємниці, яких...</w:t>
      </w:r>
    </w:p>
    <w:p>
      <w:r>
        <w:br/>
        <w:t>Місяця вже ніхто не ловив на синій налигач увечері, ні, просто він сам любовно заплутувався у телеграфний дріт і косим оком поглядав на білу кімнату Оленки:</w:t>
      </w:r>
    </w:p>
    <w:p>
      <w:r>
        <w:br/>
        <w:t>— Хороший, та світи йому дорогу...</w:t>
      </w:r>
    </w:p>
    <w:p>
      <w:r>
        <w:br/>
        <w:t>І зацвів тоді сум Оленки:</w:t>
      </w:r>
    </w:p>
    <w:p>
      <w:r>
        <w:br/>
        <w:t>— ..."Уже немає Андрія, Оленко... У нас як заспівали звечора кров’ю кулемети, то до самого ранку не вгавали: крилами били над кручами криваву пісню, а вона сотала душу села і чіпляла тоненькі павутинки на заплакану дзвіницю, до хреста...</w:t>
      </w:r>
    </w:p>
    <w:p>
      <w:r>
        <w:br/>
        <w:t>Вороне залізо лизало пісню кулеметів і плювало нею у сліпе село, а чорна жужелиця нашими Зеленьками — на аршин...</w:t>
      </w:r>
    </w:p>
    <w:p>
      <w:r>
        <w:br/>
        <w:t>— Курява дика, Оленко, була селами..."</w:t>
      </w:r>
    </w:p>
    <w:p>
      <w:r>
        <w:br/>
        <w:t>Але місяць (він у городі, як селюк на балу) рішив посіяти коло вікна Оленки сміх, бо він був у той вечір веселий...</w:t>
      </w:r>
    </w:p>
    <w:p>
      <w:r>
        <w:br/>
        <w:t>І зразу, читачу, над кленом синьо-зеленими рейками зацвіла блискавка, рвонула хмару сизу, а вітер торкнув стременами — момент — вихром на гриві вітру — дощ...</w:t>
      </w:r>
    </w:p>
    <w:p>
      <w:r>
        <w:br/>
        <w:t>А Дніпром (Оленка яскраво це пам’ятає) пароход плив: такий собі сіренький, притертий "Чехов" — коли сонячно — свистить у машині, а негода — дна в Дніпрі шукає:</w:t>
      </w:r>
    </w:p>
    <w:p>
      <w:r>
        <w:br/>
        <w:t>— Мабуть, раки виїли?</w:t>
      </w:r>
    </w:p>
    <w:p>
      <w:r>
        <w:br/>
        <w:t>Це перед сумом Оленки підвівся на палубі Пилип Бойко, моргнув до матроса: "Мабуть, раки виїли?", і почав трусити в воду свою чорну, як рілля, онучу; вітер виправив її, погладив обсмикані кінці і майнув до хмари...</w:t>
      </w:r>
    </w:p>
    <w:p>
      <w:r>
        <w:br/>
        <w:t>— Всюравно як знамя...— не втерпів Бойко; матрос гукнув за вітром "сім", засміявся на Бойкове "знамя", і "Чехов", заплаканий, під дощ заляпав тихенько колесами: "сім, сім, пол...".</w:t>
      </w:r>
    </w:p>
    <w:p>
      <w:r>
        <w:br/>
        <w:t>За Бойком заворушилась одна свита, два піджачки і засмальцьований фрак; останній дригнув ногою з клумака свиту і, позіхаючи, промимрив:</w:t>
      </w:r>
    </w:p>
    <w:p>
      <w:r>
        <w:br/>
        <w:t>— А воно харрашо... дощик і — хліба підуть...</w:t>
      </w:r>
    </w:p>
    <w:p>
      <w:r>
        <w:br/>
        <w:t>Свита косо глянула на дощик, скривилась і тільки що хотіла одказать фракові нащот "хліба підуть", як...</w:t>
      </w:r>
    </w:p>
    <w:p>
      <w:r>
        <w:br/>
        <w:t>Жовті щелепи Бойка дико випнулись на обличчі, мов чепіги; сірі блискучі очі впилися до столика і люто заплигали на губах, горлянці спекулянта.</w:t>
      </w:r>
    </w:p>
    <w:p>
      <w:r>
        <w:br/>
        <w:t>— Прошу, Марк Мойсеїч, Бульоновське, заводське, розкішне сало...</w:t>
      </w:r>
    </w:p>
    <w:p>
      <w:r>
        <w:br/>
        <w:t>Кумедний Бойко дико заверещав:</w:t>
      </w:r>
    </w:p>
    <w:p>
      <w:r>
        <w:br/>
        <w:t>— Ми голодуємо, пухнемо... Брешеш, проклята душа! Це моє сало... Чуєш? О-о, дивись: попечена шкура — моє, моє!.. Я торік, коли ще не було голодухи...</w:t>
      </w:r>
    </w:p>
    <w:p>
      <w:r>
        <w:br/>
        <w:t>І заплакав: просто підняв у здивованого спекулянта під ногами шкурку з-під сала, засміявся, а далі почав плакать...</w:t>
      </w:r>
    </w:p>
    <w:p>
      <w:r>
        <w:br/>
        <w:t>Свита глухо бовкнула в воду своє слово: "От що, брат, голод робить", оглянулась і замовкла.</w:t>
      </w:r>
    </w:p>
    <w:p>
      <w:r>
        <w:br/>
        <w:t>Здивований спекулянт загорнув помалу, не поспішаючи, сало, сірий хліб, витрусив лушпиння яєць у воду і сумно, з їдкою іронією, проказав до Марка Мойсейовича:</w:t>
      </w:r>
    </w:p>
    <w:p>
      <w:r>
        <w:br/>
        <w:t>— Чудак народ... Пропал апетіт...</w:t>
      </w:r>
    </w:p>
    <w:p>
      <w:r>
        <w:br/>
        <w:t>Марко Мойсейович прижмурив з презирством на дядюшок око, соковито плюнув і закурив сигару.</w:t>
      </w:r>
    </w:p>
    <w:p>
      <w:r>
        <w:br/>
        <w:t>Закурив...</w:t>
      </w:r>
    </w:p>
    <w:p>
      <w:r>
        <w:br/>
        <w:t>А на сірих, жовтих обличчях селян димом закурилась зелено-сіра лють:</w:t>
      </w:r>
    </w:p>
    <w:p>
      <w:r>
        <w:br/>
        <w:t>— Попихкують... Бачиш?!</w:t>
      </w:r>
    </w:p>
    <w:p>
      <w:r>
        <w:br/>
        <w:t>Смішок затанцював на мішках, на воді і на сірих чепігах Бойка:</w:t>
      </w:r>
    </w:p>
    <w:p>
      <w:r>
        <w:br/>
        <w:t>— Хі-хі-хі! Попихкують...</w:t>
      </w:r>
    </w:p>
    <w:p>
      <w:r>
        <w:br/>
        <w:t>І ще буйніше від споминів зацвів сум Оленки; місяць похмарнів, минув телеграфний стовп над вікном і любовно обмережив стрімчасті зубці костьолу.</w:t>
      </w:r>
    </w:p>
    <w:p>
      <w:r>
        <w:br/>
        <w:t>А ніч на хрестах зорі розвішала, і коли-не коли промайне там вечірня краса і грязь города, промайне і — потухне...</w:t>
      </w:r>
    </w:p>
    <w:p>
      <w:r>
        <w:br/>
        <w:t>І сонна снувала у пам’яті свій сум:</w:t>
      </w:r>
    </w:p>
    <w:p>
      <w:r>
        <w:br/>
        <w:t>"Уже немає, Оленко, Андрія..."</w:t>
      </w:r>
    </w:p>
    <w:p>
      <w:r>
        <w:br/>
        <w:t>— Ех, тільки останній вечір дома, на селі сниться кумедний, заквітчаний сон...</w:t>
      </w:r>
    </w:p>
    <w:p>
      <w:r>
        <w:br/>
        <w:t>— Останній раз із ним в саду гуляла...</w:t>
      </w:r>
    </w:p>
    <w:p>
      <w:r>
        <w:br/>
        <w:t>А тепер:</w:t>
      </w:r>
    </w:p>
    <w:p>
      <w:r>
        <w:br/>
        <w:t>— Дід молиться прадідівською молитвою в саду, до зір, не повертає голови до попелища церкви, де співали кулемети, ні, перед ним — стара яблуня, одноліток діда, зогнулася, розп’яла на землі гілля, і кожна гілляка хитає ніжно в унісон дідової молитви; ах, як це нехороше — довго-довго після дідової молитви гонить на призьбі рябий пес блохи, а на клені шелестить гусінь... Фе, гидота!..</w:t>
      </w:r>
    </w:p>
    <w:p>
      <w:r>
        <w:br/>
        <w:t>— Олеся Андріяш дома? — Це крізь сон.</w:t>
      </w:r>
    </w:p>
    <w:p>
      <w:r>
        <w:br/>
        <w:t>— Дома...— І щаслива сміялася спросоння: — Ич який... за яблуню ховається...</w:t>
      </w:r>
    </w:p>
    <w:p>
      <w:r>
        <w:br/>
        <w:t>— Поднимайтесь, милая... Какой яблунька?..</w:t>
      </w:r>
    </w:p>
    <w:p>
      <w:r>
        <w:br/>
        <w:t>. . . . . . . . . . . . . . . . . . . . . . .</w:t>
      </w:r>
    </w:p>
    <w:p>
      <w:r>
        <w:br/>
        <w:t>...І поплила сорок п’ята ніч у тюрмі: спалені очі Оленки цілували грати, а сум її налився як пашня, заполовів.</w:t>
      </w:r>
    </w:p>
    <w:p>
      <w:r>
        <w:br/>
        <w:t>І коли синьоока красуня візьме в обійми вечір травня, і на стіні якраз над "парашою" розділить горіхом грати, і погойдне цей страшний, сірий сум піснею,— спалені очі орошують брудну лутку сльозами...</w:t>
      </w:r>
    </w:p>
    <w:p>
      <w:r>
        <w:br/>
        <w:t>Сорок п’ята ніч кинула дротом телефону "маленьку неприємність" життя тюрми:</w:t>
      </w:r>
    </w:p>
    <w:p>
      <w:r>
        <w:br/>
        <w:t>— Ви слухаєте? В камері номер вісім повісилась Олеся Андріяш... Чуєте, Андріяш?</w:t>
      </w:r>
    </w:p>
    <w:p>
      <w:r>
        <w:br/>
        <w:t>— Хм... Червона мачина... Жаль, жаль, але...</w:t>
      </w:r>
    </w:p>
    <w:p>
      <w:r>
        <w:br/>
        <w:t>— Сорочку перервала і — на гратах... Слухаю. Неприємність, чорт!..</w:t>
      </w:r>
    </w:p>
    <w:p>
      <w:r>
        <w:br/>
        <w:t>Оленка...</w:t>
      </w:r>
    </w:p>
    <w:p>
      <w:r>
        <w:br/>
        <w:t>Степом короговки замість корів замайоріли, чорні коні на зеленому житі копита сталили, борозни орали і поорали мій заквітчаний сон... і залізні слова Любові у Байкал-озеро, мов сльози, покапали...</w:t>
      </w:r>
    </w:p>
    <w:p>
      <w:r>
        <w:br/>
        <w:t>Обсипався яблуневий цвіт: і стежки засипав, і доріжки.</w:t>
      </w:r>
    </w:p>
    <w:p>
      <w:r>
        <w:br/>
        <w:t>І сумом великим сотається над Зеленьками весільна пісня матері Оленки:</w:t>
      </w:r>
    </w:p>
    <w:p>
      <w:r>
        <w:br/>
        <w:t>Ой будеш ти, моя мати, тихо спати...</w:t>
      </w:r>
    </w:p>
    <w:p>
      <w:r>
        <w:br/>
        <w:t>1923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Заквітчаний сон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