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Зайці та жаби</w:t>
      </w:r>
    </w:p>
    <w:p>
      <w:r>
        <w:br/>
        <w:t xml:space="preserve"> &lt;p&gt;Зібралися якось на потаємній галявині в густому лісі всі зайці округи. Сходилися тихо, поволі, мовчазні й сумні.</w:t>
      </w:r>
    </w:p>
    <w:p>
      <w:r>
        <w:br/>
        <w:t>Коли вже й останній прийшов, наперед виступив Старий Заєць, проводир свого племені, піднявся на сухий пень і сказав зажурено:</w:t>
      </w:r>
    </w:p>
    <w:p>
      <w:r>
        <w:br/>
        <w:t>— Друзі мої безталанні, любе моє товариство! Сьогодні скликав я вас, аби ще раз поговорити про наше життя, бо треба, врешті-решт, якось давати раду нашим бідам.</w:t>
      </w:r>
    </w:p>
    <w:p>
      <w:r>
        <w:br/>
        <w:t>— Кажи перший, дідуню! — загукали зайці.— Слухаємо тебе!</w:t>
      </w:r>
    </w:p>
    <w:p>
      <w:r>
        <w:br/>
        <w:t>— Діти мої,— провадив Старий Заєць далі,— ви добре знаєте, що ми — найнещасніші створіння на світі. А чому? Та тому, що ми боягузи. Боїмося всякої дрібниці. Сухий листок упаде біля нас, а ми вже ноги на плечі й даємо такого чосу, наче то найстрашніший ворог. Випурхне горобець із трави, то в нас дух у п'яти залізе і мчимо наосліп щосили. Немає в цілому світі поміж великими й малими звірами таких боягузів, як ми.</w:t>
      </w:r>
    </w:p>
    <w:p>
      <w:r>
        <w:br/>
        <w:t>— Ми в тім винні! — гукнув один молодий зайчисько.— Як ми можемо боротися, коли не маємо зброї?!</w:t>
      </w:r>
    </w:p>
    <w:p>
      <w:r>
        <w:br/>
        <w:t>— Коли б то в нас були роги, як у цапів! — докинув другий.</w:t>
      </w:r>
    </w:p>
    <w:p>
      <w:r>
        <w:br/>
        <w:t>— Або вовчі зуби! — притакнув третій.</w:t>
      </w:r>
    </w:p>
    <w:p>
      <w:r>
        <w:br/>
        <w:t>— Чому ми не маємо таких кігтів, як рись?</w:t>
      </w:r>
    </w:p>
    <w:p>
      <w:r>
        <w:br/>
        <w:t>— Справді! — сказав Старий Заєць. — Ми таки беззбройні, то не наша вина. Але опріч зброї нам бракує ще дечого, а надто — вдачі. В наших грудях б'ються не сміливі серця, а боягузливі. От, приміром, бачив я позавчора на леваді, як гуска дзьобала величезного бика. На що вона сподівалася? Що переможе його? Ні. А проте, не втекла. А он у мірошника кошеня подряпало пса, а цуценя, яке ще й ходити гаразд не вміє, сміливо напало на перехожого. А скажіть мені — хто з нашого роду нападе бодай на нікчемного черв'яка? Жоден не нападе. Одвіку так ведеться, з дідів-прадідів наших. І всі звірі та птахи про це знають, і люди, тож і сміються з нас. І кожного боягуза називають зайцем. Осоромилося наше плем'я на весь світ, і через те нас усі зневажають. Немає в світі нікого полохливішого за нас.</w:t>
      </w:r>
    </w:p>
    <w:p>
      <w:r>
        <w:br/>
        <w:t>— Авжеж!—притакнув інший заєць.— Я сам оце злякався бджоли, що пролетіла повз мене. А бджола засміялася й помчала до своїх подруг — розповісти про це. Скоро про мене знатиме все поле. Тепер хоч не потикайся туди, бо всі тицятимуть у мене й глузуватимуть. Нащо здалося таке життя?</w:t>
      </w:r>
    </w:p>
    <w:p>
      <w:r>
        <w:br/>
        <w:t>— Так, так, нащо! — відгукнулися зайці.— Краще втопитися!</w:t>
      </w:r>
    </w:p>
    <w:p>
      <w:r>
        <w:br/>
        <w:t>— Втопитися! Він правий!</w:t>
      </w:r>
    </w:p>
    <w:p>
      <w:r>
        <w:br/>
        <w:t>— Смерть миліша за таке скніння!</w:t>
      </w:r>
    </w:p>
    <w:p>
      <w:r>
        <w:br/>
        <w:t>— Хай разом з нами щезне з білого світу наш сором! Геть вагання, хай згине наша неслава!</w:t>
      </w:r>
    </w:p>
    <w:p>
      <w:r>
        <w:br/>
        <w:t>Підвівся знову Старий Заєць, випростався й гукнув дужим, молодечим голосом:</w:t>
      </w:r>
    </w:p>
    <w:p>
      <w:r>
        <w:br/>
        <w:t>— Дякую вам, любі мої, ваш рішенець найкращий і наймудріший! Вперед, не гаймо часу! До озера! Хай поглине нас його глибінь!</w:t>
      </w:r>
    </w:p>
    <w:p>
      <w:r>
        <w:br/>
        <w:t>І заяча громада посунула вниз, у долину. Попереду йшов Старий Заєць, щасливий і гордий з рішучості свого племені.</w:t>
      </w:r>
    </w:p>
    <w:p>
      <w:r>
        <w:br/>
        <w:t>"Вперше за все наше життя чинимо сміливо й мужньо,— думав він.— Вперше і востаннє".</w:t>
      </w:r>
    </w:p>
    <w:p>
      <w:r>
        <w:br/>
        <w:t>Невдовзі дісталися вони берега озера. Було воно таке глибоке, що як упадеш у нього — годі й думати про порятунок.</w:t>
      </w:r>
    </w:p>
    <w:p>
      <w:r>
        <w:br/>
        <w:t>Хоч яка легка й нечутна заяча хода, величезне юрмисько не могло посуватися тихо. Тому жаби, що вигрівалися під сонцем на березі, завважили шум і жахнулися.</w:t>
      </w:r>
    </w:p>
    <w:p>
      <w:r>
        <w:br/>
        <w:t>— Ворог! — закричали.— Мерщій у воду! Рятуймося! Мерщій!</w:t>
      </w:r>
    </w:p>
    <w:p>
      <w:r>
        <w:br/>
        <w:t>І кинулися одна поперед одної в озеро.</w:t>
      </w:r>
    </w:p>
    <w:p>
      <w:r>
        <w:br/>
        <w:t>Старий Заєць перший почув ті крики і побачив безладну втечу. А відтак наказав своїй громаді спинитися й мовив до неї такі слова:</w:t>
      </w:r>
    </w:p>
    <w:p>
      <w:r>
        <w:br/>
        <w:t>— Друзі мої, даремно ви думали, що наш рід — найбоягузливіший з усіх. Даремно збираємося вкоротити собі віку. Є ще й такі страхополохи, що бояться нас. Чули, як полякалися жаби? Тож вертайтеся до своїх домівок та будьте вдоволені з того, які ви є.</w:t>
      </w:r>
    </w:p>
    <w:p>
      <w:r>
        <w:br/>
        <w:t>Подалися зайці назад. І здався їм ліс гарнішим, сонце теплішим, вітрець — ніжнішим. Трава видалася смачнішою, а життя — прекрасним.</w:t>
      </w:r>
    </w:p>
    <w:p>
      <w:r>
        <w:br/>
        <w:t>І донині так ведеться зайцям, і вікують вони радісно та щасливо.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Зайці та 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