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Заграва</w:t>
      </w:r>
    </w:p>
    <w:p>
      <w:r>
        <w:br/>
        <w:t xml:space="preserve"> До тебе не байдужий я і нині&lt;br /&gt;</w:t>
        <w:br/>
        <w:t>і може вже таким і пропаду&lt;br /&gt;</w:t>
        <w:br/>
        <w:t>за те, що ти пекельної гордині&lt;br /&gt;</w:t>
        <w:br/>
        <w:t>не шкодував віддати за мету...&lt;br /&gt;</w:t>
        <w:br/>
        <w:t>За те, що в п'ятницю ти в сірій хмарі&lt;br /&gt;</w:t>
        <w:br/>
        <w:t>зневаги під дверима ждав без дху,&lt;br /&gt;</w:t>
        <w:br/>
        <w:t>аби в суботу в пишнім будуарі&lt;br /&gt;</w:t>
        <w:br/>
        <w:t>віддячити за скривджену пиху ...&lt;br /&gt;</w:t>
        <w:br/>
        <w:t>За те, що був ти тільки егоїстом&lt;br /&gt;</w:t>
        <w:br/>
        <w:t>і інший світ тобі здавався теж&lt;br /&gt;</w:t>
        <w:br/>
        <w:t>з таким же, як і ти, душевним змістом,&lt;br /&gt;</w:t>
        <w:br/>
        <w:t>прикритим кольоровістю одеж.&lt;br /&gt;</w:t>
        <w:br/>
        <w:t>І центром першого був ти, мій Яґо,&lt;br /&gt;</w:t>
        <w:br/>
        <w:t>вночі задимлений вогнем ялиць,&lt;br /&gt;</w:t>
        <w:br/>
        <w:t>годуючи зневажену звитягу&lt;br /&gt;</w:t>
        <w:br/>
        <w:t>сичанням гадів і виттям лисиць.&lt;br /&gt;</w:t>
        <w:br/>
        <w:t>І хоч тебе і не пускали чільні&lt;br /&gt;</w:t>
        <w:br/>
        <w:t>ні до своїх жінок, ні до вина,&lt;br /&gt;</w:t>
        <w:br/>
        <w:t>але були ви в шані обопільній,&lt;br /&gt;</w:t>
        <w:br/>
        <w:t>неначе сам Господь і Сатана.&lt;br /&gt;</w:t>
        <w:br/>
        <w:t>І ставився до вас я всіх не знишка,&lt;br /&gt;</w:t>
        <w:br/>
        <w:t>бо й ви нічим не крились взагалі,&lt;br /&gt;</w:t>
        <w:br/>
        <w:t>цінуючи в житті лиш те, що кишка&lt;br /&gt;</w:t>
        <w:br/>
        <w:t>бажає взяти з теплої землі.&lt;br /&gt;</w:t>
        <w:br/>
        <w:t>Але один мені із вас аж пахне&lt;br /&gt;</w:t>
        <w:br/>
        <w:t>парфумами тими, що й кожний віл,&lt;br /&gt;</w:t>
        <w:br/>
        <w:t>а другий тим добродієм, що тягне&lt;br /&gt;</w:t>
        <w:br/>
        <w:t>биків під довбню із голодних сіл.&lt;br /&gt;</w:t>
        <w:br/>
        <w:t>І вам якби Гомери і Шексггіри&lt;br /&gt;</w:t>
        <w:br/>
        <w:t>у гості Феба й Музу привели,&lt;br /&gt;</w:t>
        <w:br/>
        <w:t>то ви б уважними були до ліри,&lt;br /&gt;</w:t>
        <w:br/>
        <w:t>неначе з міста різники й воли.&lt;br /&gt;</w:t>
        <w:br/>
        <w:t>І через те, що в вас відьомське днище&lt;br /&gt;</w:t>
        <w:br/>
        <w:t>і чарівниці, воля і тюрма,&lt;br /&gt;</w:t>
        <w:br/>
        <w:t>то я, щоб жити так хоч, як ослище,&lt;br /&gt;</w:t>
        <w:br/>
        <w:t>зустрітись мусів з вами обома.&lt;br /&gt;</w:t>
        <w:br/>
        <w:t>І ви мене зненавиділи зразу&lt;br /&gt;</w:t>
        <w:br/>
        <w:t>всіма печінками гидот своїх&lt;br /&gt;</w:t>
        <w:br/>
        <w:t>за те, що правду почуття та сказу&lt;br /&gt;</w:t>
        <w:br/>
        <w:t>я розумів і кінчиками ніг...</w:t>
      </w:r>
    </w:p>
    <w:p>
      <w:r>
        <w:br/>
        <w:t>І ви мені не квітку і не рутку&lt;br /&gt;</w:t>
        <w:br/>
        <w:t>у серце кинули з своїх держав,&lt;br /&gt;</w:t>
        <w:br/>
        <w:t>але московську, дику проститутку,&lt;br /&gt;</w:t>
        <w:br/>
        <w:t>яку чекіст і пересічний ссав.&lt;br /&gt;</w:t>
        <w:br/>
        <w:t>І я гадав, що це від Бога паска,&lt;br /&gt;</w:t>
        <w:br/>
        <w:t>із неба впадена моїм літам,&lt;br /&gt;</w:t>
        <w:br/>
        <w:t>коли вона шептала: "Ох, будь ласка,&lt;br /&gt;</w:t>
        <w:br/>
        <w:t>ти не цілуй мене ніколи там...&lt;br /&gt;</w:t>
        <w:br/>
        <w:t>але сюди... у пиптик, мій коханку,&lt;br /&gt;</w:t>
        <w:br/>
        <w:t>щоб лоскотом узявся ввесь живіт" . . .&lt;br /&gt;</w:t>
        <w:br/>
        <w:t>і я доцілувався доостанку,&lt;br /&gt;</w:t>
        <w:br/>
        <w:t>що пиптиком мені страшним став Світ,&lt;br /&gt;</w:t>
        <w:br/>
        <w:t>який сидить ввесь час, ввесь час на роті,&lt;br /&gt;</w:t>
        <w:br/>
        <w:t>як величезний не по дірці чіп,&lt;br /&gt;</w:t>
        <w:br/>
        <w:t>аби мій дух з середини в істоті&lt;br /&gt;</w:t>
        <w:br/>
        <w:t>у самім зародку без слова сліп.</w:t>
      </w:r>
    </w:p>
    <w:p>
      <w:r>
        <w:br/>
        <w:t>Так, я доцілувався доостанку,&lt;br /&gt;</w:t>
        <w:br/>
        <w:t>коли до хати скочив через рів&lt;br /&gt;</w:t>
        <w:br/>
        <w:t>і з-за дверей почув слова на ґанку&lt;br /&gt;</w:t>
        <w:br/>
        <w:t>і те, що говорилося без слів:&lt;br /&gt;</w:t>
        <w:br/>
        <w:t>— "Ох, він радітиме, коли скажу я,&lt;br /&gt;</w:t>
        <w:br/>
        <w:t>що вже ходю вагою від Різдва" ...&lt;br /&gt;</w:t>
        <w:br/>
        <w:t>— "Ти ж атдавалася вєть пацалуям&lt;br /&gt;</w:t>
        <w:br/>
        <w:t>навєрна і маїм не ґод, не два" ...</w:t>
      </w:r>
    </w:p>
    <w:p>
      <w:r>
        <w:br/>
        <w:t>— "Таж він похожий, серце, на поета,&lt;br /&gt;</w:t>
        <w:br/>
        <w:t>а це від тебе в мене в животі" ...&lt;br /&gt;</w:t>
        <w:br/>
        <w:t>— "Так пусть ему і будєт радость ета,&lt;br /&gt;</w:t>
        <w:br/>
        <w:t>а мне пара сайті с єво путі" ...&lt;br /&gt;</w:t>
        <w:br/>
        <w:t>І я тоді не вбив її й приблуду,&lt;br /&gt;</w:t>
        <w:br/>
        <w:t>назад пішовши від своїх дверей&lt;br /&gt;</w:t>
        <w:br/>
        <w:t>із тим, що там ніколи вже не буду,&lt;br /&gt;</w:t>
        <w:br/>
        <w:t>де випала й повія із грудей...</w:t>
      </w:r>
    </w:p>
    <w:p>
      <w:r>
        <w:br/>
        <w:t>Але не втік я з вашої держави,&lt;br /&gt;</w:t>
        <w:br/>
        <w:t>борці за темні пристрасті та зло,&lt;br /&gt;</w:t>
        <w:br/>
        <w:t>бо револьвер не трапився іржавий&lt;br /&gt;</w:t>
        <w:br/>
        <w:t>на те, щоб стрельнути собі в чоло,&lt;br /&gt;</w:t>
        <w:br/>
        <w:t>і поміж вами борсаюся й досі,&lt;br /&gt;</w:t>
        <w:br/>
        <w:t>але до самоти ще не привик,&lt;br /&gt;</w:t>
        <w:br/>
        <w:t>і чую на кожнісінькій дорозі&lt;br /&gt;</w:t>
        <w:br/>
        <w:t>закону вашого єдиний крик:&lt;br /&gt;</w:t>
        <w:br/>
        <w:t>аби я з праці квітки й заробітки&lt;br /&gt;</w:t>
        <w:br/>
        <w:t>"отій" на пуп холодний віддавав,&lt;br /&gt;</w:t>
        <w:br/>
        <w:t>а мною щоб журились ваші дітки,&lt;br /&gt;</w:t>
        <w:br/>
        <w:t>ласкавіші від тюрем та від ґав</w:t>
      </w:r>
    </w:p>
    <w:p>
      <w:r>
        <w:br/>
        <w:t>і щоб я вам завжди був гірко заздрий,&lt;br /&gt;</w:t>
        <w:br/>
        <w:t>під вашу схилений важку п'яту,&lt;br /&gt;</w:t>
        <w:br/>
        <w:t>Але я за найменший світлий настрій&lt;br /&gt;</w:t>
        <w:br/>
        <w:t>не схочу взяти хоч яку мету:&lt;br /&gt;</w:t>
        <w:br/>
        <w:t>бо щоб у Господа була потреба&lt;br /&gt;</w:t>
        <w:br/>
        <w:t>на зорі щось міняти в Сатани,&lt;br /&gt;</w:t>
        <w:br/>
        <w:t>то швидко б для ночей не стало неба,&lt;br /&gt;</w:t>
        <w:br/>
        <w:t>мов серцю дорогої давнини.</w:t>
      </w:r>
    </w:p>
    <w:p>
      <w:r>
        <w:br/>
        <w:t>І правду знайте ви мою разючу,&lt;br /&gt;</w:t>
        <w:br/>
        <w:t>яка від мене часто сон жене,&lt;br /&gt;</w:t>
        <w:br/>
        <w:t>що я не вас неправдою скрізь мучу,&lt;br /&gt;</w:t>
        <w:br/>
        <w:t>а ви завжди катуєте мене...&lt;br /&gt;</w:t>
        <w:br/>
        <w:t>И тому не можу бути геть байдужий&lt;br /&gt;</w:t>
        <w:br/>
        <w:t>коли б'ють в очі ваші спека й пил,&lt;br /&gt;</w:t>
        <w:br/>
        <w:t>що я на вас і досі ще недужий&lt;br /&gt;</w:t>
        <w:br/>
        <w:t>в задусі скупчити душевних сил!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