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Загадки</w:t>
      </w:r>
    </w:p>
    <w:p>
      <w:r>
        <w:br/>
        <w:t xml:space="preserve"> Марійка Підгірянка</w:t>
      </w:r>
    </w:p>
    <w:p>
      <w:r>
        <w:br/>
        <w:t>ЗАГАДКИ</w:t>
      </w:r>
    </w:p>
    <w:p>
      <w:r>
        <w:br/>
        <w:t>***</w:t>
      </w:r>
    </w:p>
    <w:p>
      <w:r>
        <w:br/>
        <w:t>Коли можна воду в решеті носити?&lt;br /&gt;</w:t>
        <w:br/>
        <w:t>(Коли замерзне)</w:t>
      </w:r>
    </w:p>
    <w:p>
      <w:r>
        <w:br/>
        <w:t>***</w:t>
      </w:r>
    </w:p>
    <w:p>
      <w:r>
        <w:br/>
        <w:t>Два брати втікають,&lt;br /&gt;</w:t>
        <w:br/>
        <w:t>А два доганяють.&lt;br /&gt;</w:t>
        <w:br/>
        <w:t>(Колеса)</w:t>
      </w:r>
    </w:p>
    <w:p>
      <w:r>
        <w:br/>
        <w:t>***</w:t>
      </w:r>
    </w:p>
    <w:p>
      <w:r>
        <w:br/>
        <w:t>Ой не дерево воно.&lt;br /&gt;</w:t>
        <w:br/>
        <w:t>А листочків там повно.&lt;br /&gt;</w:t>
        <w:br/>
        <w:t>Всі листочки біленькі,&lt;br /&gt;</w:t>
        <w:br/>
        <w:t>По них рядки чорненькі.&lt;br /&gt;</w:t>
        <w:br/>
        <w:t>В тих рядочках казочки.&lt;br /&gt;</w:t>
        <w:br/>
        <w:t>Одгадайте, діточки!&lt;br /&gt;</w:t>
        <w:br/>
        <w:t>(Книжка)</w:t>
      </w:r>
    </w:p>
    <w:p>
      <w:r>
        <w:br/>
        <w:t>* * *</w:t>
      </w:r>
    </w:p>
    <w:p>
      <w:r>
        <w:br/>
        <w:t>Має зуби залізні&lt;br /&gt;</w:t>
        <w:br/>
        <w:t>Гризе дерево різне&lt;br /&gt;</w:t>
        <w:br/>
        <w:t>Гризе, ріже з усіх сил&lt;br /&gt;</w:t>
        <w:br/>
        <w:t>Аж під нею сипле пил&lt;br /&gt;</w:t>
        <w:br/>
        <w:t>(Пила)</w:t>
      </w:r>
    </w:p>
    <w:p>
      <w:r>
        <w:br/>
        <w:t>* * *</w:t>
      </w:r>
    </w:p>
    <w:p>
      <w:r>
        <w:br/>
        <w:t>Без дров, без огня,&lt;br /&gt;</w:t>
        <w:br/>
        <w:t>А світить і гріє щодня&lt;br /&gt;</w:t>
        <w:br/>
        <w:t>(Сонце)</w:t>
      </w:r>
    </w:p>
    <w:p>
      <w:r>
        <w:br/>
        <w:t>* * *</w:t>
      </w:r>
    </w:p>
    <w:p>
      <w:r>
        <w:br/>
        <w:t>Що то є за гість:&lt;br /&gt;</w:t>
        <w:br/>
        <w:t>Ніжок має шість&lt;br /&gt;</w:t>
        <w:br/>
        <w:t>Аж чотири крильця має&lt;br /&gt;</w:t>
        <w:br/>
        <w:t>По квітках собі літає&lt;br /&gt;</w:t>
        <w:br/>
        <w:t>Ні бджола, ні джмелик&lt;br /&gt;</w:t>
        <w:br/>
        <w:t>Зветься він …&lt;br /&gt;</w:t>
        <w:br/>
        <w:t>(Метелик)</w:t>
      </w:r>
    </w:p>
    <w:p>
      <w:r>
        <w:br/>
        <w:t>* * *</w:t>
      </w:r>
    </w:p>
    <w:p>
      <w:r>
        <w:br/>
        <w:t>Школяре, школяре, я твоя подруга.&lt;br /&gt;</w:t>
        <w:br/>
        <w:t>Кращого ніколи не знайдеш ти друга.&lt;br /&gt;</w:t>
        <w:br/>
        <w:t>Ти мене пильнуєш – я тебе навчаю,&lt;br /&gt;</w:t>
        <w:br/>
        <w:t>Я тебе навчаю та ще й забавляю.&lt;br /&gt;</w:t>
        <w:br/>
        <w:t>(Книга)</w:t>
      </w:r>
    </w:p>
    <w:p>
      <w:r>
        <w:br/>
        <w:t>* * *</w:t>
      </w:r>
    </w:p>
    <w:p>
      <w:r>
        <w:br/>
        <w:t>&amp;#8203;Гострі кігті має –&lt;br /&gt;</w:t>
        <w:br/>
        <w:t>В подушки ховає.&lt;br /&gt;</w:t>
        <w:br/>
        <w:t>Вилазить все на плотик,&lt;br /&gt;</w:t>
        <w:br/>
        <w:t>А зоветься ... .&lt;br /&gt;</w:t>
        <w:br/>
        <w:t>(Котик)</w:t>
      </w:r>
    </w:p>
    <w:p>
      <w:r>
        <w:br/>
        <w:t>* * *</w:t>
      </w:r>
    </w:p>
    <w:p>
      <w:r>
        <w:br/>
        <w:t>Чистенькі віконця сміються до сонця.&lt;br /&gt;</w:t>
        <w:br/>
        <w:t>Діточки довкола. Наша люба...&lt;br /&gt;</w:t>
        <w:br/>
        <w:t>(Школа)</w:t>
      </w:r>
    </w:p>
    <w:p>
      <w:r>
        <w:br/>
        <w:t>* * *</w:t>
      </w:r>
    </w:p>
    <w:p>
      <w:r>
        <w:br/>
        <w:t>Дві сестрички,&lt;br /&gt;</w:t>
        <w:br/>
        <w:t>Дві близнючки,&lt;br /&gt;</w:t>
        <w:br/>
        <w:t>Скорі на бігу.&lt;br /&gt;</w:t>
        <w:br/>
        <w:t>Хто їх має,&lt;br /&gt;</w:t>
        <w:br/>
        <w:t>Той сідає –&lt;br /&gt;</w:t>
        <w:br/>
        <w:t>Їде по снігу.&lt;br /&gt;</w:t>
        <w:br/>
        <w:t>(Санчата)</w:t>
      </w:r>
    </w:p>
    <w:p>
      <w:r>
        <w:br/>
        <w:t>* * *</w:t>
      </w:r>
    </w:p>
    <w:p>
      <w:r>
        <w:br/>
        <w:t>Звірята рогаті,&lt;br /&gt;</w:t>
        <w:br/>
        <w:t>Та ще й бородаті,&lt;br /&gt;</w:t>
        <w:br/>
        <w:t>Ходять пастись в лози.&lt;br /&gt;</w:t>
        <w:br/>
        <w:t>Хто? Вгадайте!...&lt;br /&gt;</w:t>
        <w:br/>
        <w:t>(Кози)</w:t>
      </w:r>
    </w:p>
    <w:p>
      <w:r>
        <w:br/>
        <w:t>***</w:t>
      </w:r>
    </w:p>
    <w:p>
      <w:r>
        <w:br/>
        <w:t>З неба до землі сягає,&lt;br /&gt;</w:t>
        <w:br/>
        <w:t>В траву ся ховає.&lt;br /&gt;</w:t>
        <w:br/>
        <w:t>(Дощ)</w:t>
      </w:r>
    </w:p>
    <w:p>
      <w:r>
        <w:br/>
        <w:t>***</w:t>
      </w:r>
    </w:p>
    <w:p>
      <w:r>
        <w:br/>
        <w:t>Біленька перина&lt;br /&gt;</w:t>
        <w:br/>
        <w:t>Земленьку вкрила.&lt;br /&gt;</w:t>
        <w:br/>
        <w:t>(Сніг)</w:t>
      </w:r>
    </w:p>
    <w:p>
      <w:r>
        <w:br/>
        <w:t>***</w:t>
      </w:r>
    </w:p>
    <w:p>
      <w:r>
        <w:br/>
        <w:t>Без дров, без огня,&lt;br /&gt;</w:t>
        <w:br/>
        <w:t>А світить і гріє щодня&lt;br /&gt;</w:t>
        <w:br/>
        <w:t>(Сонце)</w:t>
      </w:r>
    </w:p>
    <w:p>
      <w:r>
        <w:br/>
        <w:t>***</w:t>
      </w:r>
    </w:p>
    <w:p>
      <w:r>
        <w:br/>
        <w:t>Що то є за гість:&lt;br /&gt;</w:t>
        <w:br/>
        <w:t>Ніжок має шість&lt;br /&gt;</w:t>
        <w:br/>
        <w:t>Аж чотири крильця має&lt;br /&gt;</w:t>
        <w:br/>
        <w:t>По квітках собі літає&lt;br /&gt;</w:t>
        <w:br/>
        <w:t>Ні бджола, ні джмелик&lt;br /&gt;</w:t>
        <w:br/>
        <w:t>Зветься він... .&lt;br /&gt;</w:t>
        <w:br/>
        <w:t>(Метелик)</w:t>
      </w:r>
    </w:p>
    <w:p>
      <w:r>
        <w:br/>
        <w:t>***</w:t>
      </w:r>
    </w:p>
    <w:p>
      <w:r>
        <w:br/>
        <w:t>Залізна дорога,&lt;br /&gt;</w:t>
        <w:br/>
        <w:t>Коник паровий.&lt;br /&gt;</w:t>
        <w:br/>
        <w:t>Відгадайте,діти,&lt;br /&gt;</w:t>
        <w:br/>
        <w:t>Хто це є такий?&lt;br /&gt;</w:t>
        <w:br/>
        <w:t>(Залізниця і паровоз)</w:t>
      </w:r>
    </w:p>
    <w:p>
      <w:r>
        <w:br/>
        <w:t>***</w:t>
      </w:r>
    </w:p>
    <w:p>
      <w:r>
        <w:br/>
        <w:t>Як цей білий цукор зветься,&lt;br /&gt;</w:t>
        <w:br/>
        <w:t>Що із хмар взимі трясеться?&lt;br /&gt;</w:t>
        <w:br/>
        <w:t>(Сніг)</w:t>
      </w:r>
    </w:p>
    <w:p>
      <w:r>
        <w:br/>
        <w:t>***</w:t>
      </w:r>
    </w:p>
    <w:p>
      <w:r>
        <w:br/>
        <w:t>Летить птах&lt;br /&gt;</w:t>
        <w:br/>
        <w:t>В небесах.&lt;br /&gt;</w:t>
        <w:br/>
        <w:t>Бензину нап'ється,&lt;br /&gt;</w:t>
        <w:br/>
        <w:t>Світами женеться —&lt;br /&gt;</w:t>
        <w:br/>
        <w:t>Скоро так,&lt;br /&gt;</w:t>
        <w:br/>
        <w:t>Гучно так,&lt;br /&gt;</w:t>
        <w:br/>
        <w:t>А зоветься ... .&lt;br /&gt;</w:t>
        <w:br/>
        <w:t>(Літак)</w:t>
      </w:r>
    </w:p>
    <w:p>
      <w:r>
        <w:br/>
        <w:t>***</w:t>
      </w:r>
    </w:p>
    <w:p>
      <w:r>
        <w:br/>
        <w:t>Коли напасеться,&lt;br /&gt;</w:t>
        <w:br/>
        <w:t>В коморі знайдеться&lt;br /&gt;</w:t>
        <w:br/>
        <w:t>Молока коновка.&lt;br /&gt;</w:t>
        <w:br/>
        <w:t>А хто дасть?&lt;br /&gt;</w:t>
        <w:br/>
        <w:t>(Корівка )</w:t>
      </w:r>
    </w:p>
    <w:p>
      <w:r>
        <w:br/>
        <w:t>***</w:t>
      </w:r>
    </w:p>
    <w:p>
      <w:r>
        <w:br/>
        <w:t>Поночі літає.&lt;br /&gt;</w:t>
        <w:br/>
        <w:t>У деннь засинає.&lt;br /&gt;</w:t>
        <w:br/>
        <w:t>Кругла голова,&lt;br /&gt;</w:t>
        <w:br/>
        <w:t>Зоветься... .&lt;br /&gt;</w:t>
        <w:br/>
        <w:t>(Сова)</w:t>
      </w:r>
    </w:p>
    <w:p>
      <w:r>
        <w:br/>
        <w:t>***</w:t>
      </w:r>
    </w:p>
    <w:p>
      <w:r>
        <w:br/>
        <w:t>Сидять у коробці.&lt;br /&gt;</w:t>
        <w:br/>
        <w:t>У купочці хлопці.&lt;br /&gt;</w:t>
        <w:br/>
        <w:t>Хто хоче світити-&lt;br /&gt;</w:t>
        <w:br/>
        <w:t>Готові служти.&lt;br /&gt;</w:t>
        <w:br/>
        <w:t>Не беріте, діти,&lt;br /&gt;</w:t>
        <w:br/>
        <w:t>Їх на забавки,&lt;br /&gt;</w:t>
        <w:br/>
        <w:t>Бо можна згоріти.&lt;br /&gt;</w:t>
        <w:br/>
        <w:t>Що це?&lt;br /&gt;</w:t>
        <w:br/>
        <w:t>(Сірники)</w:t>
      </w:r>
    </w:p>
    <w:p>
      <w:r>
        <w:br/>
        <w:t>***</w:t>
      </w:r>
    </w:p>
    <w:p>
      <w:r>
        <w:br/>
        <w:t>Пара довгих вушок,&lt;br /&gt;</w:t>
        <w:br/>
        <w:t>Сіренький кожушок.&lt;br /&gt;</w:t>
        <w:br/>
        <w:t>Скорий побігайчик,&lt;br /&gt;</w:t>
        <w:br/>
        <w:t>А зоветься ... .&lt;br /&gt;</w:t>
        <w:br/>
        <w:t>(Зайчик )</w:t>
      </w:r>
    </w:p>
    <w:p>
      <w:r>
        <w:br/>
        <w:t>***</w:t>
      </w:r>
    </w:p>
    <w:p>
      <w:r>
        <w:br/>
        <w:t>І мала,і кучерява,&lt;br /&gt;</w:t>
        <w:br/>
        <w:t>І тихенька, і ласкава.&lt;br /&gt;</w:t>
        <w:br/>
        <w:t>Песик її стереже,&lt;br /&gt;</w:t>
        <w:br/>
        <w:t>Баба доїть і стриже.&lt;br /&gt;</w:t>
        <w:br/>
        <w:t>Має брата баранця,&lt;br /&gt;</w:t>
        <w:br/>
        <w:t>Називається _____ .&lt;br /&gt;</w:t>
        <w:br/>
        <w:t>(Вівця )</w:t>
      </w:r>
    </w:p>
    <w:p>
      <w:r>
        <w:br/>
        <w:t>***</w:t>
      </w:r>
    </w:p>
    <w:p>
      <w:r>
        <w:br/>
        <w:t>Малесенька хатка,&lt;br /&gt;</w:t>
        <w:br/>
        <w:t>А в ній — коліщатка.&lt;br /&gt;</w:t>
        <w:br/>
        <w:t>(Годинник)</w:t>
      </w:r>
    </w:p>
    <w:p>
      <w:r>
        <w:br/>
        <w:t>***</w:t>
      </w:r>
    </w:p>
    <w:p>
      <w:r>
        <w:br/>
        <w:t>То чорна, то сива&lt;br /&gt;</w:t>
        <w:br/>
        <w:t>По небі ходила,&lt;br /&gt;</w:t>
        <w:br/>
        <w:t>Набив її вітер —&lt;br /&gt;</w:t>
        <w:br/>
        <w:t>Сльози розпустила.&lt;br /&gt;</w:t>
        <w:br/>
        <w:t>(Хмара і дощ )</w:t>
      </w:r>
    </w:p>
    <w:p>
      <w:r>
        <w:br/>
        <w:t>***</w:t>
      </w:r>
    </w:p>
    <w:p>
      <w:r>
        <w:br/>
        <w:t>Як звинеться у клубок&lt;br /&gt;</w:t>
        <w:br/>
        <w:t>Ні голівки, ні лапок.&lt;br /&gt;</w:t>
        <w:br/>
        <w:t>На нім повно колючок,&lt;br /&gt;</w:t>
        <w:br/>
        <w:t>Він зоветься ... .&lt;br /&gt;</w:t>
        <w:br/>
        <w:t>(Їжачок )</w:t>
      </w:r>
    </w:p>
    <w:p>
      <w:r>
        <w:br/>
        <w:t>***</w:t>
      </w:r>
    </w:p>
    <w:p>
      <w:r>
        <w:br/>
        <w:t>У гаю Петрусь гукає —&lt;br /&gt;</w:t>
        <w:br/>
        <w:t>Хтось йому відповідає.&lt;br /&gt;</w:t>
        <w:br/>
        <w:t>Якась мудра голова&lt;br /&gt;</w:t>
        <w:br/>
        <w:t>Повторяє всі слова:&lt;br /&gt;</w:t>
        <w:br/>
        <w:t>Як приємні — то приємні,&lt;br /&gt;</w:t>
        <w:br/>
        <w:t>Як нечемні — то нечемні.&lt;br /&gt;</w:t>
        <w:br/>
        <w:t>Що дістав, те віддає.&lt;br /&gt;</w:t>
        <w:br/>
        <w:t>Ану, діти, що це є?&lt;br /&gt;</w:t>
        <w:br/>
        <w:t>(Луна)</w:t>
      </w:r>
    </w:p>
    <w:p>
      <w:r>
        <w:br/>
        <w:t>***</w:t>
      </w:r>
    </w:p>
    <w:p>
      <w:r>
        <w:br/>
        <w:t>Ану , хто з дітей вгадає,&lt;br /&gt;</w:t>
        <w:br/>
        <w:t>Що за звір ніг вісім має?&lt;br /&gt;</w:t>
        <w:br/>
        <w:t>Снує з ниток тонкі сіті,&lt;br /&gt;</w:t>
        <w:br/>
        <w:t>Щоби мушки в них ловити?&lt;br /&gt;</w:t>
        <w:br/>
        <w:t>(Павук)</w:t>
      </w:r>
    </w:p>
    <w:p>
      <w:r>
        <w:br/>
        <w:t>***</w:t>
      </w:r>
    </w:p>
    <w:p>
      <w:r>
        <w:br/>
        <w:t>Моє тіло під землею,&lt;br /&gt;</w:t>
        <w:br/>
        <w:t>Кучерики — понад нею.&lt;br /&gt;</w:t>
        <w:br/>
        <w:t>Любить менед нею.&lt;br /&gt;</w:t>
        <w:br/>
        <w:t>Називаюся ... .&lt;br /&gt;</w:t>
        <w:br/>
        <w:t>(Петрушка)</w:t>
      </w:r>
    </w:p>
    <w:p>
      <w:r>
        <w:br/>
        <w:t>***</w:t>
      </w:r>
    </w:p>
    <w:p>
      <w:r>
        <w:br/>
        <w:t>Біле як сніг,&lt;br /&gt;</w:t>
        <w:br/>
        <w:t>Надуте як міх,&lt;br /&gt;</w:t>
        <w:br/>
        <w:t>Лопатами ходить,&lt;br /&gt;</w:t>
        <w:br/>
        <w:t>По болоті бродить.&lt;br /&gt;</w:t>
        <w:br/>
        <w:t>(Гуска)</w:t>
      </w:r>
    </w:p>
    <w:p>
      <w:r>
        <w:br/>
        <w:t>***</w:t>
      </w:r>
    </w:p>
    <w:p>
      <w:r>
        <w:br/>
        <w:t>Білий, як сніг,&lt;br /&gt;</w:t>
        <w:br/>
        <w:t>Надутий, як міх,&lt;br /&gt;</w:t>
        <w:br/>
        <w:t>Лопатами ходить,&lt;br /&gt;</w:t>
        <w:br/>
        <w:t>А рогом їсть.&lt;br /&gt;</w:t>
        <w:br/>
        <w:t>(Гусак)</w:t>
      </w:r>
    </w:p>
    <w:p>
      <w:r>
        <w:br/>
        <w:t>***</w:t>
      </w:r>
    </w:p>
    <w:p>
      <w:r>
        <w:br/>
        <w:t>Стоїть в стайні.&lt;br /&gt;</w:t>
        <w:br/>
        <w:t>Вівса просить&lt;br /&gt;</w:t>
        <w:br/>
        <w:t>І на собі&lt;br /&gt;</w:t>
        <w:br/>
        <w:t>Хлопців носить.&lt;br /&gt;</w:t>
        <w:br/>
        <w:t>(Кінь)</w:t>
      </w:r>
    </w:p>
    <w:p>
      <w:r>
        <w:br/>
        <w:t>***</w:t>
      </w:r>
    </w:p>
    <w:p>
      <w:r>
        <w:br/>
        <w:t>Носить воду , не дармує.&lt;br /&gt;</w:t>
        <w:br/>
        <w:t>Має вухо, а не чує.&lt;br /&gt;</w:t>
        <w:br/>
        <w:t>Обірватись вухо може,&lt;br /&gt;</w:t>
        <w:br/>
        <w:t>Ніщо тоді не поможе.&lt;br /&gt;</w:t>
        <w:br/>
        <w:t>(Дзбанок — горнятко)</w:t>
      </w:r>
    </w:p>
    <w:p>
      <w:r>
        <w:br/>
        <w:t>***</w:t>
      </w:r>
    </w:p>
    <w:p>
      <w:r>
        <w:br/>
        <w:t>Живе в лісі на горісі,&lt;br /&gt;</w:t>
        <w:br/>
        <w:t>Має кожушину.&lt;br /&gt;</w:t>
        <w:br/>
        <w:t>Як кожушок розірветьсяя —&lt;br /&gt;</w:t>
        <w:br/>
        <w:t>Впаде у долину.&lt;br /&gt;</w:t>
        <w:br/>
        <w:t>(Горіх)</w:t>
      </w:r>
    </w:p>
    <w:p>
      <w:r>
        <w:br/>
        <w:t>***</w:t>
      </w:r>
    </w:p>
    <w:p>
      <w:r>
        <w:br/>
        <w:t>Чорнеє поле&lt;br /&gt;</w:t>
        <w:br/>
        <w:t>Білий плуг оре,&lt;br /&gt;</w:t>
        <w:br/>
        <w:t>Дощ — з губки росить,-&lt;br /&gt;</w:t>
        <w:br/>
        <w:t>Чи вам не досить?&lt;br /&gt;</w:t>
        <w:br/>
        <w:t>(Таблиця і крейда)</w:t>
      </w:r>
    </w:p>
    <w:p>
      <w:r>
        <w:br/>
        <w:t>***</w:t>
      </w:r>
    </w:p>
    <w:p>
      <w:r>
        <w:br/>
        <w:t>Має собі роги&lt;br /&gt;</w:t>
        <w:br/>
        <w:t>І чотири ноги.&lt;br /&gt;</w:t>
        <w:br/>
        <w:t>Нікуди не ходить,&lt;br /&gt;</w:t>
        <w:br/>
        <w:t>Держиться підлоги.&lt;br /&gt;</w:t>
        <w:br/>
        <w:t>(Стіл)</w:t>
      </w:r>
    </w:p>
    <w:p>
      <w:r>
        <w:br/>
        <w:t>***</w:t>
      </w:r>
    </w:p>
    <w:p>
      <w:r>
        <w:br/>
        <w:t>Росте собі у лісочку,&lt;br /&gt;</w:t>
        <w:br/>
        <w:t>У лісочку в холодочку.&lt;br /&gt;</w:t>
        <w:br/>
        <w:t>Капелюх на собі має,&lt;br /&gt;</w:t>
        <w:br/>
        <w:t>Та ніколи не знімає.&lt;br /&gt;</w:t>
        <w:br/>
        <w:t>(Гриб)</w:t>
      </w:r>
    </w:p>
    <w:p>
      <w:r>
        <w:br/>
        <w:t>***</w:t>
      </w:r>
    </w:p>
    <w:p>
      <w:r>
        <w:br/>
        <w:t>Дві рідні сестриці&lt;br /&gt;</w:t>
        <w:br/>
        <w:t>По п'ять синів мають.&lt;br /&gt;</w:t>
        <w:br/>
        <w:t>Всі собі у праці&lt;br /&gt;</w:t>
        <w:br/>
        <w:t>Щиро помагають.&lt;br /&gt;</w:t>
        <w:br/>
        <w:t>(Руки і пальці)</w:t>
      </w:r>
    </w:p>
    <w:p>
      <w:r>
        <w:br/>
        <w:t>***</w:t>
      </w:r>
    </w:p>
    <w:p>
      <w:r>
        <w:br/>
        <w:t>В білій одежині цілийй рік ходила,&lt;br /&gt;</w:t>
        <w:br/>
        <w:t>Навесні зелений волос розпустила.&lt;br /&gt;</w:t>
        <w:br/>
        <w:t>Кучері вмивала чистою росою,&lt;br /&gt;</w:t>
        <w:br/>
        <w:t>Гай розвеселяла білою красою.&lt;br /&gt;</w:t>
        <w:br/>
        <w:t>(Берізка)</w:t>
      </w:r>
    </w:p>
    <w:p>
      <w:r>
        <w:br/>
        <w:t>***</w:t>
      </w:r>
    </w:p>
    <w:p>
      <w:r>
        <w:br/>
        <w:t>Летіли птахи зелені,&lt;br /&gt;</w:t>
        <w:br/>
        <w:t>сіли спочити на клені.&lt;br /&gt;</w:t>
        <w:br/>
        <w:t>По десять птахів&lt;br /&gt;</w:t>
        <w:br/>
        <w:t>на кожну вітку,&lt;br /&gt;</w:t>
        <w:br/>
        <w:t>сіли весною,&lt;br /&gt;</w:t>
        <w:br/>
        <w:t>сидять влітку.&lt;br /&gt;</w:t>
        <w:br/>
        <w:t>А прийде осінь —&lt;br /&gt;</w:t>
        <w:br/>
        <w:t>запалить крони,&lt;br /&gt;</w:t>
        <w:br/>
        <w:t>птахи зелені&lt;br /&gt;</w:t>
        <w:br/>
        <w:t>стануть червоними&lt;br /&gt;</w:t>
        <w:br/>
        <w:t>Зірвуться з віток&lt;br /&gt;</w:t>
        <w:br/>
        <w:t>у мжичці сірій —&lt;br /&gt;</w:t>
        <w:br/>
        <w:t>поринуть з вітром&lt;br /&gt;</w:t>
        <w:br/>
        <w:t>в кленовий вирій.&lt;br /&gt;</w:t>
        <w:br/>
        <w:t>(Листочки)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