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Загадка Химери</w:t>
      </w:r>
    </w:p>
    <w:p>
      <w:r>
        <w:br/>
        <w:t xml:space="preserve"> &lt;p&gt;Кір БУЛИЧОВ</w:t>
      </w:r>
    </w:p>
    <w:p>
      <w:r>
        <w:br/>
        <w:t>ЗАГАДКА ХИМЕРИ</w:t>
      </w:r>
    </w:p>
    <w:p>
      <w:r>
        <w:br/>
        <w:t>Комету назвали Химерою, тому що у неї було три ядра, що незвично, і хвіст загинався на кінці подібно до драконового. А, як відомо, драконячий хвіст і триголовість вважаються атрибутами цієї міфологічної потвори.</w:t>
      </w:r>
    </w:p>
    <w:p>
      <w:r>
        <w:br/>
        <w:t>Зблизька, коли хвіст розплився серпанковою хмарою, крізь яку просвічували зірки, схожість з Химерою зблякла.</w:t>
      </w:r>
    </w:p>
    <w:p>
      <w:r>
        <w:br/>
        <w:t>Гліб Бауер сказав:</w:t>
      </w:r>
    </w:p>
    <w:p>
      <w:r>
        <w:br/>
        <w:t>— "Земля-14", швидкість ми підрівняли. Ти мене чуєш, Агнесо?</w:t>
      </w:r>
    </w:p>
    <w:p>
      <w:r>
        <w:br/>
        <w:t>Відповідь надійшла через декілька секунд.</w:t>
      </w:r>
    </w:p>
    <w:p>
      <w:r>
        <w:br/>
        <w:t>— Батрак питає, ви впевнені?</w:t>
      </w:r>
    </w:p>
    <w:p>
      <w:r>
        <w:br/>
        <w:t>— Упевнений, — сказав Бауер. — Ми ввійдемо у хвіст практично поповзом. Крижинки невеликі. Як і очікувалося.</w:t>
      </w:r>
    </w:p>
    <w:p>
      <w:r>
        <w:br/>
        <w:t>— Ядра?</w:t>
      </w:r>
    </w:p>
    <w:p>
      <w:r>
        <w:br/>
        <w:t>— Теж, як і очікувалося. Бічні — брили льоду. Центральне ядро важче...</w:t>
      </w:r>
    </w:p>
    <w:p>
      <w:r>
        <w:br/>
        <w:t>Вхід у хвіст комети був непомітний. Лише наблизившись до ядер кілометрів на п'ятсот, патрульний корабель уперше зіткнувся з уламком льоду — ні Бауер, ні Крайтон цього не відчули, лише на екранах зовнішнього захисту спалахнули зелені іскри.</w:t>
      </w:r>
    </w:p>
    <w:p>
      <w:r>
        <w:br/>
        <w:t>— Концентрація твердого матеріалу збільшується, — сказав Бауер, знову викликавши "Землю-14". — Даю гальмування на тридцять секунд.</w:t>
      </w:r>
    </w:p>
    <w:p>
      <w:r>
        <w:br/>
        <w:t>— Тільки крига? — долинув голос Едуарда Батрака.</w:t>
      </w:r>
    </w:p>
    <w:p>
      <w:r>
        <w:br/>
        <w:t>— Вмикаю аналізатор, — сказав Крайтон, переводячи комп'ютер на зв'язок із базою. — А візуально тут і пил, і камінчики, і інший непотріб, що його Химера підібрала на своєму шляху.</w:t>
      </w:r>
    </w:p>
    <w:p>
      <w:r>
        <w:br/>
        <w:t>Корабель завис над центральним ядром. Тепер його годі було відрізнити від сотень крижин і каменів, що тягнулися за ядром, безмовно, спокійно, з невловимою для ока швидкістю несучись до Сонця. Мине ще декілька тижнів, і комета вибухне, випарується, зникне, наблизившись до світила. Тому і довелося поспішати, знімати з рейсу патрульний корабель. Особливих відкриттів не чекали, але перевірити невідому комету належало. Адже, найпевніше, вона летіла мільйони років назустріч згубному зіткненню з Сонцем.</w:t>
      </w:r>
    </w:p>
    <w:p>
      <w:r>
        <w:br/>
        <w:t>— Усе вірно, — почули вони голос Батрака. — Аналізатор підтверджує, шар криги приховує базальтову основу. Лід нерівний, подекуди базальт виходить на поверхню. Ви певні, що зможете спуститися?</w:t>
      </w:r>
    </w:p>
    <w:p>
      <w:r>
        <w:br/>
        <w:t>— Не турбуйтеся, Едуарде, — м'яко відповів Крайтон. — Буде вам до вечері шматочок базальту.</w:t>
      </w:r>
    </w:p>
    <w:p>
      <w:r>
        <w:br/>
        <w:t>Корабель широко розклав опори, шипи опор вгризлися в кірку льоду. Гравітація була майже нульовою.</w:t>
      </w:r>
    </w:p>
    <w:p>
      <w:r>
        <w:br/>
        <w:t>Крайтон з Бауером швидко підготували портативний бур, гравітометр, мікрокомп'ютер, апарат для плавлення льоду, кінокамеру, потім вдягнули на скафандри ракетні ранці.</w:t>
      </w:r>
    </w:p>
    <w:p>
      <w:r>
        <w:br/>
        <w:t>До базальтової ділянки від ракети було метрів триста. Поверхня базальту виявилася гладкою, немов відшліфованою часом і простором.</w:t>
      </w:r>
    </w:p>
    <w:p>
      <w:r>
        <w:br/>
        <w:t>— Неначе штучний, — з надією промовив Крайтон.</w:t>
      </w:r>
    </w:p>
    <w:p>
      <w:r>
        <w:br/>
        <w:t>— Не думаю, — відгукнувся в його шоломі голос Бауера. — Загальна форма ядра неправильна.</w:t>
      </w:r>
    </w:p>
    <w:p>
      <w:r>
        <w:br/>
        <w:t>— Знаю, — погодився Крайтон.</w:t>
      </w:r>
    </w:p>
    <w:p>
      <w:r>
        <w:br/>
        <w:t>Молодих розвідників завжди терзає мрія про Контакт.</w:t>
      </w:r>
    </w:p>
    <w:p>
      <w:r>
        <w:br/>
        <w:t>Бауер склав бур. Крайтон пролетів з гравітометром трохи далі. Базальт був звичайним. Природа одноманітна — вона ніяк не може вийти за межі періодичної системи Менделєєва. Що звичайне на Землі, те звичайне і на іншому кінці Галактики. Крайтон щойно хотів поділитися цією світлою думкою з Бауером, як стрілка гравітометра коливнулася.</w:t>
      </w:r>
    </w:p>
    <w:p>
      <w:r>
        <w:br/>
        <w:t>"Напевно, каверна, порожнина природного походження", — подумав Крайтон, якому дуже хотілося, щоб це була не каверна.</w:t>
      </w:r>
    </w:p>
    <w:p>
      <w:r>
        <w:br/>
        <w:t>Він пролетів декілька метрів, і стрілки повернулися у вихідне положення. Так. Тепер трохи назад. Затим праворуч...</w:t>
      </w:r>
    </w:p>
    <w:p>
      <w:r>
        <w:br/>
        <w:t>— Ти чому не відповідаєш? — запитав Бауер.</w:t>
      </w:r>
    </w:p>
    <w:p>
      <w:r>
        <w:br/>
        <w:t>— Зачекай, порожнину відшукав, хочу прослідкувати.</w:t>
      </w:r>
    </w:p>
    <w:p>
      <w:r>
        <w:br/>
        <w:t>— Гаразд. Йду до тебе. Ти тільки не поспішай, бо ще впадеш із планети. — Гліб усміхнувся власному дотепу.</w:t>
      </w:r>
    </w:p>
    <w:p>
      <w:r>
        <w:br/>
        <w:t>Крайтон не відповідав, він був зайнятий. Як він визначив за гравітометром, порожнина була вузькою і тягнулася, немов тунель.</w:t>
      </w:r>
    </w:p>
    <w:p>
      <w:r>
        <w:br/>
        <w:t>Стоп! Стрілки коливнулися сильніше. Привидом підлетів Гліб Бауер, загальмував, завмер поряд. Йому нічого не треба було розповідати — він тільки зазирнув Крайтону через плече. Потім доторкнувся до клавіші, вмикаючи екран гравітометра, що Крайтон просто забув зробити. По екрану пробігла жовта смужка — гравітометр запам'ятав аномалію, прокреслив досліджену частину. Під жовтою смугою, перпендикулярно до неї, пробігала друга, тьмяніша. Отже, другий тунель був розташований нижче. І якщо придивитися, можна було втямити, що друга смуга перетинала третю, зовсім тьмяну.</w:t>
      </w:r>
    </w:p>
    <w:p>
      <w:r>
        <w:br/>
        <w:t>— Шість метрів, вісім і двадцять п'ять, — сказав Бауер.</w:t>
      </w:r>
    </w:p>
    <w:p>
      <w:r>
        <w:br/>
        <w:t>— Чого ж я не ввімкнув? — здивувався Крайтон. — Замріявся?</w:t>
      </w:r>
    </w:p>
    <w:p>
      <w:r>
        <w:br/>
        <w:t>— Самокритика добра лише тоді, коли з неї роблять висновки. Тепер краще перевір свою інтуїцію.</w:t>
      </w:r>
    </w:p>
    <w:p>
      <w:r>
        <w:br/>
        <w:t>Крайтон увімкнув мікрокомп'ютер. Глибину тунелів Бауер вгадав майже точно.</w:t>
      </w:r>
    </w:p>
    <w:p>
      <w:r>
        <w:br/>
        <w:t>— Пробуримо? — запитав Крайтон.</w:t>
      </w:r>
    </w:p>
    <w:p>
      <w:r>
        <w:br/>
        <w:t>— Встигнемо...</w:t>
      </w:r>
    </w:p>
    <w:p>
      <w:r>
        <w:br/>
        <w:t>Вони поволі пролетіли над центральним ядром ще метрів сто. Корабель майже сховався за близьким обрієм.</w:t>
      </w:r>
    </w:p>
    <w:p>
      <w:r>
        <w:br/>
        <w:t>Жовта смуга найближчого тунелю засвітилася, немов розжарена вольфрамова нитка. Тунель підійшов до самої поверхні.</w:t>
      </w:r>
    </w:p>
    <w:p>
      <w:r>
        <w:br/>
        <w:t>— А ти казав — бурити, — сказав Гліб, зупиняючись.</w:t>
      </w:r>
    </w:p>
    <w:p>
      <w:r>
        <w:br/>
        <w:t>Досить було поглянути під ноги, щоб побачити округлу лінію.</w:t>
      </w:r>
    </w:p>
    <w:p>
      <w:r>
        <w:br/>
        <w:t>Це був шов закритого люка.</w:t>
      </w:r>
    </w:p>
    <w:p>
      <w:r>
        <w:br/>
        <w:t>— Я казав, що базальтова ділянка здалася мені надто гладкою. — Голос Крайтона здригнувся. Він підвів голову і побачив близький, в протуберанцях, диск Сонця. — А могли б і не полетіти, — скільки Батрак втолочував раду!</w:t>
      </w:r>
    </w:p>
    <w:p>
      <w:r>
        <w:br/>
        <w:t>— Все одно полетіли б, — сказав Бауер байдужим голосом старого космічного вовка, який сотні разів стикався з чужими цивілізаціями, хоча це й було неправдою.</w:t>
      </w:r>
    </w:p>
    <w:p>
      <w:r>
        <w:br/>
        <w:t>Він пильно дивився на люк.</w:t>
      </w:r>
    </w:p>
    <w:p>
      <w:r>
        <w:br/>
        <w:t>— Базальт. Такий самий базальт...</w:t>
      </w:r>
    </w:p>
    <w:p>
      <w:r>
        <w:br/>
        <w:t>— У нас мало часу, — енергійно відгукнувся Крайтон.</w:t>
      </w:r>
    </w:p>
    <w:p>
      <w:r>
        <w:br/>
        <w:t>— Правильно. Але не зовсім так. Спочатку повернемося на корабель, побалакаємо з "Землею— 14".</w:t>
      </w:r>
    </w:p>
    <w:p>
      <w:r>
        <w:br/>
        <w:t>— Але... — І Крайтон затнувся.</w:t>
      </w:r>
    </w:p>
    <w:p>
      <w:r>
        <w:br/>
        <w:t>Бауер діяв за інструкцією.</w:t>
      </w:r>
    </w:p>
    <w:p>
      <w:r>
        <w:br/>
        <w:t>— Не думаю, що вони втечуть від нас, — сказав Гліб, підштовхуючи Крайтона у бік корабля, і злетів. — Вони чекали мільйони років.</w:t>
      </w:r>
    </w:p>
    <w:p>
      <w:r>
        <w:br/>
        <w:t>— Ти думаєш, там хтось є?</w:t>
      </w:r>
    </w:p>
    <w:p>
      <w:r>
        <w:br/>
        <w:t>— Жодного шансу, — сказав Бауер. — Але хтось був.</w:t>
      </w:r>
    </w:p>
    <w:p>
      <w:r>
        <w:br/>
        <w:t>Півгодини пішло на перемовини з "Землею-14". Агнеса, яка, подібно до Крайтона, мріяла про Контакт, перш ніж передати інформацію Батракові, вибухнула захопленими вигуками. Батрак зв'язувався з іншими станціями. Бауер був на зв'язку, а Крайтон ледве стримував нетерплячку. Нарешті прийшла відповідь...</w:t>
      </w:r>
    </w:p>
    <w:p>
      <w:r>
        <w:br/>
        <w:t>Перш ніж бурити люк, вирішено було докладніше обстежити за допомогою гравітометра систему тунелів. Крайтону це заняття було куди більше до душі, аніж сидіння в кораблі, але однаково він поспішав, сподіваючись якнайскоріше повернутися до люка.</w:t>
      </w:r>
    </w:p>
    <w:p>
      <w:r>
        <w:br/>
        <w:t>Повертатися до нього не довелося.</w:t>
      </w:r>
    </w:p>
    <w:p>
      <w:r>
        <w:br/>
        <w:t>Ще один зачинений люк виявили під тонким шаром криги в кілометрі від корабля. Затим знайшли третій. Далі товщина льоду збільшувалася, і тому пошуки люків довелося припинити. Але люки були і там.</w:t>
      </w:r>
    </w:p>
    <w:p>
      <w:r>
        <w:br/>
        <w:t>Вони стояли біля третього люка. Бауер підготував бур. Бурити треба було дуже обережно. Перш за все, слід було дізнатися, чи є в тунелі тиск. Якщо в них повітря, можна згубити... ну, якщо не істот, яких там могло і не бути, то те, що від них залишилося. Крайтон, між тим, відлетів убік, щоб обстежити останню ділянку базальту.</w:t>
      </w:r>
    </w:p>
    <w:p>
      <w:r>
        <w:br/>
        <w:t>Там він і знайшов відчинений люк.</w:t>
      </w:r>
    </w:p>
    <w:p>
      <w:r>
        <w:br/>
        <w:t>Чомусь базальтова кришка провалилася всередину тунелю, що виходив на поверхню, і застрягла під кутом у вертикальній шахті. У шпару набився лід. Крайтону стало сумно. Десь у глибині душі він хотів вірити, що в ядрі комети ховаються живі істоти. Тепер стало ясно, що там давно вже нікого немає.</w:t>
      </w:r>
    </w:p>
    <w:p>
      <w:r>
        <w:br/>
        <w:t>Вони швидко розплавили кригу і базальтову кришку. Потім зістрибнули, вірніше, злетіли вниз, у тунель.</w:t>
      </w:r>
    </w:p>
    <w:p>
      <w:r>
        <w:br/>
        <w:t>Тунель був прямий, круглий, його чорні стіни були ретельно відшліфовані і похмуро відбивали світло ліхтарів. Ледь завертаючи праворуч, тунель вів углиб ядра.</w:t>
      </w:r>
    </w:p>
    <w:p>
      <w:r>
        <w:br/>
        <w:t>— Вони були трохи нижчі за нас зростом, — сказав неголосно Крайтон, немов боявся потривожити господарів.</w:t>
      </w:r>
    </w:p>
    <w:p>
      <w:r>
        <w:br/>
        <w:t>— Еге ж, — погодився Бауер, вмикаючи кінокамеру.</w:t>
      </w:r>
    </w:p>
    <w:p>
      <w:r>
        <w:br/>
        <w:t>Через декілька метрів вони зупинилися. Бауер вирішив узяти зразок облицювання тунелю. Облицювання було таким твердим, що тричі довелося змінити свердло бура. Нарешті в стіні утворилася невелика западина.</w:t>
      </w:r>
    </w:p>
    <w:p>
      <w:r>
        <w:br/>
        <w:t>— Базальт проаналізуємо на кораблі, — сказав Бауер. — Але гадаю, що вони працювали відносно просто. Спресовували базальт під великим тиском.</w:t>
      </w:r>
    </w:p>
    <w:p>
      <w:r>
        <w:br/>
        <w:t>Крайтон кивнув. Він увімкнув ракетний ранець і полетів далі. Тунель одноманітно і нескінченно розгортався назустріч. На перетині з іншим, точнісінько таким самим тунелем він зупинився і почекав Бауера.</w:t>
      </w:r>
    </w:p>
    <w:p>
      <w:r>
        <w:br/>
        <w:t>— Навіщо? — запитав він. — Навіщо вони це робили?</w:t>
      </w:r>
    </w:p>
    <w:p>
      <w:r>
        <w:br/>
        <w:t>Бауер знизав плечима, наскільки це можливо в скафандрі.</w:t>
      </w:r>
    </w:p>
    <w:p>
      <w:r>
        <w:br/>
        <w:t>— Ми пролетіли метрів двісті — тут ні дверей, ні кімнати. Один тунель, другий тунель.</w:t>
      </w:r>
    </w:p>
    <w:p>
      <w:r>
        <w:br/>
        <w:t>— Під нами теж тунель... — сказав Бауер.</w:t>
      </w:r>
    </w:p>
    <w:p>
      <w:r>
        <w:br/>
        <w:t>Через двадцять хвилин, декількома рівнями нижче, вони знов зупинилися.</w:t>
      </w:r>
    </w:p>
    <w:p>
      <w:r>
        <w:br/>
        <w:t>— Цього не може бути, — сказав Крайтон. — У всьому має бути сенс. А який може бути сенс у тому, щоб порізати цю брилу базальту тунелями і більше нічого не залишити нам.</w:t>
      </w:r>
    </w:p>
    <w:p>
      <w:r>
        <w:br/>
        <w:t>— Сенс є, — буркнув Бауер. — Біда в тому, що ми не можемо його втямити.</w:t>
      </w:r>
    </w:p>
    <w:p>
      <w:r>
        <w:br/>
        <w:t>— Не втямимо?</w:t>
      </w:r>
    </w:p>
    <w:p>
      <w:r>
        <w:br/>
        <w:t>— Закинь нас зараз до стародавніх майя або ацтеків. Ти гадаєш, нам були б зрозумілі всі їхні дії, логіка їх учинків? Тут же інша цивілізація, що зникла невідомо скільки мільйонів років тому, зародилася невідомо в скількох парсеках від нашої Землі...</w:t>
      </w:r>
    </w:p>
    <w:p>
      <w:r>
        <w:br/>
        <w:t>— А якщо це шахти? — запитав Крайтон.</w:t>
      </w:r>
    </w:p>
    <w:p>
      <w:r>
        <w:br/>
        <w:t>— Навіщо? Щоб добувати базальт з базальтового шматка?</w:t>
      </w:r>
    </w:p>
    <w:p>
      <w:r>
        <w:br/>
        <w:t>— А якщо тут були алмази?</w:t>
      </w:r>
    </w:p>
    <w:p>
      <w:r>
        <w:br/>
        <w:t>— У базальтах не буває алмазів.</w:t>
      </w:r>
    </w:p>
    <w:p>
      <w:r>
        <w:br/>
        <w:t>Тунель попереду розширився. Це було вже різноманітністю. Бауер знову ввімкнув кінокамеру. Від широкого тунелю відходили в різні боки декілька вузьких ходів. Передчуття чогось нового, розгадки або хоч б натяку на розгадку охопило Крайтона. Він обігнав Гліба, і... тунель обірвався. Просто перед ними була стіна льоду.</w:t>
      </w:r>
    </w:p>
    <w:p>
      <w:r>
        <w:br/>
        <w:t>— Ну от, — сказав Бауер. — Вихід закритий.</w:t>
      </w:r>
    </w:p>
    <w:p>
      <w:r>
        <w:br/>
        <w:t>— Він колись продовжувався далі?</w:t>
      </w:r>
    </w:p>
    <w:p>
      <w:r>
        <w:br/>
        <w:t>— Без сумніву. Можливо, катаклізм, що погубив планету, відірвав від неї цей шматок, а все решта лишилося невідомо де...</w:t>
      </w:r>
    </w:p>
    <w:p>
      <w:r>
        <w:br/>
        <w:t>І саме тут, під крижаною стіною, Крайтон побачив перший предмет, що стосувався мешканців чи будівельників тунелів, — увігнутий шматок металу сантиметрів шістдесят завдовжки, завширшки — двадцять.</w:t>
      </w:r>
    </w:p>
    <w:p>
      <w:r>
        <w:br/>
        <w:t>— Схоже на сегмент труби, — сказав Бауер. Він трохи зачекав. — Ну, а зараз нам час повертатися. Боюся, що, коли вони йшли звідси, все ретельно підчистили, щоб ми ні про що не здогадалися.</w:t>
      </w:r>
    </w:p>
    <w:p>
      <w:r>
        <w:br/>
        <w:t>— Хитруни, — зітхнув Крайтон і кинув погляд на екран гравітометра.</w:t>
      </w:r>
    </w:p>
    <w:p>
      <w:r>
        <w:br/>
        <w:t>Невідомо, що змусило його зробити це — можливо, слова Бауера: "Ну, а зараз нам час повертатися".</w:t>
      </w:r>
    </w:p>
    <w:p>
      <w:r>
        <w:br/>
        <w:t>У мережі жовтих смужок-тунелів на екрані світилося коло. Близько, метрах у двадцяти від них, була якась куляста порожнина.</w:t>
      </w:r>
    </w:p>
    <w:p>
      <w:r>
        <w:br/>
        <w:t>Тунель, що підводив до неї, закінчувався базальтовим люком. Вони розкрили його і опинилися всередині дивної сфери, вся поверхня якої складалася з гігантських стільників, закритих кришками. Втім, ні, деякі соти були відкриті. У них не було нічого.</w:t>
      </w:r>
    </w:p>
    <w:p>
      <w:r>
        <w:br/>
        <w:t>— Як сонячні батареї, — сказав Крайтон. — Можливо, це енергоцентр?</w:t>
      </w:r>
    </w:p>
    <w:p>
      <w:r>
        <w:br/>
        <w:t>— Та ні, все простіше, — утомлено відгукнувся Бауер. — Ми з тобою опинилися в полоні омани. Антропоморфної.</w:t>
      </w:r>
    </w:p>
    <w:p>
      <w:r>
        <w:br/>
        <w:t>— Не зрозумів.</w:t>
      </w:r>
    </w:p>
    <w:p>
      <w:r>
        <w:br/>
        <w:t>— Ми втовкмачили собі в голови, що зіткнулися з чужою цивілізацією. Високою...</w:t>
      </w:r>
    </w:p>
    <w:p>
      <w:r>
        <w:br/>
        <w:t>Бауер підійшов до закритої комірки, підчепив кришку буром.</w:t>
      </w:r>
    </w:p>
    <w:p>
      <w:r>
        <w:br/>
        <w:t>У комірці вони побачили метрову личинку. Бауер доторкнувся до її покриву, і личинка розсипалася на порох.</w:t>
      </w:r>
    </w:p>
    <w:p>
      <w:r>
        <w:br/>
        <w:t>— От і все, — зітхнув Гліб.</w:t>
      </w:r>
    </w:p>
    <w:p>
      <w:r>
        <w:br/>
        <w:t>Крайтон пригадав шматок "металу" в тунелі. Тепер було ясно, що це уламок покриву дорослої істоти — інопланетного хробака, мурахи? — що пробивала нескінченні ходи в своєму мурашнику...</w:t>
      </w:r>
    </w:p>
    <w:p>
      <w:r>
        <w:br/>
        <w:t>— Ну що ж, — сказав Крайтон. — найнесподіваніший результат завжди кращий, аніж загадка. Аніж відсутність результату. Хай тепер учені розбираються в тому, що ми знайшли на Химері.</w:t>
      </w:r>
    </w:p>
    <w:p>
      <w:r>
        <w:br/>
        <w:t>© ЮНЫЙ ТЕХНИК.— 1979.— № 9.</w:t>
      </w:r>
    </w:p>
    <w:p>
      <w:r>
        <w:br/>
        <w:t>© ГЕНИК Віталій, переклад з російської, 2008.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Загадка Химери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