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Задзеркалля</w:t>
      </w:r>
    </w:p>
    <w:p>
      <w:r>
        <w:br/>
        <w:t xml:space="preserve"> Захаращено простір. Трава забуття&lt;br /&gt;</w:t>
        <w:br/>
        <w:t>Від вольтової сяє напруги.&lt;br /&gt;</w:t>
        <w:br/>
        <w:t>І не сон – тільки копія сну золота,&lt;br /&gt;</w:t>
        <w:br/>
        <w:t>Віртуальна повальна недуга.</w:t>
      </w:r>
    </w:p>
    <w:p>
      <w:r>
        <w:br/>
        <w:t>Тут цвіте материнка, гойдається ліс.&lt;br /&gt;</w:t>
        <w:br/>
        <w:t>Не потрібно нікуди спішити,&lt;br /&gt;</w:t>
        <w:br/>
        <w:t>Тут нема таємниць, заборон і куліс,&lt;br /&gt;</w:t>
        <w:br/>
        <w:t>Тут у кожного – кібер-корито.</w:t>
      </w:r>
    </w:p>
    <w:p>
      <w:r>
        <w:br/>
        <w:t>І не сієш – а жито до неба росте,&lt;br /&gt;</w:t>
        <w:br/>
        <w:t>І не просиш – а щедро дається.&lt;br /&gt;</w:t>
        <w:br/>
        <w:t>Наливається кров’ю тут слово пусте&lt;br /&gt;</w:t>
        <w:br/>
        <w:t>І зміта віртуальні фортеці.</w:t>
      </w:r>
    </w:p>
    <w:p>
      <w:r>
        <w:br/>
        <w:t>В утрамбованих кейсах – премудрість віків,&lt;br /&gt;</w:t>
        <w:br/>
        <w:t>Напохваті беккапи, саппорти,&lt;br /&gt;</w:t>
        <w:br/>
        <w:t>Одним кліком вмикаєш сади мерехкі,&lt;br /&gt;</w:t>
        <w:br/>
        <w:t>Одним пальцем стираєш до чорта.</w:t>
      </w:r>
    </w:p>
    <w:p>
      <w:r>
        <w:br/>
        <w:t>Тут музеї, театри, оркестрів громи,&lt;br /&gt;</w:t>
        <w:br/>
        <w:t>Геніальних художників чари,&lt;br /&gt;</w:t>
        <w:br/>
        <w:t>Тебе ваблять в безцінних окладах томи,&lt;br /&gt;</w:t>
        <w:br/>
        <w:t>І комети, планети, пульсари.</w:t>
      </w:r>
    </w:p>
    <w:p>
      <w:r>
        <w:br/>
        <w:t>Тут стискається час й забувається гніт&lt;br /&gt;</w:t>
        <w:br/>
        <w:t>Неспокійних проблем цілоденних,&lt;br /&gt;</w:t>
        <w:br/>
        <w:t>Ідеальна любов і довершений світ,&lt;br /&gt;</w:t>
        <w:br/>
        <w:t>Де збувається все сокровенне…</w:t>
      </w:r>
    </w:p>
    <w:p>
      <w:r>
        <w:br/>
        <w:t>І не раз можна все відкрутити назад,&lt;br /&gt;</w:t>
        <w:br/>
        <w:t>Та й усе із нуля розпочати…&lt;br /&gt;</w:t>
        <w:br/>
        <w:t>Поміняти масовку… Увесь маскарад&lt;br /&gt;</w:t>
        <w:br/>
        <w:t>У імейлах, у скайпах, у чаті.</w:t>
      </w:r>
    </w:p>
    <w:p>
      <w:r>
        <w:br/>
        <w:t>Тут збувається все, тут руйнується все.&lt;br /&gt;</w:t>
        <w:br/>
        <w:t>Тут щоразу новітні скрижалі…&lt;br /&gt;</w:t>
        <w:br/>
        <w:t>І ніщо не зупинить, ніщо не спасе&lt;br /&gt;</w:t>
        <w:br/>
        <w:t>Від реальності снів задзеркалля.</w:t>
      </w:r>
    </w:p>
    <w:p>
      <w:r>
        <w:br/>
        <w:t>Але знову і знову вмикаєш вікно,&lt;br /&gt;</w:t>
        <w:br/>
        <w:t>І рушаєш до пекла, чи раю…&lt;br /&gt;</w:t>
        <w:br/>
        <w:t>А прищемлений вірш дотліва під сукном,&lt;br /&gt;</w:t>
        <w:br/>
        <w:t>Повернуся – і не пригадаю.</w:t>
      </w:r>
    </w:p>
    <w:p>
      <w:r>
        <w:br/>
        <w:t>Тільки в пам’яті зрине колюча стерня&lt;br /&gt;</w:t>
        <w:br/>
        <w:t>І збагнеш, що пусті сподівання,&lt;br /&gt;</w:t>
        <w:br/>
        <w:t>Бо поставила воза поперед коня –&lt;br /&gt;</w:t>
        <w:br/>
        <w:t>Не зуміла задати питання.</w:t>
      </w:r>
    </w:p>
    <w:p>
      <w:r>
        <w:br/>
        <w:t>Бо готові премудрості цілих епох&lt;br /&gt;</w:t>
        <w:br/>
        <w:t>Всі прозріння, і сиві цитати –&lt;br /&gt;</w:t>
        <w:br/>
        <w:t>Лише пастка чергова. Чортополох,&lt;br /&gt;</w:t>
        <w:br/>
        <w:t>Як не знаєш про що запитати.</w:t>
      </w:r>
    </w:p>
    <w:p>
      <w:r>
        <w:br/>
        <w:t>А прищемлений вірш – перемерзлий і злий&lt;br /&gt;</w:t>
        <w:br/>
        <w:t>Своїм зойком всю душу збентежить:&lt;br /&gt;</w:t>
        <w:br/>
        <w:t>Вигрібай із тієї кібер-смоли,&lt;br /&gt;</w:t>
        <w:br/>
        <w:t>Із своєї грузької мережі.</w:t>
      </w:r>
    </w:p>
    <w:p>
      <w:r>
        <w:br/>
        <w:t>Бо весна уповні… Бо воронячий грай…&lt;br /&gt;</w:t>
        <w:br/>
        <w:t>І болюча розмова із Богом…&lt;br /&gt;</w:t>
        <w:br/>
        <w:t>Бо непросто – без костурів в сірий офлайн&lt;br /&gt;</w:t>
        <w:br/>
        <w:t>Свою власну шукати дорогу.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Задзеркалля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