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Забувайте українську мову…...</w:t>
      </w:r>
    </w:p>
    <w:p>
      <w:r>
        <w:br/>
        <w:t xml:space="preserve"> &lt;blockquote&gt;Краса і сила рідної мови таїться не в її фонетичних перевагах і, поготів, не в її привілейованому, зверхньому становищі супроти інших мов, якщо це десь трапляється, а у здатності впливати на почуття людини, будити в ній хороші благородні почуття, змушувати бриніти найтонші струни людської душі&lt;/blockquote&gt;</w:t>
      </w:r>
    </w:p>
    <w:p>
      <w:r>
        <w:br/>
        <w:t>Хочу я гукнути знову й знову,&lt;br /&gt;</w:t>
        <w:br/>
        <w:t>Закричати, скільки сили стане:&lt;br /&gt;</w:t>
        <w:br/>
        <w:t>Забувайте українську мову,&lt;br /&gt;</w:t>
        <w:br/>
        <w:t>Не гайнуйте часу, громадяни!</w:t>
      </w:r>
    </w:p>
    <w:p>
      <w:r>
        <w:br/>
        <w:t>Бо ж вона теперечки не модна,&lt;br /&gt;</w:t>
        <w:br/>
        <w:t>Бо ж її тепер ніде не знають,&lt;br /&gt;</w:t>
        <w:br/>
        <w:t>І її лиш дурні великодні&lt;br /&gt;</w:t>
        <w:br/>
        <w:t>В селах лиш подекуди вживають.</w:t>
      </w:r>
    </w:p>
    <w:p>
      <w:r>
        <w:br/>
        <w:t>Та й туди культура пре подібно —&lt;br /&gt;</w:t>
        <w:br/>
        <w:t>І старе зникає полохливо.&lt;br /&gt;</w:t>
        <w:br/>
        <w:t>І "Кобзар" нікому не потрібний,&lt;br /&gt;</w:t>
        <w:br/>
        <w:t>Лиш потрібні "роки" й детективи.</w:t>
      </w:r>
    </w:p>
    <w:p>
      <w:r>
        <w:br/>
        <w:t>Тож тепер давайте усі чисто&lt;br /&gt;</w:t>
        <w:br/>
        <w:t>Здійснювать святу оту ідею.&lt;br /&gt;</w:t>
        <w:br/>
        <w:t>Бо у нас лиш націоналісти&lt;br /&gt;</w:t>
        <w:br/>
        <w:t>Розмовляють мовою своєю.</w:t>
      </w:r>
    </w:p>
    <w:p>
      <w:r>
        <w:br/>
        <w:t>Та й вони забилися в куточки,&lt;br /&gt;</w:t>
        <w:br/>
        <w:t>І прогресу їм не перешкодить.&lt;br /&gt;</w:t>
        <w:br/>
        <w:t>Всі синки начальницькі та дочки&lt;br /&gt;</w:t>
        <w:br/>
        <w:t>Тільки ж — бач! — в російські школи ходять.</w:t>
      </w:r>
    </w:p>
    <w:p>
      <w:r>
        <w:br/>
        <w:t>А чому? — Це ж ясно навіть курці!&lt;br /&gt;</w:t>
        <w:br/>
        <w:t>І розводить нічого дебати.&lt;br /&gt;</w:t>
        <w:br/>
        <w:t>Бо начальство наше завше "в курсе" —&lt;br /&gt;</w:t>
        <w:br/>
        <w:t>Знає, що потрібно забувати!</w:t>
      </w:r>
    </w:p>
    <w:p>
      <w:r>
        <w:br/>
        <w:t>Забувайте мову, громадяни!&lt;br /&gt;</w:t>
        <w:br/>
        <w:t>Нащо нам вона, спитать посмію!&lt;br /&gt;</w:t>
        <w:br/>
        <w:t>Як же бідолашні росіяни&lt;br /&gt;</w:t>
        <w:br/>
        <w:t>Нас не по-російськи зрозуміють?!</w:t>
      </w:r>
    </w:p>
    <w:p>
      <w:r>
        <w:br/>
        <w:t>Те, що зветься: українська мова,&lt;br /&gt;</w:t>
        <w:br/>
        <w:t>Чим у нас пишалися донині, —&lt;br /&gt;</w:t>
        <w:br/>
        <w:t>Українцям необов’язково&lt;br /&gt;</w:t>
        <w:br/>
        <w:t>Знати і вживати на Вкраїні.</w:t>
      </w:r>
    </w:p>
    <w:p>
      <w:r>
        <w:br/>
        <w:t>Тож під наш усі ставайте прапор,&lt;br /&gt;</w:t>
        <w:br/>
        <w:t>Забувайте мовні забобони,&lt;br /&gt;</w:t>
        <w:br/>
        <w:t>Бо ми всі на даному етапі —&lt;br /&gt;</w:t>
        <w:br/>
        <w:t>Лиш десяток економрайонів!..</w:t>
      </w:r>
    </w:p>
    <w:p>
      <w:r>
        <w:br/>
        <w:t>Забувайте українську мову,&lt;br /&gt;</w:t>
        <w:br/>
        <w:t>Забувайте власну мову, люди!&lt;br /&gt;</w:t>
        <w:br/>
        <w:t>Хай це буде в нас не примусово,&lt;br /&gt;</w:t>
        <w:br/>
        <w:t>А нехай це добровільно буде!..</w:t>
      </w:r>
    </w:p>
    <w:p>
      <w:r>
        <w:br/>
        <w:t>Ой народ! Немає в нім зухвальства!&lt;br /&gt;</w:t>
        <w:br/>
        <w:t>Він прекрасний, він чудовий сильно!&lt;br /&gt;</w:t>
        <w:br/>
        <w:t>Зробить так, як звелено начальством, —&lt;br /&gt;</w:t>
        <w:br/>
        <w:t>Ну й, звичайно ж, зробить добровільно!</w:t>
      </w:r>
    </w:p>
    <w:p>
      <w:r>
        <w:br/>
        <w:t>Хай Оксана Ксенією стане,&lt;br /&gt;</w:t>
        <w:br/>
        <w:t>А Петренко хай стає Петровим...&lt;br /&gt;</w:t>
        <w:br/>
        <w:t>Не гайнуйте часу, громадяни,&lt;br /&gt;</w:t>
        <w:br/>
        <w:t>Забувайте українську мову!</w:t>
      </w:r>
    </w:p>
    <w:p>
      <w:r>
        <w:br/>
        <w:t>Скільки нас крокує в цих колонах!&lt;br /&gt;</w:t>
        <w:br/>
        <w:t>Ми свідомі, ми не примітивні!&lt;br /&gt;</w:t>
        <w:br/>
        <w:t>Правда, в решти тридцяти мільйонів,&lt;br /&gt;</w:t>
        <w:br/>
        <w:t>Видно, ще свідомість не на рівні!</w:t>
      </w:r>
    </w:p>
    <w:p>
      <w:r>
        <w:br/>
        <w:t>Їм би всім уми, як у Шамоти, —&lt;br /&gt;</w:t>
        <w:br/>
        <w:t>То тоді б усі сказали дружно:&lt;br /&gt;</w:t>
        <w:br/>
        <w:t>"Українська мова? Ми не против.&lt;br /&gt;</w:t>
        <w:br/>
        <w:t>Только больше нам ее не нужно!"</w:t>
      </w:r>
    </w:p>
    <w:p>
      <w:r>
        <w:br/>
        <w:t>І сказала б ця мільйонна маса:&lt;br /&gt;</w:t>
        <w:br/>
        <w:t>"Щоб життя було у нас казкове,&lt;br /&gt;</w:t>
        <w:br/>
        <w:t>Громадяни, не гайнуйте часу —&lt;br /&gt;</w:t>
        <w:br/>
        <w:t>Забувайте українську мову!"</w:t>
      </w:r>
    </w:p>
    <w:p>
      <w:r>
        <w:br/>
        <w:t>1960.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Забувайте українську мову…...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