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земельку</w:t>
      </w:r>
    </w:p>
    <w:p>
      <w:r>
        <w:br/>
        <w:t xml:space="preserve"> &lt;p&gt;Сміялися-танцювали, а молода плакала: вийшла заміж — та після вінця...</w:t>
      </w:r>
    </w:p>
    <w:p>
      <w:r>
        <w:br/>
        <w:t>— Люблю тебе, Палазю, та не знаєш за що?</w:t>
      </w:r>
    </w:p>
    <w:p>
      <w:r>
        <w:br/>
        <w:t>— Ха-ха!</w:t>
      </w:r>
    </w:p>
    <w:p>
      <w:r>
        <w:br/>
        <w:t>— "За що?" — зацвірінькали на повітці горобці.</w:t>
      </w:r>
    </w:p>
    <w:p>
      <w:r>
        <w:br/>
        <w:t>— За земельку! — гукнув п’яний сват.</w:t>
      </w:r>
    </w:p>
    <w:p>
      <w:r>
        <w:br/>
        <w:t>— Ги-ги! От диво!</w:t>
      </w:r>
    </w:p>
    <w:p>
      <w:r>
        <w:br/>
        <w:t>— Ми, Паньчуки, музики: граємо гарно, краще всіх: сватаємо дівчат на врем’я, за земельку, плюємо дурням кислооким, що про гріх лементують... Ми понімаєм діло...</w:t>
      </w:r>
    </w:p>
    <w:p>
      <w:r>
        <w:br/>
        <w:t>Так сказав сват.</w:t>
      </w:r>
    </w:p>
    <w:p>
      <w:r>
        <w:br/>
        <w:t>Вона плаче-заливається, проти сонця платком сльози втирає, людей не бачить.</w:t>
      </w:r>
    </w:p>
    <w:p>
      <w:r>
        <w:br/>
        <w:t>— Не кисни, інвалід! — сказав ласкавий молодий, по-гадючому здавивши очима.</w:t>
      </w:r>
    </w:p>
    <w:p>
      <w:r>
        <w:br/>
        <w:t>Його обсівають; на перелазі дітвора зібралась шажки ловить, та ба, не кидають: овес та конфети дрібнесенькі з колосками зеленими... летять та в воду падають!</w:t>
      </w:r>
    </w:p>
    <w:p>
      <w:r>
        <w:br/>
        <w:t>— Староста, пані підстароста, благословіть...</w:t>
      </w:r>
    </w:p>
    <w:p>
      <w:r>
        <w:br/>
        <w:t>— Дурень ти, Грицьку, вони молоденькі, самі, знаєш, краще... Ну да. От примєром... Став’янський самогон краще... не сивий, правда?</w:t>
      </w:r>
    </w:p>
    <w:p>
      <w:r>
        <w:br/>
        <w:t>— Не журися,— каже Гальці, старшій дружці, гнучкий клен, бо Палазя вмерла, зотліла...</w:t>
      </w:r>
    </w:p>
    <w:p>
      <w:r>
        <w:br/>
        <w:t>Гудуть бубни, весілля йде...</w:t>
      </w:r>
    </w:p>
    <w:p>
      <w:r>
        <w:br/>
        <w:t>— Ой гуляй! Самогону, свате, боярам давай!</w:t>
      </w:r>
    </w:p>
    <w:p>
      <w:r>
        <w:br/>
        <w:t>Торох, торох по болоту,</w:t>
      </w:r>
    </w:p>
    <w:p>
      <w:r>
        <w:br/>
        <w:t>Їде Панько на роботу!..</w:t>
      </w:r>
    </w:p>
    <w:p>
      <w:r>
        <w:br/>
        <w:t>Вечоріло. Над ставом вода парувала; сизо-жовтий туман жита криє, а болотяні віхи воду дмуть — лихо буде...</w:t>
      </w:r>
    </w:p>
    <w:p>
      <w:r>
        <w:br/>
        <w:t>"Лихо буде",— бубонить бубон на весь куток та до скрипки прислухається.</w:t>
      </w:r>
    </w:p>
    <w:p>
      <w:r>
        <w:br/>
        <w:t>— За земельку — долі не буде,— плаче-тужить скрипка з цимбалами і змішує цей плач з п’яними піснями весільними...</w:t>
      </w:r>
    </w:p>
    <w:p>
      <w:r>
        <w:br/>
        <w:t>— Зустрічай, мати, зятя в хату!..</w:t>
      </w:r>
    </w:p>
    <w:p>
      <w:r>
        <w:br/>
        <w:t>— Треба, сестро, треба!</w:t>
      </w:r>
    </w:p>
    <w:p>
      <w:r>
        <w:br/>
        <w:t>— Ой яка хороша буде ніч: хмари через місяць котяться — на погоду! — промовила мати молодої та й задумалася, зажурилася.</w:t>
      </w:r>
    </w:p>
    <w:p>
      <w:r>
        <w:br/>
        <w:t>А улицею, криком-зиком, весільний поїзд ішов... до молодої в хату, в прийми, за земельку...</w:t>
      </w:r>
    </w:p>
    <w:p>
      <w:r>
        <w:br/>
        <w:t>1920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земельку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