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західні межі держави</w:t>
      </w:r>
    </w:p>
    <w:p>
      <w:r>
        <w:br/>
        <w:t xml:space="preserve"> &lt;p&gt;Тепер могли Василько й Володар уже бути безпечні в своїх князівствах. Та не спочивали обидва.</w:t>
      </w:r>
    </w:p>
    <w:p>
      <w:r>
        <w:br/>
        <w:t>— Забезпечити ще треба й західні межі перед ляхами — каже Володар.</w:t>
      </w:r>
    </w:p>
    <w:p>
      <w:r>
        <w:br/>
        <w:t>— Ех, коли б я не сліпий! — сказав гірко князь Василько — забезпечив би я їх раз назавжди.</w:t>
      </w:r>
    </w:p>
    <w:p>
      <w:r>
        <w:br/>
        <w:t>— Нічого, брате, — каже Володар, — хоч і невидючий ти, та даси мені нераз раду добру та полки хоробрі свої. Не дамо землі нашої ворогам на поталу.</w:t>
      </w:r>
    </w:p>
    <w:p>
      <w:r>
        <w:br/>
        <w:t>— Твоя правда, брате! — каже Василько. — Не треба нарікати.</w:t>
      </w:r>
    </w:p>
    <w:p>
      <w:r>
        <w:br/>
        <w:t>І розгорілася боротьба за західні межі з польським королем, Болеславом Кривоустим, що був теж хоробрий вояка й полководець добрий.</w:t>
      </w:r>
    </w:p>
    <w:p>
      <w:r>
        <w:br/>
        <w:t>Та не встоятись йому проти Ростиславичів.</w:t>
      </w:r>
    </w:p>
    <w:p>
      <w:r>
        <w:br/>
        <w:t>Завзяті бої завелися. В одній битві здавалося, що вже Болеслав Кривоустий переможцем буде. Перед нагальним ударом польських військ подалося було ліве крило українських військ.</w:t>
      </w:r>
    </w:p>
    <w:p>
      <w:r>
        <w:br/>
        <w:t>Але тут з'явився князь Василько на коні перед військом, зняв золотистого шолома та промовив:</w:t>
      </w:r>
    </w:p>
    <w:p>
      <w:r>
        <w:br/>
        <w:t>— Браття й дружино! Не в одних боях із вами добував я воєнної слави, коли ще сонечко Боже бачити міг. У страшніших, як оця, бували ми січах, і менше бувало нас, як тепер, а ворогів удвоє, а то й утроє стільки, як ось тут, а не посоромили ми ймення нашого втечею! Не посоромимо ж тепер слави нашої лицарської! Я, хоч сліпий, поведу вас і, як прийдеться згинути, то разом з вами зложу голову мою! За мною, дружино смілива! За мною вперед!</w:t>
      </w:r>
    </w:p>
    <w:p>
      <w:r>
        <w:br/>
        <w:t>І як колись за Святослава Хороброго, що, підбадьоривши знесилену дружину, переміг удесятеро більші сили греків, так і тепер було.</w:t>
      </w:r>
    </w:p>
    <w:p>
      <w:r>
        <w:br/>
        <w:t>Гей, як не закричать одним громом дружинники княжі:</w:t>
      </w:r>
    </w:p>
    <w:p>
      <w:r>
        <w:br/>
        <w:t>— Слава князеві Василькові, слава, слава! Де твоя княже, голова, там і наша!</w:t>
      </w:r>
    </w:p>
    <w:p>
      <w:r>
        <w:br/>
        <w:t>Як верховинська буря, вдарила дружина на ворога, і не встояли вороги — подалися...</w:t>
      </w:r>
    </w:p>
    <w:p>
      <w:r>
        <w:br/>
        <w:t>Повна перемога була по боці Ростиславичів.</w:t>
      </w:r>
    </w:p>
    <w:p>
      <w:r>
        <w:br/>
        <w:t>І журився Болеслав Кривоустий:</w:t>
      </w:r>
    </w:p>
    <w:p>
      <w:r>
        <w:br/>
        <w:t>— Біда мені з цими Ростиславичами, спокою не дають. А мені так придалась би бодай частина їх родючої та багатої землі. Та нічого не вдієш.</w:t>
      </w:r>
    </w:p>
    <w:p>
      <w:r>
        <w:br/>
        <w:t>Аж одного дня зголосився в нього один із його підданих — Петро Власт.</w:t>
      </w:r>
    </w:p>
    <w:p>
      <w:r>
        <w:br/>
        <w:t>— Королю милостивий! — каже. — Ти журишся і тривожишся, що ніяк тобі перемогти Ростиславичів! Я готов тобі помогти...</w:t>
      </w:r>
    </w:p>
    <w:p>
      <w:r>
        <w:br/>
        <w:t>— Помогти мені, а як?</w:t>
      </w:r>
    </w:p>
    <w:p>
      <w:r>
        <w:br/>
        <w:t>— Так, милостивий королю! Коли звіря годі вполювати зброєю, тоді вживаємо хитрощів, лисячі ями копаємо, пастки чи сильця наставляємо! Так і тут треба! У боях нам не перемогти їх, треба хитрощами.</w:t>
      </w:r>
    </w:p>
    <w:p>
      <w:r>
        <w:br/>
        <w:t>— Твоя правда, та які ті твої хитрощі?</w:t>
      </w:r>
    </w:p>
    <w:p>
      <w:r>
        <w:br/>
        <w:t>— Ось-які: я зголошуся в перемиського князя, буцім то як покривджений тобою втікач. Як він прийме мене між своїх дружинників, то я найду нагоду зробити його нешкідливим.</w:t>
      </w:r>
    </w:p>
    <w:p>
      <w:r>
        <w:br/>
        <w:t>— Уб'єш його?</w:t>
      </w:r>
    </w:p>
    <w:p>
      <w:r>
        <w:br/>
        <w:t>— Це хіба тоді, коли інший спосіб не вдасться. Та я хочу живцем тобі доставити його.</w:t>
      </w:r>
    </w:p>
    <w:p>
      <w:r>
        <w:br/>
        <w:t>— О, це було б знамените! Я присилував би його до згоди зо мною, а може вдалось би й частину його землі видерти, а в кожному разі великий окуп дістану. — Їдь, чей поведеться тобі! Вони там усі легковірні й добродушні, то може легко піде тобі.</w:t>
      </w:r>
    </w:p>
    <w:p>
      <w:r>
        <w:br/>
        <w:t>Із тридцяткою збройної дружини перейшов Петро Власт границю. На границі склав зброю пограничному сотникові та заявив, що враз із своїми людьми хоче служити перемиському князеві.</w:t>
      </w:r>
    </w:p>
    <w:p>
      <w:r>
        <w:br/>
        <w:t>Повели його в Перемишль до князя.</w:t>
      </w:r>
    </w:p>
    <w:p>
      <w:r>
        <w:br/>
        <w:t>— Що за причина, — питав князь Володар, — що ти свого князя покинув, а до мене на службу голосишся?</w:t>
      </w:r>
    </w:p>
    <w:p>
      <w:r>
        <w:br/>
        <w:t>— Милостивий княже, скривдив мене Болеслав, хоча вірно служив йому. Він забрав мої землі собі, ще й погрожував мені тюрмою! Маю ж я в тюрмі гнити, то волію слави добувати під твоїм хоробрим проводом. Я пристаю до тебе, княже, з усіма моїми людьми та з землями моїми. Мої землі суміжні з твоїм князівством.</w:t>
      </w:r>
    </w:p>
    <w:p>
      <w:r>
        <w:br/>
        <w:t>— Добре, — каже князь Володар, — приймаю тебе.</w:t>
      </w:r>
    </w:p>
    <w:p>
      <w:r>
        <w:br/>
        <w:t>Власт дуже дякував князеві:</w:t>
      </w:r>
    </w:p>
    <w:p>
      <w:r>
        <w:br/>
        <w:t>— До смерти — каже — служитиму тобі вірно життям і майном своїм.</w:t>
      </w:r>
    </w:p>
    <w:p>
      <w:r>
        <w:br/>
        <w:t>У перемиському теремі рух. Князь Володар на лови вирушає.</w:t>
      </w:r>
    </w:p>
    <w:p>
      <w:r>
        <w:br/>
        <w:t>А Петро Власт:</w:t>
      </w:r>
    </w:p>
    <w:p>
      <w:r>
        <w:br/>
        <w:t>— Княже, ніде нема такої звірини, як у моїх лісах! Їдь туди на лови.</w:t>
      </w:r>
    </w:p>
    <w:p>
      <w:r>
        <w:br/>
        <w:t>— Добре, — каже князь Володар, — треба чей же мені оглянути землі свого нового підданого.</w:t>
      </w:r>
    </w:p>
    <w:p>
      <w:r>
        <w:br/>
        <w:t>— Авжеж, — каже Власт, — мій дім радо повітає тебе, княже ласкавий.</w:t>
      </w:r>
    </w:p>
    <w:p>
      <w:r>
        <w:br/>
        <w:t>Славні були лови. Дичини справді в лісі було багато.</w:t>
      </w:r>
    </w:p>
    <w:p>
      <w:r>
        <w:br/>
        <w:t>Вечоріло вже. Княжі дружинники взялися готувати вечерю таки в лісі. Раптом у кущах щось зашелестіло. Князь зірвався.</w:t>
      </w:r>
    </w:p>
    <w:p>
      <w:r>
        <w:br/>
        <w:t>— Це якась товста звірюка! — і сів на коня, а Власт за ним.</w:t>
      </w:r>
    </w:p>
    <w:p>
      <w:r>
        <w:br/>
        <w:t>Шелест і тріскіт віддалювався. Князь вдарив коня острогами. Кінь погнав стрілою...</w:t>
      </w:r>
    </w:p>
    <w:p>
      <w:r>
        <w:br/>
        <w:t>Аж тут із гущавини вискочила з тридцятка їздців — усі поляки.</w:t>
      </w:r>
    </w:p>
    <w:p>
      <w:r>
        <w:br/>
        <w:t>І кинулися на князя та давай стягати його з коня. Князь Володор не сподівався нападу, а Власт і собі взявся вязати його мотуззям.</w:t>
      </w:r>
    </w:p>
    <w:p>
      <w:r>
        <w:br/>
        <w:t>— Що це? — питає князь Власта.</w:t>
      </w:r>
    </w:p>
    <w:p>
      <w:r>
        <w:br/>
        <w:t>— Що? — засміявся Власт. — Сам бачиш, ти мій полонений. А не так мій, як мого короля Болеслава. Ти думав, ще поляк зрадить свого володаря?!</w:t>
      </w:r>
    </w:p>
    <w:p>
      <w:r>
        <w:br/>
        <w:t>І повезли князя Володаря звязаного в Краків. Зрадів Болеслав, як побачив князя Володаря у себе в полоні.</w:t>
      </w:r>
    </w:p>
    <w:p>
      <w:r>
        <w:br/>
        <w:t>А в Перемишлі довго не знали, що сталося з князем Володарем. Дружинники пізно схаменулися, що князя нема, довго шукали, гукали по лісі, та князь пропав, мов камінь під водою.</w:t>
      </w:r>
    </w:p>
    <w:p>
      <w:r>
        <w:br/>
        <w:t>Аж прислав Болеслав Кривоустий у Перемишль послів. Посли привезли листа від Болеслава і листа князя Володаря до сина Володимирка. Болеслав жадав дві тисячі гривень срібла окупу. Була це велетенська сума на тодішні часи.</w:t>
      </w:r>
    </w:p>
    <w:p>
      <w:r>
        <w:br/>
        <w:t>— Рятуй мене, сину! Дай окуп, а то Болеслав погрожує мені смертю! — писав князь Володар.</w:t>
      </w:r>
    </w:p>
    <w:p>
      <w:r>
        <w:br/>
        <w:t>Думав спершу Володимирко з дружиною рушати в похід на Болеслава, і поїхав на пораду до дядька Василька.</w:t>
      </w:r>
    </w:p>
    <w:p>
      <w:r>
        <w:br/>
        <w:t>— Ба, — каже Василько, — ти вирушиш із військом, а Болеслав тоді виконає погрозу і уб'є тобі батька.</w:t>
      </w:r>
    </w:p>
    <w:p>
      <w:r>
        <w:br/>
        <w:t>— Правда твоя, дядьку! Нема іншої ради, треба дати окуп.</w:t>
      </w:r>
    </w:p>
    <w:p>
      <w:r>
        <w:br/>
        <w:t>Та Болеслав не вдоволився самим окупом. Зажадав від Володаря, щоб він зірвав спілку з Прусами та поморянами. Не було ради, Володар згодився й на це.</w:t>
      </w:r>
    </w:p>
    <w:p>
      <w:r>
        <w:br/>
        <w:t>Довго ще князювали обидва князі, Володар і Василько, — спокійно вже віку доживали.</w:t>
      </w:r>
    </w:p>
    <w:p>
      <w:r>
        <w:br/>
        <w:t>А р. б. 1124 пронеслася сумна вістка по українській землі, що обидвох братів, Володаря та Василька, в живих не стало... Як разом трудилися, так разом і на той світ переставились.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західні межі держави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