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всіх скажу</w:t>
      </w:r>
    </w:p>
    <w:p>
      <w:r>
        <w:br/>
        <w:t xml:space="preserve"> За всіх скажу, за всіх переболію,&lt;br /&gt;</w:t>
        <w:br/>
        <w:t>я кожен час на звіт іду, на суд.&lt;br /&gt;</w:t>
        <w:br/>
        <w:t>Глибинами не втану, не змілію,&lt;br /&gt;</w:t>
        <w:br/>
        <w:t>верхів'ями розкрилено росту.</w:t>
      </w:r>
    </w:p>
    <w:p>
      <w:r>
        <w:br/>
        <w:t>Ніколи так душа ще не мужала!&lt;br /&gt;</w:t>
        <w:br/>
        <w:t>Ніколи так ще дух не безумів!&lt;br /&gt;</w:t>
        <w:br/>
        <w:t>О дух ясний — без яду і без жала —&lt;br /&gt;</w:t>
        <w:br/>
        <w:t>давно ти снив? — а вже сучасний дій</w:t>
      </w:r>
    </w:p>
    <w:p>
      <w:r>
        <w:br/>
        <w:t>всього мене обняв, здавив, напружив,&lt;br /&gt;</w:t>
        <w:br/>
        <w:t>і я встаю, нову вдихаю міць.&lt;br /&gt;</w:t>
        <w:br/>
        <w:t>Не мрію, ні, повіки я розмружив —&lt;br /&gt;</w:t>
        <w:br/>
        <w:t>іронія і гордість на лиці,&lt;br /&gt;</w:t>
        <w:br/>
        <w:t>іронія...</w:t>
      </w:r>
    </w:p>
    <w:p>
      <w:r>
        <w:br/>
        <w:t>Товариство, яке мені діло,&lt;br /&gt;</w:t>
        <w:br/>
        <w:t>чи я перший поет, чи останній?&lt;br /&gt;</w:t>
        <w:br/>
        <w:t>Надівайте корони і йдіть,&lt;br /&gt;</w:t>
        <w:br/>
        <w:t>отверзайте уста...</w:t>
      </w:r>
    </w:p>
    <w:p>
      <w:r>
        <w:br/>
        <w:t>Товариство, яке мені діло,&lt;br /&gt;</w:t>
        <w:br/>
        <w:t>чи я пізній предтеча, чи ранній?&lt;br /&gt;</w:t>
        <w:br/>
        <w:t>Удавайте пророків і йдіть,&lt;br /&gt;</w:t>
        <w:br/>
        <w:t>отверзайте уста...</w:t>
      </w:r>
    </w:p>
    <w:p>
      <w:r>
        <w:br/>
        <w:t>Там за мною, за мною, за мною&lt;br /&gt;</w:t>
        <w:br/>
        <w:t>я не знаю, там скільки іде!&lt;br /&gt;</w:t>
        <w:br/>
        <w:t>Перед мене твердою ходою&lt;br /&gt;</w:t>
        <w:br/>
        <w:t>наступаючий день.</w:t>
      </w:r>
    </w:p>
    <w:p>
      <w:r>
        <w:br/>
        <w:t>Там за мною, за мною, за мною&lt;br /&gt;</w:t>
        <w:br/>
        <w:t>і від плуга й від трудних станків.&lt;br /&gt;</w:t>
        <w:br/>
        <w:t>Перед мене щасливеє море,&lt;br /&gt;</w:t>
        <w:br/>
        <w:t>море голів...</w:t>
      </w:r>
    </w:p>
    <w:p>
      <w:r>
        <w:br/>
        <w:t>Ну куди ж я піду після цього,&lt;br /&gt;</w:t>
        <w:br/>
        <w:t>ну куди ж я оглянусь на вас,&lt;br /&gt;</w:t>
        <w:br/>
        <w:t>коли сонце пронизує розум,&lt;br /&gt;</w:t>
        <w:br/>
        <w:t>сонце уста?</w:t>
      </w:r>
    </w:p>
    <w:p>
      <w:r>
        <w:br/>
        <w:t>Я дійшов свого зросту і сили,&lt;br /&gt;</w:t>
        <w:br/>
        <w:t>я побачив ясне в далині.&lt;br /&gt;</w:t>
        <w:br/>
        <w:t>Товариство, яке мені діло,&lt;br /&gt;</w:t>
        <w:br/>
        <w:t>чи я перший, чи ні?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всіх скажу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