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 ти так міцно мене любиш...</w:t>
      </w:r>
    </w:p>
    <w:p>
      <w:r>
        <w:br/>
        <w:t xml:space="preserve"> за що ти так міцно мене любиш&lt;br /&gt;</w:t>
        <w:br/>
        <w:t>чому так світло приходиш&lt;br /&gt;</w:t>
        <w:br/>
        <w:t>так терпляче мене обіймаєш так міцно&lt;br /&gt;</w:t>
        <w:br/>
        <w:t>мене бережеш чому говориш що я&lt;br /&gt;</w:t>
        <w:br/>
        <w:t>твій малий найкоштовніший&lt;br /&gt;</w:t>
        <w:br/>
        <w:t>найцінніший у світі діамант&lt;br /&gt;</w:t>
        <w:br/>
        <w:t>я ж нічого я справді зовсім нічого не маю&lt;br /&gt;</w:t>
        <w:br/>
        <w:t>ні шкіри білішої за найбіліший сніг&lt;br /&gt;</w:t>
        <w:br/>
        <w:t>ні сліз прозоріших за найпрозоріші перли&lt;br /&gt;</w:t>
        <w:br/>
        <w:t>ні радості над радостями ні усміху&lt;br /&gt;</w:t>
        <w:br/>
        <w:t>яким усміхаються діти ні ходи&lt;br /&gt;</w:t>
        <w:br/>
        <w:t>простої і легкої ні кроків тихих і добрих&lt;br /&gt;</w:t>
        <w:br/>
        <w:t>тільки сльозу що тече щокою спокійно і терпко&lt;br /&gt;</w:t>
        <w:br/>
        <w:t>і серце що не вміє стати для тебе всім&lt;br /&gt;</w:t>
        <w:br/>
        <w:t>і шкельце мале в кулакові що ранить до крові&lt;br /&gt;</w:t>
        <w:br/>
        <w:t>коли так світло і просто приходиш&lt;br /&gt;</w:t>
        <w:br/>
        <w:t>коли говориш ласкаво що я&lt;br /&gt;</w:t>
        <w:br/>
        <w:t>твій малий улюблений діамант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 ти так міцно мене любиш...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