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павутинкою</w:t>
      </w:r>
    </w:p>
    <w:p>
      <w:r>
        <w:br/>
        <w:t xml:space="preserve"> &lt;p&gt;Сьогодні вона не така.</w:t>
      </w:r>
    </w:p>
    <w:p>
      <w:r>
        <w:br/>
        <w:t>Дивіться: пливе... сюди повертає і здалеку ще рукою хить-хить. Гарно причесана, сидить на борту, і довга коса аж у воду звисає.</w:t>
      </w:r>
    </w:p>
    <w:p>
      <w:r>
        <w:br/>
        <w:t>Човник її біжить веселіше.</w:t>
      </w:r>
    </w:p>
    <w:p>
      <w:r>
        <w:br/>
        <w:t>— Доброго ранку! — гукає мені.</w:t>
      </w:r>
    </w:p>
    <w:p>
      <w:r>
        <w:br/>
        <w:t>— Здоров, Ніно!.. Обережно, там корч.</w:t>
      </w:r>
    </w:p>
    <w:p>
      <w:r>
        <w:br/>
        <w:t>Вона проминула підводний камінь, де світла вода, гойднулась на хвилях і вниз, у протоку... "Ух ти!" — шарпнуло мене, бо човен підкинуло і носом у бризки, і понесло між камінням.</w:t>
      </w:r>
    </w:p>
    <w:p>
      <w:r>
        <w:br/>
        <w:t>Ніна пригнулась, весло — сторчма, і став, завмер її човен під скелею.</w:t>
      </w:r>
    </w:p>
    <w:p>
      <w:r>
        <w:br/>
        <w:t>— Ти молодчина, — сказав я, заглядаючи до неї в протоку. — Думав, так і хряснеш об камінь... Давай повідок, прив'яжу човна... А ти знаєш, Ніно, — торохтів я далі, — ось тут, у цій розщелині, застряв був кінь.</w:t>
      </w:r>
    </w:p>
    <w:p>
      <w:r>
        <w:br/>
        <w:t>— Знаю, — сказала Ніна. — Ось тут. Камінь-гостряк йому врізався в ногу, так я вавку змазала йодом, а гостряк той веслом притупила.</w:t>
      </w:r>
    </w:p>
    <w:p>
      <w:r>
        <w:br/>
        <w:t>— Ти? — аж похлинувся я з несподіванки. — Так це ти Бакуна звільнила?</w:t>
      </w:r>
    </w:p>
    <w:p>
      <w:r>
        <w:br/>
        <w:t>Ніна як і не чула мого вигуку. "Трам... трам..." — замугикала "Єньку" і долонями по колінцях: плесь, плесь... Я й забув, що вона не любить про себе говорити. І почав хитріше вивідувать:</w:t>
      </w:r>
    </w:p>
    <w:p>
      <w:r>
        <w:br/>
        <w:t>— А вночі й не ви-и-идно, — сказав я з приспівом.</w:t>
      </w:r>
    </w:p>
    <w:p>
      <w:r>
        <w:br/>
        <w:t>— І видно. Бо в мене ліхтарик є.</w:t>
      </w:r>
    </w:p>
    <w:p>
      <w:r>
        <w:br/>
        <w:t>— А де ж той ліхтарик?</w:t>
      </w:r>
    </w:p>
    <w:p>
      <w:r>
        <w:br/>
        <w:t>— А ось він, — і подала мені білий шапкастий гриб.</w:t>
      </w:r>
    </w:p>
    <w:p>
      <w:r>
        <w:br/>
        <w:t>— Це ж гриб!</w:t>
      </w:r>
    </w:p>
    <w:p>
      <w:r>
        <w:br/>
        <w:t>— Ну й що. А вночі він світиться.</w:t>
      </w:r>
    </w:p>
    <w:p>
      <w:r>
        <w:br/>
        <w:t>Я засунув гриб під сорочку, зробив темне дупло і встромив туди носа: точно!.. світиться гриб!.. синім холодним вогнем. Від цього світла під сорочкою стало синьо, і вийшла маленька ніч — небо, земля і повний місяць.</w:t>
      </w:r>
    </w:p>
    <w:p>
      <w:r>
        <w:br/>
        <w:t>— Знаєш, Ніно, — зірвавсь я на ноги, — бери свій ліхтарик і гайда... в біле глинище.</w:t>
      </w:r>
    </w:p>
    <w:p>
      <w:r>
        <w:br/>
        <w:t>— А там що?</w:t>
      </w:r>
    </w:p>
    <w:p>
      <w:r>
        <w:br/>
        <w:t>— А там — нора. Ціла печера. Глибока-глибоченна. І страшно. Ходімо!</w:t>
      </w:r>
    </w:p>
    <w:p>
      <w:r>
        <w:br/>
        <w:t>Я подав їй руку. З човна вона стрибнула на берег, зняла свої білі туфельки. Вона була майже рівня, ось так — по чубок мені, хіба що трохи щупліша і незасмагла, як і Адам.</w:t>
      </w:r>
    </w:p>
    <w:p>
      <w:r>
        <w:br/>
        <w:t>До цього Ніна сиділа тільки в човні. А зараз ступила на камінь і чомусь опустила очі. "Не бійся. Ходімо!" — я повів її через брід, через лозняки — на той бік річки.</w:t>
      </w:r>
    </w:p>
    <w:p>
      <w:r>
        <w:br/>
        <w:t>Стежка звивалася вгору. Земля під ногами була суха, червоняста, і нам частенько траплялись кремінці. Ніна застрибала, заойкала: ой гарнюсі, ой сюсімусі... Дівча — воно завжди дівча. Тут, показав я Ніні, кремінці найкращі: є гострі, є плескаті, є схожі на стародавні ножі. А яких вони кольорів! Бачиш: і лимонні, й зелені, і кров'янисто-багряні. А як викрешують іскри! У мене дома цілий картуз кремінців. Хочеш, можу промінять на ліхтарик. Або й так віддам. Назавжди.</w:t>
      </w:r>
    </w:p>
    <w:p>
      <w:r>
        <w:br/>
        <w:t>З балачками пройшли ми далі, попід косогором. Уже видно, що скоро будуть копні, цебто глибокі ями, — стежка до них всипана білою глиною. Аж ось круте зривисько, майже пряма рудувата стіна, порита дощами, а під стіною — нори. То ходи в глинище.</w:t>
      </w:r>
    </w:p>
    <w:p>
      <w:r>
        <w:br/>
        <w:t>Ми зупинились коло першої нори.</w:t>
      </w:r>
    </w:p>
    <w:p>
      <w:r>
        <w:br/>
        <w:t>Ну як вам сказати: кругла дірка, треба лізти наче в погрібець, хтось навіть зробив рівненькі земляні сходи. А тільки ж темно. І холодом віє...</w:t>
      </w:r>
    </w:p>
    <w:p>
      <w:r>
        <w:br/>
        <w:t>— Полізли? — спитав я непевно.</w:t>
      </w:r>
    </w:p>
    <w:p>
      <w:r>
        <w:br/>
        <w:t>Вигляд у мене був, мабуть, нудний, бо Ніна так посміхнулась, як посміхаються старші над хлоп'ячим ластовинням. І я, будь, що буде, сьорбнув повітря і з'їхав униз, на верхню приступку. Ніна за мною. Вона підняла свій грибок, і ми, тримаючись за руки, полізли туди, під землю.</w:t>
      </w:r>
    </w:p>
    <w:p>
      <w:r>
        <w:br/>
        <w:t>Нора, вичовгана людьми, була крута й слизькувата; я обережно просовував ногу, спершу одну, потім другу. Щось липке, може, павутиння, чіплялось за голову. Я йшов пригнувшись і чув, як мені в потилицю дихає Ніна.</w:t>
      </w:r>
    </w:p>
    <w:p>
      <w:r>
        <w:br/>
        <w:t>— Не страшно? — питаю.</w:t>
      </w:r>
    </w:p>
    <w:p>
      <w:r>
        <w:br/>
        <w:t>— Ні... А далеко ще йти?</w:t>
      </w:r>
    </w:p>
    <w:p>
      <w:r>
        <w:br/>
        <w:t>— Далеко.</w:t>
      </w:r>
    </w:p>
    <w:p>
      <w:r>
        <w:br/>
        <w:t>Хтозна, чи боїться вона, а мені таки моторошно. Бо над нами ціла гора землі, і трактори там ходять, і дядьки з лопатами. І вже не видно, де той вузесенький вихід. Хіба добіжиш до нього? Мимохіть вчувається: двигтить земля, потріскує... ось-ось тече піщаний струмок... Ми й дух притаїли; якщо перемовляємось, то тільки пошепки.</w:t>
      </w:r>
    </w:p>
    <w:p>
      <w:r>
        <w:br/>
        <w:t>— Ніно, — кажу, — вище світло держи, бо темно.</w:t>
      </w:r>
    </w:p>
    <w:p>
      <w:r>
        <w:br/>
        <w:t>— А може, назад?</w:t>
      </w:r>
    </w:p>
    <w:p>
      <w:r>
        <w:br/>
        <w:t>— Та скоро вже.</w:t>
      </w:r>
    </w:p>
    <w:p>
      <w:r>
        <w:br/>
        <w:t>Спускаємось углиб, і нора все похмуріша, і морозцем хапає за литки. Раптом:</w:t>
      </w:r>
    </w:p>
    <w:p>
      <w:r>
        <w:br/>
        <w:t>"Ой!" — я підсковзнувся, шурхнув у темінь, у мокру виямку. І щось упало зверху на спину — гиц! І світить мені у вухо. "Ніно, це ти?" — Ми злякались, але тут же й чмихнули од сміху.</w:t>
      </w:r>
    </w:p>
    <w:p>
      <w:r>
        <w:br/>
        <w:t>Ніна встала, підняла над собою ліхтарик. "О-о! — сказала вона зачаровано.</w:t>
      </w:r>
    </w:p>
    <w:p>
      <w:r>
        <w:br/>
        <w:t>— Диви! Яка тут краса!.." Ми були вже в самому глинищі, у білій печері. Та ні, ви бачили білу печеру? З білої, чистої глини? Бачили, щоб і долівка, і стіни, і стеля, — щоб усе було наче підсинене, і все щоб горіло рівним морозним вогнем?</w:t>
      </w:r>
    </w:p>
    <w:p>
      <w:r>
        <w:br/>
        <w:t>Ніна дивилась на це біле сяйво, і обличчя у неї було здивоване, а на щоках зробились глибокі рожеві ямки. В тих ямках неначе світився мед. Мені аж солодко стало в роті, я стулив язик жолобком і кінчиком язика лизнув її щоку.</w:t>
      </w:r>
    </w:p>
    <w:p>
      <w:r>
        <w:br/>
        <w:t>— Ай! — сказала Ніна. — Ти що лякаєш? Мокрим таким тицькаєшся.</w:t>
      </w:r>
    </w:p>
    <w:p>
      <w:r>
        <w:br/>
        <w:t>Вона витерла щоку рукою, ще вище підняла ліхтарик і підійшла до стіни: у білій холодній глині, порубаній лопатою, заряхтіли барвисті камінчики, заблищали червоні жилки. Із тих жилок виступала вода і студеними краплями — цок! — падала під ноги. Здавалось, краплі тут же замерзали, і в печері лунко цокало від кожного їхнього удару.</w:t>
      </w:r>
    </w:p>
    <w:p>
      <w:r>
        <w:br/>
        <w:t>Я змерз, притулився до Ніни, і ми пошепки, один одному на вухо, заговорили:</w:t>
      </w:r>
    </w:p>
    <w:p>
      <w:r>
        <w:br/>
        <w:t>— Ніно, у тебе очі світяться.</w:t>
      </w:r>
    </w:p>
    <w:p>
      <w:r>
        <w:br/>
        <w:t>— І в тебе.</w:t>
      </w:r>
    </w:p>
    <w:p>
      <w:r>
        <w:br/>
        <w:t>— У тебе ніс холодний.</w:t>
      </w:r>
    </w:p>
    <w:p>
      <w:r>
        <w:br/>
        <w:t>— І в тебе.</w:t>
      </w:r>
    </w:p>
    <w:p>
      <w:r>
        <w:br/>
        <w:t>— У тебе губи дрижать.</w:t>
      </w:r>
    </w:p>
    <w:p>
      <w:r>
        <w:br/>
        <w:t>— І в тебе.</w:t>
      </w:r>
    </w:p>
    <w:p>
      <w:r>
        <w:br/>
        <w:t>— Давай звідси тікать.</w:t>
      </w:r>
    </w:p>
    <w:p>
      <w:r>
        <w:br/>
        <w:t>— Давай.</w:t>
      </w:r>
    </w:p>
    <w:p>
      <w:r>
        <w:br/>
        <w:t>Аж затокотіла печера, коли ми дременули назад.</w:t>
      </w:r>
    </w:p>
    <w:p>
      <w:r>
        <w:br/>
        <w:t>Ми бігли, штовхались, падали, повискували од страху чи од сміху, не можу сказати. І ось — на горі... А сонця, а спеки, а пахощів тут — хух, як добре!</w:t>
      </w:r>
    </w:p>
    <w:p>
      <w:r>
        <w:br/>
        <w:t>Постояли вдвох, як сліпі, зігрілись, надихались вволю.</w:t>
      </w:r>
    </w:p>
    <w:p>
      <w:r>
        <w:br/>
        <w:t>— Давай пограємо в кремінці, — раптом сказала Ніна.</w:t>
      </w:r>
    </w:p>
    <w:p>
      <w:r>
        <w:br/>
        <w:t>— Давай, — погодився я, хоч про себе подумав: "Може, не тре... Дівчача гра — кремінці. І ніколи в мене далі "перевоза" не йшло, я тільки бачив, як інші</w:t>
      </w:r>
    </w:p>
    <w:p>
      <w:r>
        <w:br/>
        <w:t>грали: дуже марудна штука..."</w:t>
      </w:r>
    </w:p>
    <w:p>
      <w:r>
        <w:br/>
        <w:t>— Цур, я перша! — тим часом сказала Ніна і — хвать-хвать — швидко назбирала гарних, обточених камінців.</w:t>
      </w:r>
    </w:p>
    <w:p>
      <w:r>
        <w:br/>
        <w:t>— О, рівно п'ять?</w:t>
      </w:r>
    </w:p>
    <w:p>
      <w:r>
        <w:br/>
        <w:t>Вона сіла на землю, обсмикнула платтячко, а потім з якимось таємничим виглядом подмухала в руку, по-своєму розклала на долоні всі кремінці.</w:t>
      </w:r>
    </w:p>
    <w:p>
      <w:r>
        <w:br/>
        <w:t>— Граю "квочку", — сказала вона.</w:t>
      </w:r>
    </w:p>
    <w:p>
      <w:r>
        <w:br/>
        <w:t>Я не зглянувся, як Ніна підкинула кремінці. Підкинула, блиснула долонькою і —</w:t>
      </w:r>
    </w:p>
    <w:p>
      <w:r>
        <w:br/>
        <w:t>хап — зловила їх на спинку руки. Камінці стукнулись в повітрі, купкою впали на руку і як завмерли — жоден не скотився додолу. А вона ще раз кидь — і знов камінці на долоні.</w:t>
      </w:r>
    </w:p>
    <w:p>
      <w:r>
        <w:br/>
        <w:t>Ловко!</w:t>
      </w:r>
    </w:p>
    <w:p>
      <w:r>
        <w:br/>
        <w:t>І я колись пробував "квочку" — одного чи двох ловив. А це значить: далі будеш грати з тим одним чи двома камінцями, що назбирала "квочка". А нічого не піймав</w:t>
      </w:r>
    </w:p>
    <w:p>
      <w:r>
        <w:br/>
        <w:t>— все, вилітай, братику!</w:t>
      </w:r>
    </w:p>
    <w:p>
      <w:r>
        <w:br/>
        <w:t>— Тепер — "перевіз", — мовила Ніна.</w:t>
      </w:r>
    </w:p>
    <w:p>
      <w:r>
        <w:br/>
        <w:t>Висипала своє добро на землю і повела "перевіз", потім "карусель". Швидко, високо підкидала камінці, то по одному, то по два, то по три, і поки вони пролітали перед Ніниним носом, вона хапала з землі новий плескач, встигала підкинуть і його, встигала сплеснуть у долоні, а то й обкрутиться на п'ятах і піймать камінці, жодного не впустить додолу. Я тільки бачив, як мигтять її кіски, бігають очі, блискотять на сонці коліна, як вона водить ротом, неначе і ротом ловить плескачі, що так і мелькають перед нею.</w:t>
      </w:r>
    </w:p>
    <w:p>
      <w:r>
        <w:br/>
        <w:t>— Все! — з видихом сказала Ніна і язиком змахнула крапельку поту, що повисла на кінчику носа, і стомлено сіла на землю. А в самої щоки пашать і в очах — веселі жаринки.</w:t>
      </w:r>
    </w:p>
    <w:p>
      <w:r>
        <w:br/>
        <w:t>Ну, ясно: рада-раденька!</w:t>
      </w:r>
    </w:p>
    <w:p>
      <w:r>
        <w:br/>
        <w:t>А от що мені робить? Як мені рятуватись, бідному? Аби ж то на ставку було та аби ж ми грали "дід бабу везе", то я б так запустив камінця, що він разів триста підскочив би на воді. Точно кажу: якщо не триста, то разів сім або вісім. А тут...</w:t>
      </w:r>
    </w:p>
    <w:p>
      <w:r>
        <w:br/>
        <w:t>— Слухай, Ніно, — кажу, — краще підемо на Хіврю.</w:t>
      </w:r>
    </w:p>
    <w:p>
      <w:r>
        <w:br/>
        <w:t>— Ти що, злякався? Грати не будеш?</w:t>
      </w:r>
    </w:p>
    <w:p>
      <w:r>
        <w:br/>
        <w:t>— Не злякався, — кажу. — А на Хіврю спізнимось.</w:t>
      </w:r>
    </w:p>
    <w:p>
      <w:r>
        <w:br/>
        <w:t>— А що там на Хіврі?</w:t>
      </w:r>
    </w:p>
    <w:p>
      <w:r>
        <w:br/>
        <w:t>— Ну-у! Такого ти зроду не бачила. Гайда скоріш!</w:t>
      </w:r>
    </w:p>
    <w:p>
      <w:r>
        <w:br/>
        <w:t>Хівря — це наша гора; крутим своїм боком стоїть вона проти сонця. Тут, на осонні, вигорав трава, земля аж пашить, і гірко в очах від сухих полинів.</w:t>
      </w:r>
    </w:p>
    <w:p>
      <w:r>
        <w:br/>
        <w:t>Ми вибрались на гору, ближче до неба, звідси видно степ, горбастий насип дороги і телеграфні стовпи, що стоять у степу, як олов'яні солдатики.</w:t>
      </w:r>
    </w:p>
    <w:p>
      <w:r>
        <w:br/>
        <w:t>— Сідай, — сказав я Ніні і поплескав долонею по гарячій стежці.</w:t>
      </w:r>
    </w:p>
    <w:p>
      <w:r>
        <w:br/>
        <w:t>Ми сіли так, щоб Ніна бачила мене, а я бачив Ніну.</w:t>
      </w:r>
    </w:p>
    <w:p>
      <w:r>
        <w:br/>
        <w:t>— Вгадай, хто тут живе, — я показав їй маленьку нірку, ловко заховану в траві.</w:t>
      </w:r>
    </w:p>
    <w:p>
      <w:r>
        <w:br/>
        <w:t>В ту нірку хіба що палець міг би пролізти. А проте як вона гарно зроблена: стіни</w:t>
      </w:r>
    </w:p>
    <w:p>
      <w:r>
        <w:br/>
        <w:t>гладенькі, кругло обчовгані, тонко-тонко обкладені ватою. Дарма що в землі —</w:t>
      </w:r>
    </w:p>
    <w:p>
      <w:r>
        <w:br/>
        <w:t>чиста й світла нірка.</w:t>
      </w:r>
    </w:p>
    <w:p>
      <w:r>
        <w:br/>
        <w:t>— Тут живе павук-хрестовик, — сказала Ніна.</w:t>
      </w:r>
    </w:p>
    <w:p>
      <w:r>
        <w:br/>
        <w:t>— Правильно. Зараз ми поговоримо з ним. Я дістав свій припас — капронову нитку і</w:t>
      </w:r>
    </w:p>
    <w:p>
      <w:r>
        <w:br/>
        <w:t>трохи смоли. Смолу розім'яв у долоні, похукав на неї, щоб м'якша стала, і зліпив</w:t>
      </w:r>
    </w:p>
    <w:p>
      <w:r>
        <w:br/>
        <w:t>"язичок". Почепив "язичок" до нитки. І тихо, обережно опустив його в нору.</w:t>
      </w:r>
    </w:p>
    <w:p>
      <w:r>
        <w:br/>
        <w:t>— Посмикай, — сказав я Ніні. — Тільки не дуже смикай, а так, легенько. — І я</w:t>
      </w:r>
    </w:p>
    <w:p>
      <w:r>
        <w:br/>
        <w:t>показав, як треба дражнить павука. І прибрехав, що коли подражниш його, то він.</w:t>
      </w:r>
    </w:p>
    <w:p>
      <w:r>
        <w:br/>
        <w:t>сердитий, починає висвистувать.</w:t>
      </w:r>
    </w:p>
    <w:p>
      <w:r>
        <w:br/>
        <w:t>— Ну що? — питаю.</w:t>
      </w:r>
    </w:p>
    <w:p>
      <w:r>
        <w:br/>
        <w:t>Ніна схилилась над ніркою з таємничим виглядом; одніею рукою водить нитку,</w:t>
      </w:r>
    </w:p>
    <w:p>
      <w:r>
        <w:br/>
        <w:t>другою рукою, пальцем, свариться на мене:</w:t>
      </w:r>
    </w:p>
    <w:p>
      <w:r>
        <w:br/>
        <w:t>— Тс-с!.. Торкає... Хапає за нитку!</w:t>
      </w:r>
    </w:p>
    <w:p>
      <w:r>
        <w:br/>
        <w:t>— Як сильно хапне — тягни!</w:t>
      </w:r>
    </w:p>
    <w:p>
      <w:r>
        <w:br/>
        <w:t>І сталося так: Ніна шарпнулась назад, нитка за нею, і вилетів павук із нори, як</w:t>
      </w:r>
    </w:p>
    <w:p>
      <w:r>
        <w:br/>
        <w:t>рак за наживкою. Сивий хрестатий павук, що кліщами вп'явся в смолу. Він гойдався</w:t>
      </w:r>
    </w:p>
    <w:p>
      <w:r>
        <w:br/>
        <w:t>на нитці, якраз перед Ніниним носом, чеберяв волохатими лапами.</w:t>
      </w:r>
    </w:p>
    <w:p>
      <w:r>
        <w:br/>
        <w:t>Не було б то дівча, щоб воно не підскочило, не кинуло павука, не запищало, не</w:t>
      </w:r>
    </w:p>
    <w:p>
      <w:r>
        <w:br/>
        <w:t>ляснуло мене по шиї:</w:t>
      </w:r>
    </w:p>
    <w:p>
      <w:r>
        <w:br/>
        <w:t>— Ах ти, брехун!.. Налякав мене! Поки ми штовхались і смішили себе штовханцями,</w:t>
      </w:r>
    </w:p>
    <w:p>
      <w:r>
        <w:br/>
        <w:t>павук витяг лапи зі смоли та й гулькнув у нору.</w:t>
      </w:r>
    </w:p>
    <w:p>
      <w:r>
        <w:br/>
        <w:t>— Як вони прядуть нитку? — спитала Ніна.</w:t>
      </w:r>
    </w:p>
    <w:p>
      <w:r>
        <w:br/>
        <w:t>— Хто вони?</w:t>
      </w:r>
    </w:p>
    <w:p>
      <w:r>
        <w:br/>
        <w:t>— Таж павуки.</w:t>
      </w:r>
    </w:p>
    <w:p>
      <w:r>
        <w:br/>
        <w:t>— По-моєму... кхм!.. по-моєму, ловлять пушинки і з пушинок прядуть. І нитки</w:t>
      </w:r>
    </w:p>
    <w:p>
      <w:r>
        <w:br/>
        <w:t>прядуть, і сітки для мух, і вату роблять для павучат... А навіщо тобі?</w:t>
      </w:r>
    </w:p>
    <w:p>
      <w:r>
        <w:br/>
        <w:t>— Просто. Ось глянь, яка тонюсінька нитка. — І Ніна провела у повітрі пальцем.</w:t>
      </w:r>
    </w:p>
    <w:p>
      <w:r>
        <w:br/>
        <w:t>Між одним і другим стеблом висіла павутина. Вона світилась на сонці. Гнучкі</w:t>
      </w:r>
    </w:p>
    <w:p>
      <w:r>
        <w:br/>
        <w:t>стебла натягували її, як струну. І павутина тихо, мрійно, заколисливо бриніла.</w:t>
      </w:r>
    </w:p>
    <w:p>
      <w:r>
        <w:br/>
        <w:t>— Це, мабуть, антена, — зашепотів я. — Павукове радіо.</w:t>
      </w:r>
    </w:p>
    <w:p>
      <w:r>
        <w:br/>
        <w:t>— Давай послухаєм, про що вона грає.</w:t>
      </w:r>
    </w:p>
    <w:p>
      <w:r>
        <w:br/>
        <w:t>— Давай!</w:t>
      </w:r>
    </w:p>
    <w:p>
      <w:r>
        <w:br/>
        <w:t>Я підставив вухо, прижмурився і сказав:</w:t>
      </w:r>
    </w:p>
    <w:p>
      <w:r>
        <w:br/>
        <w:t>— "Ні-і-ін-на... Ні-іна..." — передає.</w:t>
      </w:r>
    </w:p>
    <w:p>
      <w:r>
        <w:br/>
        <w:t>Ніна підставила вухо, послухала і сказала:</w:t>
      </w:r>
    </w:p>
    <w:p>
      <w:r>
        <w:br/>
        <w:t>— "Льо-о-н-ня... Льо-оня..." — передає. Я підставив вухо і сказав:</w:t>
      </w:r>
    </w:p>
    <w:p>
      <w:r>
        <w:br/>
        <w:t>— "Брень... брень... ти бренькаєш, Ніно", — передає.</w:t>
      </w:r>
    </w:p>
    <w:p>
      <w:r>
        <w:br/>
        <w:t>Ніна підставила вухо й сказала:</w:t>
      </w:r>
    </w:p>
    <w:p>
      <w:r>
        <w:br/>
        <w:t>— "Ні, це ти бренькаєш", — ось що передає. Ми разом підставили вуха, буцнулись</w:t>
      </w:r>
    </w:p>
    <w:p>
      <w:r>
        <w:br/>
        <w:t>лобами, і павутина — лусь!.. — обірвалась.</w:t>
      </w:r>
    </w:p>
    <w:p>
      <w:r>
        <w:br/>
        <w:t>— От жаль! — сказала Ніна.</w:t>
      </w:r>
    </w:p>
    <w:p>
      <w:r>
        <w:br/>
        <w:t>— Жаль! — зітхнув я.</w:t>
      </w:r>
    </w:p>
    <w:p>
      <w:r>
        <w:br/>
        <w:t>Не змовляючись, ми встали й пішли за павутиною. Вона летіла в повітрі,</w:t>
      </w:r>
    </w:p>
    <w:p>
      <w:r>
        <w:br/>
        <w:t>звивалась, як струна; вона була жива й весела і кудись мандрувала у степ, і ми</w:t>
      </w:r>
    </w:p>
    <w:p>
      <w:r>
        <w:br/>
        <w:t>поспішали за нею.</w:t>
      </w:r>
    </w:p>
    <w:p>
      <w:r>
        <w:br/>
        <w:t>— Бач, вона обминає бур'ян.</w:t>
      </w:r>
    </w:p>
    <w:p>
      <w:r>
        <w:br/>
        <w:t>— Бач, тікає од ластівки.</w:t>
      </w:r>
    </w:p>
    <w:p>
      <w:r>
        <w:br/>
        <w:t>— Бач, повертає на дорогу.</w:t>
      </w:r>
    </w:p>
    <w:p>
      <w:r>
        <w:br/>
        <w:t>І ми повернули за павутиною, видерлись на стару шосейку і далі збиралися йти,</w:t>
      </w:r>
    </w:p>
    <w:p>
      <w:r>
        <w:br/>
        <w:t>якщо треба, то і в білий город, де білі будинки, білі кіоски, біле реміння в</w:t>
      </w:r>
    </w:p>
    <w:p>
      <w:r>
        <w:br/>
        <w:t>міліціонерів. І ми пішли б у той город, але вітер гойднув павутинку, погнав її в</w:t>
      </w:r>
    </w:p>
    <w:p>
      <w:r>
        <w:br/>
        <w:t>небо, вище телеграфних дротів, вище ластівок, аж туди — до пухких ватяних хмар.</w:t>
      </w:r>
    </w:p>
    <w:p>
      <w:r>
        <w:br/>
        <w:t>Зникла павутинка, розтанула.</w:t>
      </w:r>
    </w:p>
    <w:p>
      <w:r>
        <w:br/>
        <w:t>А на землі зостались стовпи з білими чашками, і між ними були туго натягнуті</w:t>
      </w:r>
    </w:p>
    <w:p>
      <w:r>
        <w:br/>
        <w:t>дроти, які теж. очевидно, бриніли. Я приклав вухо до чорного стовпа.</w:t>
      </w:r>
    </w:p>
    <w:p>
      <w:r>
        <w:br/>
        <w:t>"Гуд-гуд-гуд", — загудів, задрижав роздратований стовп; натужне гудіння його</w:t>
      </w:r>
    </w:p>
    <w:p>
      <w:r>
        <w:br/>
        <w:t>йшло із землі, бігло по дереву, неслось кудись по дротах.</w:t>
      </w:r>
    </w:p>
    <w:p>
      <w:r>
        <w:br/>
        <w:t>— Ей, — сказав я до стовпів, — про що ви там гуд-гуд-гудите?</w:t>
      </w:r>
    </w:p>
    <w:p>
      <w:r>
        <w:br/>
        <w:t>— Го-ду-ду, — сказав стовп.</w:t>
      </w:r>
    </w:p>
    <w:p>
      <w:r>
        <w:br/>
        <w:t>— Про що, про що?</w:t>
      </w:r>
    </w:p>
    <w:p>
      <w:r>
        <w:br/>
        <w:t>— Ду-ду-ду, — сказав стовп.</w:t>
      </w:r>
    </w:p>
    <w:p>
      <w:r>
        <w:br/>
        <w:t>— Ет! — махнув я рукою. — 3 вами, стовпами, побалакаєш. "Бу-бу-бу, ду-ду-ду", —</w:t>
      </w:r>
    </w:p>
    <w:p>
      <w:r>
        <w:br/>
        <w:t>і більше нічого... Гайда, Ніно, додому, бо й так далеко забрались.</w:t>
      </w:r>
    </w:p>
    <w:p>
      <w:r>
        <w:br/>
        <w:t>А й справді далеко, я тільки зараз угледів. Ми на самій горі, кругом небо, а там</w:t>
      </w:r>
    </w:p>
    <w:p>
      <w:r>
        <w:br/>
        <w:t>унизу-унизу маленька хата, така маленька й біла, як грибок; і не видно ні вікон,</w:t>
      </w:r>
    </w:p>
    <w:p>
      <w:r>
        <w:br/>
        <w:t>ні дверей, лише темні крапочки — крап, крап, крап. І стоїть у дворі знак оклику</w:t>
      </w:r>
    </w:p>
    <w:p>
      <w:r>
        <w:br/>
        <w:t>(такий!), і махає мені комариною лапкою. Фюуу!.. Мабуть, Льоньку згадали і</w:t>
      </w:r>
    </w:p>
    <w:p>
      <w:r>
        <w:br/>
        <w:t>кличуть його, а Льонька за вітром повіявся.</w:t>
      </w:r>
    </w:p>
    <w:p>
      <w:r>
        <w:br/>
        <w:t>— Ніно, побігли!</w:t>
      </w:r>
    </w:p>
    <w:p>
      <w:r>
        <w:br/>
        <w:t>— Побігли.</w:t>
      </w:r>
    </w:p>
    <w:p>
      <w:r>
        <w:br/>
        <w:t>— Давай, хто швидше!</w:t>
      </w:r>
    </w:p>
    <w:p>
      <w:r>
        <w:br/>
        <w:t>— Давай.</w:t>
      </w:r>
    </w:p>
    <w:p>
      <w:r>
        <w:br/>
        <w:t>Летиш з гори, і тобі здається, що ти на Бакуні, верхи шугаєш через кущі, через</w:t>
      </w:r>
    </w:p>
    <w:p>
      <w:r>
        <w:br/>
        <w:t>канави; зелені копиці верб несуться тобі назустріч, і студить лице річкова</w:t>
      </w:r>
    </w:p>
    <w:p>
      <w:r>
        <w:br/>
        <w:t>прохолода.</w:t>
      </w:r>
    </w:p>
    <w:p>
      <w:r>
        <w:br/>
        <w:t>Хух, от уже й брід!</w:t>
      </w:r>
    </w:p>
    <w:p>
      <w:r>
        <w:br/>
        <w:t>— Ніно, ти завтра приїдеш?</w:t>
      </w:r>
    </w:p>
    <w:p>
      <w:r>
        <w:br/>
        <w:t>— Не знаю.</w:t>
      </w:r>
    </w:p>
    <w:p>
      <w:r>
        <w:br/>
        <w:t>— Приїжджай. Бо я тут, бачиш, один.</w:t>
      </w:r>
    </w:p>
    <w:p>
      <w:r>
        <w:br/>
        <w:t>— Добре. Якщо в Адама нічого не трапиться — приїду.</w:t>
      </w:r>
    </w:p>
    <w:p>
      <w:r>
        <w:br/>
        <w:t>— Ну бувай. Ніно.</w:t>
      </w:r>
    </w:p>
    <w:p>
      <w:r>
        <w:br/>
        <w:t>— Бувай.</w:t>
      </w:r>
    </w:p>
    <w:p>
      <w:r>
        <w:br/>
        <w:t>— ...Льонь, а з ким це ти балакаєш?</w:t>
      </w:r>
    </w:p>
    <w:p>
      <w:r>
        <w:br/>
        <w:t>Ледь-ледь піднімаю важку од сонця голову. На грудях, на ліктях у мене синя,</w:t>
      </w:r>
    </w:p>
    <w:p>
      <w:r>
        <w:br/>
        <w:t>подавлена шкіра — видно, що довго лежав на шорсткому камені. Кожний бугрик і ямка відбилися на тілі. Від сонця, від лежання в очах мені темно, і я зразу не второпав, хто це і про що питає. А-а, мама прийшла. Стоїть з відром, з оберемком білизни. Буде полоскать на проточній воді.</w:t>
      </w:r>
    </w:p>
    <w:p>
      <w:r>
        <w:br/>
        <w:t>— Так з ким ти, Льоню, говориш? — перепитує мати.</w:t>
      </w:r>
    </w:p>
    <w:p>
      <w:r>
        <w:br/>
        <w:t>— Ні з ким. Лежу та й усе. А з ким говорити, як на нашому кутку хлопців не вродило?</w:t>
      </w:r>
    </w:p>
    <w:p>
      <w:r>
        <w:br/>
        <w:t>— Бідна дитина, — з гіркотою мовила мати. — Цілий день лежить, печеться на каменюці, нема з ким і погратись. Так, не дай боже, відлюдьком ще виросте.</w:t>
      </w:r>
    </w:p>
    <w:p>
      <w:r>
        <w:br/>
        <w:t>Мам, не журіться, не треба.</w:t>
      </w:r>
    </w:p>
    <w:p>
      <w:r>
        <w:br/>
        <w:t>Хоч і лежав я тут сам з собою, а вже побував у білій печері, ловив павука, блукав по степу, одне слово — набігався, набалакався вволю.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павутинкою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