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лісом, де підлий ворог</w:t>
      </w:r>
    </w:p>
    <w:p>
      <w:r>
        <w:br/>
        <w:t xml:space="preserve"> &lt;blockquote class="cita" style='text-align:left'&gt;&lt;p&gt;Переклад Пафнутія Голопупенка (Владислава Слободяна)</w:t>
      </w:r>
    </w:p>
    <w:p>
      <w:r>
        <w:br/>
      </w:r>
    </w:p>
    <w:p>
      <w:r>
        <w:br/>
        <w:t>Вогнемет ревонув і виплюнув капсулу. Простеживши поглядом димний слід, що зникав за лісом, Стрілець підхопив зброю і відбіг убік. Він знав, що підлий ворог не стане довго чекати. І точно. На те місце, де він щойно стояв, із вереском хлюпнувся вогняний струмінь. Удар у відповідь, як завжди, був з тієї ж самої зброї і дуже точній. Якщо б Стрілець біг трохи повільніше, вже коцюрбився б в агонії, намагаючись струсити з себе запалювальну суміш. Як це трапилося позавчора з Артистом… Стрілець поквапливо відігнав від себе жахливі спогади.</w:t>
      </w:r>
    </w:p>
    <w:p>
      <w:r>
        <w:br/>
        <w:t>Він вже добіг до передньої траншеї. Полковник схвально глянув на нього:</w:t>
      </w:r>
    </w:p>
    <w:p>
      <w:r>
        <w:br/>
        <w:t>— Молодець, Стрілець. Добре ти їм вдарив! Підлий ворог буде переможений!</w:t>
      </w:r>
    </w:p>
    <w:p>
      <w:r>
        <w:br/>
        <w:t>До вечора Стрілець виконав ще два удари. І ще двічі підлий ворог бив по тому ж самому місцю, де він щойно стояв. Ввечері полковник наказав почати загальній обстріл. Стрілець вважав цю ідею дурною, але заперечувати не зважився, відклав улюблений вогнемет і почав налагоджувати випромінювач.</w:t>
      </w:r>
    </w:p>
    <w:p>
      <w:r>
        <w:br/>
        <w:t>Ліс стогнав. Потоки вогню проштрикували його наскрізь. Удар — і відразу ж відповідь. Піджарені і паралізовані птахи купами валилися на обпалену землю. Лазерні промені, мов шпаги, перехрещувались над лісом.</w:t>
      </w:r>
    </w:p>
    <w:p>
      <w:r>
        <w:br/>
        <w:t>Через півгодини бій припинився. Усі зібралися біля штабного бліндажа. Втрат не було, лише Сержанта легко поранили лазернім променем у плече. Однак він тримався міцно, навіть не випустив з рук свій незмінний імпульсний бластер. І тут вони побачили чоловіка. Той повільно вийшов з лісу, несучи на руках щось або когось.</w:t>
      </w:r>
    </w:p>
    <w:p>
      <w:r>
        <w:br/>
        <w:t>— Підлий ворог, — прошепотів Полковник, розстьобуючи кобуру.</w:t>
      </w:r>
    </w:p>
    <w:p>
      <w:r>
        <w:br/>
        <w:t>— Може, перебіжчик? — запитав Капрал, тримаючи незнайомця в прицілі паралізатора.</w:t>
      </w:r>
    </w:p>
    <w:p>
      <w:r>
        <w:br/>
        <w:t>— Не схожий він на ворога. Такий самий, як ми, — упевнено сказав Стрілець і раптом подумав: а на кого він схожий, підлий ворог? Чомусь раніше він ніколи не думав про це.</w:t>
      </w:r>
    </w:p>
    <w:p>
      <w:r>
        <w:br/>
        <w:t>Незнайомець повільно спустився у траншею, нібито не помічаючи націленої на нього зброї. Обережно поклав свою ношу: це був світловолосий хлопчик років тринадцяти. Спитав:</w:t>
      </w:r>
    </w:p>
    <w:p>
      <w:r>
        <w:br/>
        <w:t>— Серед вас є лікар? Я не знаю, чим його зачепило.</w:t>
      </w:r>
    </w:p>
    <w:p>
      <w:r>
        <w:br/>
        <w:t>Доктор відклав автомат і уважно оглянув хлопчика. Посміхнувся і сказав:</w:t>
      </w:r>
    </w:p>
    <w:p>
      <w:r>
        <w:br/>
        <w:t>— Нічого страшного. Паралізуючий промінь. Години через дві прийде до тями.</w:t>
      </w:r>
    </w:p>
    <w:p>
      <w:r>
        <w:br/>
        <w:t>— Підлий ворог! — вилаявся Полковник, дивлячись на нерухоме тіло хлопчика. Стрілець згадав, що у Полковника залишилася у Місті дружина і четверо дітей.</w:t>
      </w:r>
    </w:p>
    <w:p>
      <w:r>
        <w:br/>
        <w:t>— Ворог тут ні до чого, — сказав чоловік. — Його зачепило з вашого боку.</w:t>
      </w:r>
    </w:p>
    <w:p>
      <w:r>
        <w:br/>
        <w:t>Всі разом глянули на Капрала. Той розгублено крутив у руках конус паралізатора.</w:t>
      </w:r>
    </w:p>
    <w:p>
      <w:r>
        <w:br/>
        <w:t>— Нічого. Адже все вже позаду. — Незнайомець обвів усіх спокійнім поглядом. — Мене звуть Мандрівник. Я прийшов здалека і, якщо ви не заперечуєте, завтра піду.</w:t>
      </w:r>
    </w:p>
    <w:p>
      <w:r>
        <w:br/>
        <w:t>— Це ваш син? — запитав Доктор.</w:t>
      </w:r>
    </w:p>
    <w:p>
      <w:r>
        <w:br/>
        <w:t>Мандрівник кивнув:</w:t>
      </w:r>
    </w:p>
    <w:p>
      <w:r>
        <w:br/>
        <w:t>— Так.</w:t>
      </w:r>
    </w:p>
    <w:p>
      <w:r>
        <w:br/>
        <w:t>Уже був ранок, але ніхто не спав. Спочатку слухали історії Мандрівника. А потім співали. Пошарпану гітару брав у руки то цей, то інший. Врешті Співак зривистим від хвилювання голосом заспівав улюблену пісню:</w:t>
      </w:r>
    </w:p>
    <w:p>
      <w:r>
        <w:br/>
        <w:t>Спіть ви спокійно, кохані</w:t>
      </w:r>
    </w:p>
    <w:p>
      <w:r>
        <w:br/>
        <w:t>Десь вдалині у ріки…</w:t>
      </w:r>
    </w:p>
    <w:p>
      <w:r>
        <w:br/>
        <w:t>І всі підхопили:</w:t>
      </w:r>
    </w:p>
    <w:p>
      <w:r>
        <w:br/>
        <w:t>Під чорним небом в тумані</w:t>
      </w:r>
    </w:p>
    <w:p>
      <w:r>
        <w:br/>
        <w:t>На смерть стоять полки</w:t>
      </w:r>
    </w:p>
    <w:p>
      <w:r>
        <w:br/>
        <w:t>Мандрівник уважно слухав. Йому, здається, також сподобалося. Потім встав:</w:t>
      </w:r>
    </w:p>
    <w:p>
      <w:r>
        <w:br/>
        <w:t>— Дякую за все. Нам час іти. Збирайся, Тіме.</w:t>
      </w:r>
    </w:p>
    <w:p>
      <w:r>
        <w:br/>
        <w:t>Усі попрощалися з ними за руку, а потім дивились, як вони ідуть у далечінь, в напрямку Міста, підступі до якого вже багато років прикривав загін.</w:t>
      </w:r>
    </w:p>
    <w:p>
      <w:r>
        <w:br/>
        <w:t>Стрілець раптом підхопився і побіг за Мандрівником. Наздогнав і швидко запитав:</w:t>
      </w:r>
    </w:p>
    <w:p>
      <w:r>
        <w:br/>
        <w:t>— Ви прийшли з-за лісу? Скажіть, який він, підлий ворог? Я тут вже три роки, але вони жодного разу не показались відкрито, боягузи!</w:t>
      </w:r>
    </w:p>
    <w:p>
      <w:r>
        <w:br/>
        <w:t>Мандрівник мовчав і дивився на нього. Але хлопчик заговорив:</w:t>
      </w:r>
    </w:p>
    <w:p>
      <w:r>
        <w:br/>
        <w:t>— Там річка.</w:t>
      </w:r>
    </w:p>
    <w:p>
      <w:r>
        <w:br/>
        <w:t>— Знаємо! Але вороги — де вони є? — запитав Стрілець.</w:t>
      </w:r>
    </w:p>
    <w:p>
      <w:r>
        <w:br/>
        <w:t>Хлопчик дивився на нього, і в його погляді було щось незрозуміле.</w:t>
      </w:r>
    </w:p>
    <w:p>
      <w:r>
        <w:br/>
        <w:t>— Там старі склади, удовж всього берега. І вони накриті захисним полем. Я кинув в один склад камінчик, і його відкинуло назад, прямо мені в руку…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лісом, де підлий ворог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