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димом за струпом невидимі інші стихії...</w:t>
      </w:r>
    </w:p>
    <w:p>
      <w:r>
        <w:br/>
        <w:t xml:space="preserve"> за димом за струпом невидимі інші стихії</w:t>
      </w:r>
    </w:p>
    <w:p>
      <w:r>
        <w:br/>
        <w:t>хорує над хором розгорнута кара нудьги</w:t>
      </w:r>
    </w:p>
    <w:p>
      <w:r>
        <w:br/>
        <w:t>учора сказали вертайте голоблі на київ</w:t>
      </w:r>
    </w:p>
    <w:p>
      <w:r>
        <w:br/>
        <w:t>сьогодні мовчали у степ розгортайте сніги</w:t>
      </w:r>
    </w:p>
    <w:p>
      <w:r>
        <w:br/>
        <w:t>&lt;br /&gt;</w:t>
        <w:br/>
        <w:t>і дні непокірні як прісні водойми довкола</w:t>
      </w:r>
    </w:p>
    <w:p>
      <w:r>
        <w:br/>
        <w:t>понуро і довго блукають лякають бредуть</w:t>
      </w:r>
    </w:p>
    <w:p>
      <w:r>
        <w:br/>
        <w:t>вдягати попруги заучено мимрити ролі</w:t>
      </w:r>
    </w:p>
    <w:p>
      <w:r>
        <w:br/>
        <w:t>і коней пускати в заплаву коли проростуть</w:t>
      </w:r>
    </w:p>
    <w:p>
      <w:r>
        <w:br/>
        <w:t>&lt;br /&gt;</w:t>
        <w:br/>
        <w:t>безбожної тварі надихано в пору блавату</w:t>
      </w:r>
    </w:p>
    <w:p>
      <w:r>
        <w:br/>
        <w:t>я знаю я витерплю я заверстаю шляхи</w:t>
      </w:r>
    </w:p>
    <w:p>
      <w:r>
        <w:br/>
        <w:t>бо дим над карпатами вищий від слова карпати</w:t>
      </w:r>
    </w:p>
    <w:p>
      <w:r>
        <w:br/>
        <w:t>але розкопати цю карму оскалом яким</w:t>
      </w:r>
    </w:p>
    <w:p>
      <w:r>
        <w:br/>
        <w:t>&lt;br /&gt;</w:t>
        <w:br/>
        <w:t>подужати місяць чи рік чи життя чи стихію</w:t>
      </w:r>
    </w:p>
    <w:p>
      <w:r>
        <w:br/>
        <w:t>знеславити землю яка не над нами зійшла</w:t>
      </w:r>
    </w:p>
    <w:p>
      <w:r>
        <w:br/>
        <w:t>учора сказали вертайте голоблі на київ</w:t>
      </w:r>
    </w:p>
    <w:p>
      <w:r>
        <w:br/>
        <w:t>сьогодні мовчать бо до рота налізла зола</w:t>
      </w:r>
    </w:p>
    <w:p>
      <w:r>
        <w:br/>
        <w:t>&lt;br /&gt;</w:t>
        <w:br/>
        <w:t>і прісно як присмак і просто як небо в коралях</w:t>
      </w:r>
    </w:p>
    <w:p>
      <w:r>
        <w:br/>
        <w:t>на довгому шклі заметілей на хвищі думок</w:t>
      </w:r>
    </w:p>
    <w:p>
      <w:r>
        <w:br/>
        <w:t>забрали зотліли зомліли згоріли</w:t>
      </w:r>
    </w:p>
    <w:p>
      <w:r>
        <w:br/>
        <w:t>заграли</w:t>
      </w:r>
    </w:p>
    <w:p>
      <w:r>
        <w:br/>
        <w:t>і мозок і мова і вічність і карма і рок</w:t>
      </w:r>
    </w:p>
    <w:p>
      <w:r>
        <w:br/>
        <w:t>&lt;br /&gt;</w:t>
        <w:br/>
        <w:t>і стомлено ніби на прощу вальдшнепи над містом</w:t>
      </w:r>
    </w:p>
    <w:p>
      <w:r>
        <w:br/>
        <w:t>і крила гудуть як наструєні нерви гудуть</w:t>
      </w:r>
    </w:p>
    <w:p>
      <w:r>
        <w:br/>
        <w:t>над києвом гори їх суджено нам заповісти</w:t>
      </w:r>
    </w:p>
    <w:p>
      <w:r>
        <w:br/>
        <w:t>вертаймо голоблі панове у небо у путь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димом за струпом невидимі інші стихії...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