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вершин і низин</w:t>
      </w:r>
    </w:p>
    <w:p>
      <w:r>
        <w:br/>
        <w:t xml:space="preserve"> ЗМІСТ</w:t>
      </w:r>
    </w:p>
    <w:p>
      <w:r>
        <w:br/>
        <w:t>PROFUNDIS</w:t>
      </w:r>
    </w:p>
    <w:p>
      <w:r>
        <w:br/>
        <w:t>Гімн&lt;br /&gt;</w:t>
        <w:br/>
        <w:t>Веснянки&lt;br /&gt;</w:t>
        <w:br/>
        <w:t>"Гримить! Благодатна пора наступає..."&lt;br /&gt;</w:t>
        <w:br/>
        <w:t>"Гріє сонечко!.."&lt;br /&gt;</w:t>
        <w:br/>
        <w:t>"Земле, моя всеплодющая мати..."&lt;br /&gt;</w:t>
        <w:br/>
        <w:t>"Розвивайся, лозо, борзо..."&lt;br /&gt;</w:t>
        <w:br/>
        <w:t>"Не забудь, не забудь..."&lt;br /&gt;</w:t>
        <w:br/>
        <w:t>"Ще щебече у садочку соловій..."&lt;br /&gt;</w:t>
        <w:br/>
        <w:t>"Весно, ох, довго ж на тебе чекати!.."&lt;br /&gt;</w:t>
        <w:br/>
        <w:t>"Ой, що то в полі за димове?.."&lt;br /&gt;</w:t>
        <w:br/>
        <w:t>"Веснянії пісні..."&lt;br /&gt;</w:t>
        <w:br/>
        <w:t>Vivere memento!&lt;br /&gt;</w:t>
        <w:br/>
        <w:t>Осінні думи&lt;br /&gt;</w:t>
        <w:br/>
        <w:t>Журавлі&lt;br /&gt;</w:t>
        <w:br/>
        <w:t>"Паде додолу листя з деревини..."&lt;br /&gt;</w:t>
        <w:br/>
        <w:t>Скорбні пісні&lt;br /&gt;</w:t>
        <w:br/>
        <w:t>"Не винен я тому, що сумно співаю..."&lt;br /&gt;</w:t>
        <w:br/>
        <w:t>"Бувають хвилі — серце мліє..."&lt;br /&gt;</w:t>
        <w:br/>
        <w:t>"До моря сліз, під тиском пересудів..."&lt;br /&gt;</w:t>
        <w:br/>
        <w:t>"Нехай і так, що згину я..."&lt;br /&gt;</w:t>
        <w:br/>
        <w:t>"Тяжко-важко вік свій коротати..."&lt;br /&gt;</w:t>
        <w:br/>
        <w:t>"Мій раю зелений..."&lt;br /&gt;</w:t>
        <w:br/>
        <w:t>Нічні думи&lt;br /&gt;</w:t>
        <w:br/>
        <w:t>"Ночі безмірнії, ночі безсоннії..."&lt;br /&gt;</w:t>
        <w:br/>
        <w:t>"Догорають поліна в печі..."&lt;br /&gt;</w:t>
        <w:br/>
        <w:t>"Не покидай мене, пекучий болю..."&lt;br /&gt;</w:t>
        <w:br/>
        <w:t>"Місяцю-князю!.."&lt;br /&gt;</w:t>
        <w:br/>
        <w:t>Думи пролетарія&lt;br /&gt;</w:t>
        <w:br/>
        <w:t>На суді&lt;br /&gt;</w:t>
        <w:br/>
        <w:t>Semper idemi&lt;br /&gt;</w:t>
        <w:br/>
        <w:t>Ідеалісти&lt;br /&gt;</w:t>
        <w:br/>
        <w:t>"Всюди нівечиться правда..."&lt;br /&gt;</w:t>
        <w:br/>
        <w:t>Супокій&lt;br /&gt;</w:t>
        <w:br/>
        <w:t>Товаришам&lt;br /&gt;</w:t>
        <w:br/>
        <w:t>"Не люди наші вороги..."&lt;br /&gt;</w:t>
        <w:br/>
        <w:t>Excelsior!&lt;br /&gt;</w:t>
        <w:br/>
        <w:t>Беркут&lt;br /&gt;</w:t>
        <w:br/>
        <w:t>Човен&lt;br /&gt;</w:t>
        <w:br/>
        <w:t>Каменярі&lt;br /&gt;</w:t>
        <w:br/>
        <w:t>Ідилія</w:t>
      </w:r>
    </w:p>
    <w:p>
      <w:r>
        <w:br/>
        <w:t>ПРОФІЛІ І МАСКИ</w:t>
      </w:r>
    </w:p>
    <w:p>
      <w:r>
        <w:br/>
        <w:t>Поезія&lt;br /&gt;</w:t>
        <w:br/>
        <w:t>Поет&lt;br /&gt;</w:t>
        <w:br/>
        <w:t>Пісня і праця&lt;br /&gt;</w:t>
        <w:br/>
        <w:t>Чим пісня жива?&lt;br /&gt;</w:t>
        <w:br/>
        <w:t>Співакові&lt;br /&gt;</w:t>
        <w:br/>
        <w:t>Рідне село&lt;br /&gt;</w:t>
        <w:br/>
        <w:t>Україна&lt;br /&gt;</w:t>
        <w:br/>
        <w:t>Моя любов&lt;br /&gt;</w:t>
        <w:br/>
        <w:t>Картка любові&lt;br /&gt;</w:t>
        <w:br/>
        <w:t>"Плив гордо яструб в лазуровім морі..."&lt;br /&gt;</w:t>
        <w:br/>
        <w:t>Тріолет ("І ти лукавила зо мною!..")&lt;br /&gt;</w:t>
        <w:br/>
        <w:t>"Я не лукавила з тобою..."&lt;br /&gt;</w:t>
        <w:br/>
        <w:t>"Я буду жити, бо я хочу жити!.."&lt;br /&gt;</w:t>
        <w:br/>
        <w:t>Знайомим і незнайомим&lt;br /&gt;</w:t>
        <w:br/>
        <w:t>Корженкові&lt;br /&gt;</w:t>
        <w:br/>
        <w:t>N.N. ("Виступаєш ти чемно, порядно...")&lt;br /&gt;</w:t>
        <w:br/>
        <w:t>N.N. ("Будь здорова, моя мила...")&lt;br /&gt;</w:t>
        <w:br/>
        <w:t>Олі&lt;br /&gt;</w:t>
        <w:br/>
        <w:t>Гриць Турчин&lt;br /&gt;</w:t>
        <w:br/>
        <w:t>Оси&lt;br /&gt;</w:t>
        <w:br/>
        <w:t>"Був у нас мужик колись..."&lt;br /&gt;</w:t>
        <w:br/>
        <w:t>"Послухай, сину, що премудрість каже..."&lt;br /&gt;</w:t>
        <w:br/>
        <w:t>"Хлібороб"&lt;br /&gt;</w:t>
        <w:br/>
        <w:t>"Ужас на Русі"</w:t>
      </w:r>
    </w:p>
    <w:p>
      <w:r>
        <w:br/>
        <w:t>СОНЕТИ</w:t>
      </w:r>
    </w:p>
    <w:p>
      <w:r>
        <w:br/>
        <w:t>Вольні сонети&lt;br /&gt;</w:t>
        <w:br/>
        <w:t>"Сонети — се раби. У форми пута..."&lt;br /&gt;</w:t>
        <w:br/>
        <w:t>"Чого ти, хлопе, вбравсь у стрій лицарський..."&lt;br /&gt;</w:t>
        <w:br/>
        <w:t>Котляревський&lt;br /&gt;</w:t>
        <w:br/>
        <w:t>"Вам страшно тої огняної хвилі..."&lt;br /&gt;</w:t>
        <w:br/>
        <w:t>"Як те залізо з силою дивною..."&lt;br /&gt;</w:t>
        <w:br/>
        <w:t>Сікстинська мадонна&lt;br /&gt;</w:t>
        <w:br/>
        <w:t>Пісня будущини&lt;br /&gt;</w:t>
        <w:br/>
        <w:t>"Колись в сонетах Данте і Петрарка..."&lt;br /&gt;</w:t>
        <w:br/>
        <w:t>Тюремні сонети&lt;br /&gt;</w:t>
        <w:br/>
        <w:t>"Се дім плачу, і смутку, і зітхання..."&lt;br /&gt;</w:t>
        <w:br/>
        <w:t>"Сижду в тюрмі, мов в засідці стрілець..."&lt;br /&gt;</w:t>
        <w:br/>
        <w:t>"Колись в однім шановнім руськім домі..."&lt;br /&gt;</w:t>
        <w:br/>
        <w:t>"У сні мені явились дві богині..."&lt;br /&gt;</w:t>
        <w:br/>
        <w:t>"Сидів пустинник біля свого скиту..."&lt;br /&gt;</w:t>
        <w:br/>
        <w:t>"Багно гнилеє між країв Європи..."&lt;br /&gt;</w:t>
        <w:br/>
        <w:t>"Тюрмо народів, обручем сталеним..."</w:t>
      </w:r>
    </w:p>
    <w:p>
      <w:r>
        <w:br/>
        <w:t>ГАЛИЦЬКІ ОБРАЗКИ</w:t>
      </w:r>
    </w:p>
    <w:p>
      <w:r>
        <w:br/>
        <w:t>В шинку&lt;br /&gt;</w:t>
        <w:br/>
        <w:t>Максим Цюник&lt;br /&gt;</w:t>
        <w:br/>
        <w:t>Галаган&lt;br /&gt;</w:t>
        <w:br/>
        <w:t>Гадки на межі</w:t>
      </w:r>
    </w:p>
    <w:p>
      <w:r>
        <w:br/>
        <w:t>PROFUNDIS</w:t>
      </w:r>
    </w:p>
    <w:p>
      <w:r>
        <w:br/>
        <w:t>ГІМН</w:t>
      </w:r>
    </w:p>
    <w:p>
      <w:r>
        <w:br/>
        <w:t>Замість пролога&lt;br /&gt;</w:t>
        <w:br/>
        <w:t>Вічний революцйонер —&lt;br /&gt;</w:t>
        <w:br/>
        <w:t>Дух, що тіло рве до бою,&lt;br /&gt;</w:t>
        <w:br/>
        <w:t>Рве за поступ, щастя й волю, —&lt;br /&gt;</w:t>
        <w:br/>
        <w:t>Він живе, він ще не вмер.&lt;br /&gt;</w:t>
        <w:br/>
        <w:t>Ні попівськiї тортури,&lt;br /&gt;</w:t>
        <w:br/>
        <w:t>Ні тюремні царські мури,&lt;br /&gt;</w:t>
        <w:br/>
        <w:t>Ані війська муштровані,&lt;br /&gt;</w:t>
        <w:br/>
        <w:t>Ні гармати лаштовані,&lt;br /&gt;</w:t>
        <w:br/>
        <w:t>Ні шпіонське ремесло&lt;br /&gt;</w:t>
        <w:br/>
        <w:t>В гріб його ще не звело.</w:t>
      </w:r>
    </w:p>
    <w:p>
      <w:r>
        <w:br/>
        <w:t>Він не вмер, він ще живе!&lt;br /&gt;</w:t>
        <w:br/>
        <w:t>Хоч від тисяч літ родився,&lt;br /&gt;</w:t>
        <w:br/>
        <w:t>Та аж вчора розповився&lt;br /&gt;</w:t>
        <w:br/>
        <w:t>І о власній силі йде.&lt;br /&gt;</w:t>
        <w:br/>
        <w:t>І простується, міцніє,&lt;br /&gt;</w:t>
        <w:br/>
        <w:t>І спішить туди, де дніє;&lt;br /&gt;</w:t>
        <w:br/>
        <w:t>Словом сильним, мов трубою,&lt;br /&gt;</w:t>
        <w:br/>
        <w:t>Міліони зве з собою, —&lt;br /&gt;</w:t>
        <w:br/>
        <w:t>Міліони радо йдуть,&lt;br /&gt;</w:t>
        <w:br/>
        <w:t>Бо се голос духа чуть.</w:t>
      </w:r>
    </w:p>
    <w:p>
      <w:r>
        <w:br/>
        <w:t>Голос духа чути скрізь:&lt;br /&gt;</w:t>
        <w:br/>
        <w:t>По курних хатах мужицьких,&lt;br /&gt;</w:t>
        <w:br/>
        <w:t>По верстатах ремісницьких,&lt;br /&gt;</w:t>
        <w:br/>
        <w:t>По місцях недолі й сліз.&lt;br /&gt;</w:t>
        <w:br/>
        <w:t>І де тільки він роздасться,&lt;br /&gt;</w:t>
        <w:br/>
        <w:t>Щезнуть сльози, сум нещастя,&lt;br /&gt;</w:t>
        <w:br/>
        <w:t>Сила родиться й завзяття&lt;br /&gt;</w:t>
        <w:br/>
        <w:t>Не ридать, а добувати,&lt;br /&gt;</w:t>
        <w:br/>
        <w:t>Хоч синам, як не собі,&lt;br /&gt;</w:t>
        <w:br/>
        <w:t>Кращу долю в боротьбі.</w:t>
      </w:r>
    </w:p>
    <w:p>
      <w:r>
        <w:br/>
        <w:t>Вічний революцйонер —&lt;br /&gt;</w:t>
        <w:br/>
        <w:t>Дух, наука, думка, воля —&lt;br /&gt;</w:t>
        <w:br/>
        <w:t>Не уступить пітьмі поля,&lt;br /&gt;</w:t>
        <w:br/>
        <w:t>Не дасть спутатись тепер.&lt;br /&gt;</w:t>
        <w:br/>
        <w:t>Розвалилась зла руїна,&lt;br /&gt;</w:t>
        <w:br/>
        <w:t>Покотилася лавина,&lt;br /&gt;</w:t>
        <w:br/>
        <w:t>І де в світі тая сила,&lt;br /&gt;</w:t>
        <w:br/>
        <w:t>Щоб в бігу її спинила,&lt;br /&gt;</w:t>
        <w:br/>
        <w:t>Щоб згасила, мов огень,&lt;br /&gt;</w:t>
        <w:br/>
        <w:t>Розвидняющийся день?&lt;br /&gt;</w:t>
        <w:br/>
        <w:t>[1880]</w:t>
      </w:r>
    </w:p>
    <w:p>
      <w:r>
        <w:br/>
        <w:t>ВЕСНЯНКИ</w:t>
      </w:r>
    </w:p>
    <w:p>
      <w:r>
        <w:br/>
        <w:t>ГРИМИТЬ! БЛАГОДАТНА ПОРА НАСТУПАЄ...</w:t>
      </w:r>
    </w:p>
    <w:p>
      <w:r>
        <w:br/>
        <w:t>Гримить! Благодатна пора наступає,&lt;br /&gt;</w:t>
        <w:br/>
        <w:t>Природу розкішная дрож пронимає,&lt;br /&gt;</w:t>
        <w:br/>
        <w:t>Жде спрагла земля плодотворної зливи,&lt;br /&gt;</w:t>
        <w:br/>
        <w:t>І вітер над нею гуляє бурхливий,&lt;br /&gt;</w:t>
        <w:br/>
        <w:t>І з заходу темная хмара летить —&lt;br /&gt;</w:t>
        <w:br/>
        <w:t>Гримить!</w:t>
      </w:r>
    </w:p>
    <w:p>
      <w:r>
        <w:br/>
        <w:t>Гримить! Тайна дрож пронимає народи, —&lt;br /&gt;</w:t>
        <w:br/>
        <w:t>Мабуть, благодатная хвиля надходить…&lt;br /&gt;</w:t>
        <w:br/>
        <w:t>Мільйони чекають щасливої зміни,&lt;br /&gt;</w:t>
        <w:br/>
        <w:t>Ті хмари — плідної будущини тіни,&lt;br /&gt;</w:t>
        <w:br/>
        <w:t>Що людськість, мов красна весна, обновить…&lt;br /&gt;</w:t>
        <w:br/>
        <w:t>Гримить!&lt;br /&gt;</w:t>
        <w:br/>
        <w:t>[1880]</w:t>
      </w:r>
    </w:p>
    <w:p>
      <w:r>
        <w:br/>
        <w:t>ГРІЄ СОНЕЧКО!...</w:t>
      </w:r>
    </w:p>
    <w:p>
      <w:r>
        <w:br/>
        <w:t>Гріє сонечко!&lt;br /&gt;</w:t>
        <w:br/>
        <w:t>Усміхається небо яснеє,&lt;br /&gt;</w:t>
        <w:br/>
        <w:t>Дзвонить пісеньку жайвороночок,&lt;br /&gt;</w:t>
        <w:br/>
        <w:t>Затонувши десь в бездні-глубіні&lt;br /&gt;</w:t>
        <w:br/>
        <w:t>Кришталевого океану…</w:t>
      </w:r>
    </w:p>
    <w:p>
      <w:r>
        <w:br/>
        <w:t>Встань,&lt;br /&gt;</w:t>
        <w:br/>
        <w:t>Встань, орачу! Вже прогули вітри,&lt;br /&gt;</w:t>
        <w:br/>
        <w:t>Проскрипів мороз, вже пройшла зима!&lt;br /&gt;</w:t>
        <w:br/>
        <w:t>Любо дихає воздух леготом;&lt;br /&gt;</w:t>
        <w:br/>
        <w:t>Мов у дівчини, що з сну будиться,&lt;br /&gt;</w:t>
        <w:br/>
        <w:t>В груді радісно б'єсь здоровая&lt;br /&gt;</w:t>
        <w:br/>
        <w:t>Молодая кров,&lt;br /&gt;</w:t>
        <w:br/>
        <w:t>Так і грудь землі диха-двигаєсь&lt;br /&gt;</w:t>
        <w:br/>
        <w:t>Силов дивною, оживущою.</w:t>
      </w:r>
    </w:p>
    <w:p>
      <w:r>
        <w:br/>
        <w:t>Встань, орачу, встань!&lt;br /&gt;</w:t>
        <w:br/>
        <w:t>Сій в щасливий час золоте зерно!&lt;br /&gt;</w:t>
        <w:br/>
        <w:t>З трепетом любві мати щирая&lt;br /&gt;</w:t>
        <w:br/>
        <w:t>Обійме його,&lt;br /&gt;</w:t>
        <w:br/>
        <w:t>Кров'ю теплою накормить його,&lt;br /&gt;</w:t>
        <w:br/>
        <w:t>Обережливо виростить його.</w:t>
      </w:r>
    </w:p>
    <w:p>
      <w:r>
        <w:br/>
        <w:t>Гей, брати! В кого серце чистеє,&lt;br /&gt;</w:t>
        <w:br/>
        <w:t>Руки сильнії, думка чесная, —&lt;br /&gt;</w:t>
        <w:br/>
        <w:t>Прокидайтеся!&lt;br /&gt;</w:t>
        <w:br/>
        <w:t>Встаньте, слухайте всемогущого&lt;br /&gt;</w:t>
        <w:br/>
        <w:t>Поклику весни!&lt;br /&gt;</w:t>
        <w:br/>
        <w:t>Сійте в головах думи вольнії,&lt;br /&gt;</w:t>
        <w:br/>
        <w:t>В серцях жадобу братолюбія,&lt;br /&gt;</w:t>
        <w:br/>
        <w:t>В грудях сміливість до великого&lt;br /&gt;</w:t>
        <w:br/>
        <w:t>Бою за добро, щастя й волю всіх!&lt;br /&gt;</w:t>
        <w:br/>
        <w:t>Сійте! На пухку, на живу ріллю&lt;br /&gt;</w:t>
        <w:br/>
        <w:t>Впадуть сімена думки вашої!&lt;br /&gt;</w:t>
        <w:br/>
        <w:t>28 марта 1880</w:t>
      </w:r>
    </w:p>
    <w:p>
      <w:r>
        <w:br/>
        <w:t>ЗЕМЛЕ, МОЯ ВСЕПЛОДЮЩАЯ МАТИ...</w:t>
      </w:r>
    </w:p>
    <w:p>
      <w:r>
        <w:br/>
        <w:t>Земле, моя всеплодющая мати,&lt;br /&gt;</w:t>
        <w:br/>
        <w:t>Сили, що в твоїй живе глубині,&lt;br /&gt;</w:t>
        <w:br/>
        <w:t>Краплю, щоб в бою сильніше стояти,&lt;br /&gt;</w:t>
        <w:br/>
        <w:t>Дай і мені!</w:t>
      </w:r>
    </w:p>
    <w:p>
      <w:r>
        <w:br/>
        <w:t>Дай теплоти, що розширює груди,&lt;br /&gt;</w:t>
        <w:br/>
        <w:t>Чистить чуття і відновлює кров,&lt;br /&gt;</w:t>
        <w:br/>
        <w:t>Що до людей безграничную будить&lt;br /&gt;</w:t>
        <w:br/>
        <w:t>Чисту любов!</w:t>
      </w:r>
    </w:p>
    <w:p>
      <w:r>
        <w:br/>
        <w:t>Дай і огню, щоб ним слово налити,&lt;br /&gt;</w:t>
        <w:br/>
        <w:t>Душі стрясать громовую дай власть,&lt;br /&gt;</w:t>
        <w:br/>
        <w:t>Правді служити, неправду палити&lt;br /&gt;</w:t>
        <w:br/>
        <w:t>Вічну дай страсть!</w:t>
      </w:r>
    </w:p>
    <w:p>
      <w:r>
        <w:br/>
        <w:t>Силу рукам дай, щоб пута ламати,&lt;br /&gt;</w:t>
        <w:br/>
        <w:t>Ясність думкам — в серце кривди влучать,&lt;br /&gt;</w:t>
        <w:br/>
        <w:t>Дай працювать, працювать, працювати.&lt;br /&gt;</w:t>
        <w:br/>
        <w:t>В праці сконать!&lt;br /&gt;</w:t>
        <w:br/>
        <w:t>[1880]</w:t>
      </w:r>
    </w:p>
    <w:p>
      <w:r>
        <w:br/>
        <w:t>РОЗВИВАЙСЯ, ЛОЗО, БОРЗО...</w:t>
      </w:r>
    </w:p>
    <w:p>
      <w:r>
        <w:br/>
        <w:t>Розвивайся, лозо, борзо,&lt;br /&gt;</w:t>
        <w:br/>
        <w:t>Зелена діброво!&lt;br /&gt;</w:t>
        <w:br/>
        <w:t>Оживає помертвіла&lt;br /&gt;</w:t>
        <w:br/>
        <w:t>Природа наново.&lt;br /&gt;</w:t>
        <w:br/>
        <w:t>Оживає, розриває&lt;br /&gt;</w:t>
        <w:br/>
        <w:t>Пута зимовії,&lt;br /&gt;</w:t>
        <w:br/>
        <w:t>Обновляєсь в свіжі сили&lt;br /&gt;</w:t>
        <w:br/>
        <w:t>Й свіжії надії.</w:t>
      </w:r>
    </w:p>
    <w:p>
      <w:r>
        <w:br/>
        <w:t>Зеленійся, рідне поле,&lt;br /&gt;</w:t>
        <w:br/>
        <w:t>Українська ниво!&lt;br /&gt;</w:t>
        <w:br/>
        <w:t>Підоймися, колосися,&lt;br /&gt;</w:t>
        <w:br/>
        <w:t>Достигай щасливо!&lt;br /&gt;</w:t>
        <w:br/>
        <w:t>І щоб всяке добре сім'я&lt;br /&gt;</w:t>
        <w:br/>
        <w:t>Ти повік плекала,&lt;br /&gt;</w:t>
        <w:br/>
        <w:t>І щоб світу добра служба&lt;br /&gt;</w:t>
        <w:br/>
        <w:t>З твого плоду стала!&lt;br /&gt;</w:t>
        <w:br/>
        <w:t>[1880]</w:t>
      </w:r>
    </w:p>
    <w:p>
      <w:r>
        <w:br/>
        <w:t>НЕ ЗАБУДЬ, НЕ ЗАБУДЬ...</w:t>
      </w:r>
    </w:p>
    <w:p>
      <w:r>
        <w:br/>
        <w:t>Не забудь, не забудь&lt;br /&gt;</w:t>
        <w:br/>
        <w:t>Юних днів, днів весни, —&lt;br /&gt;</w:t>
        <w:br/>
        <w:t>Путь життя, темну путь&lt;br /&gt;</w:t>
        <w:br/>
        <w:t>Проясняють вони.</w:t>
      </w:r>
    </w:p>
    <w:p>
      <w:r>
        <w:br/>
        <w:t>Золотих снів, тихих втіх,&lt;br /&gt;</w:t>
        <w:br/>
        <w:t>Щирих сліз і любви,&lt;br /&gt;</w:t>
        <w:br/>
        <w:t>Чистих поривів всіх&lt;br /&gt;</w:t>
        <w:br/>
        <w:t>Не встидайсь, не губи!</w:t>
      </w:r>
    </w:p>
    <w:p>
      <w:r>
        <w:br/>
        <w:t>Бо минуть — далі труд&lt;br /&gt;</w:t>
        <w:br/>
        <w:t>В самоті і глуші,&lt;br /&gt;</w:t>
        <w:br/>
        <w:t>Мозолі наростуть&lt;br /&gt;</w:t>
        <w:br/>
        <w:t>На руках і душі.</w:t>
      </w:r>
    </w:p>
    <w:p>
      <w:r>
        <w:br/>
        <w:t>Лиш хто любить, терпить,&lt;br /&gt;</w:t>
        <w:br/>
        <w:t>В кім кров живо кипить,&lt;br /&gt;</w:t>
        <w:br/>
        <w:t>В кім надія ще лік,&lt;br /&gt;</w:t>
        <w:br/>
        <w:t>Кого бій ще манить,&lt;br /&gt;</w:t>
        <w:br/>
        <w:t>Людське горе смутить.&lt;br /&gt;</w:t>
        <w:br/>
        <w:t>А добро веселить, —&lt;br /&gt;</w:t>
        <w:br/>
        <w:t>Той цілий чоловік.</w:t>
      </w:r>
    </w:p>
    <w:p>
      <w:r>
        <w:br/>
        <w:t>Тож сли всю життя путь&lt;br /&gt;</w:t>
        <w:br/>
        <w:t>Чоловіком цілим&lt;br /&gt;</w:t>
        <w:br/>
        <w:t>Не прийдесь тобі буть —&lt;br /&gt;</w:t>
        <w:br/>
        <w:t>Будь хоч хвилечку ним.</w:t>
      </w:r>
    </w:p>
    <w:p>
      <w:r>
        <w:br/>
        <w:t>А в поганії дні,&lt;br /&gt;</w:t>
        <w:br/>
        <w:t>Болотянії дні,&lt;br /&gt;</w:t>
        <w:br/>
        <w:t>Як надія пройде&lt;br /&gt;</w:t>
        <w:br/>
        <w:t>І погасне чуттє,&lt;br /&gt;</w:t>
        <w:br/>
        <w:t>Як з великих доріг&lt;br /&gt;</w:t>
        <w:br/>
        <w:t>Любві, бою за всіх&lt;br /&gt;</w:t>
        <w:br/>
        <w:t>На вузькі та круті&lt;br /&gt;</w:t>
        <w:br/>
        <w:t>Ти зійдеш манівці,</w:t>
      </w:r>
    </w:p>
    <w:p>
      <w:r>
        <w:br/>
        <w:t>Зсушить серце жура,&lt;br /&gt;</w:t>
        <w:br/>
        <w:t>Сколять ноги терни, —&lt;br /&gt;</w:t>
        <w:br/>
        <w:t>О,тоді май життя&lt;br /&gt;</w:t>
        <w:br/>
        <w:t>Вдячно ти спом'яни!</w:t>
      </w:r>
    </w:p>
    <w:p>
      <w:r>
        <w:br/>
        <w:t>О,тоді ясні сни&lt;br /&gt;</w:t>
        <w:br/>
        <w:t>Оживлять твою путь…&lt;br /&gt;</w:t>
        <w:br/>
        <w:t>Юних днів, днів весни&lt;br /&gt;</w:t>
        <w:br/>
        <w:t>Не забудь, не забудь!&lt;br /&gt;</w:t>
        <w:br/>
        <w:t>10 іюня 1882</w:t>
      </w:r>
    </w:p>
    <w:p>
      <w:r>
        <w:br/>
        <w:t>ЩЕ ЩЕБЕЧЕ У САДОЧКУ СОЛОВІЙ...</w:t>
      </w:r>
    </w:p>
    <w:p>
      <w:r>
        <w:br/>
        <w:t>Ще щебече у садочку соловій&lt;br /&gt;</w:t>
        <w:br/>
        <w:t>Пісню любую весноньці молодій,&lt;br /&gt;</w:t>
        <w:br/>
        <w:t>Ще щебече, як віддавна щебетав,&lt;br /&gt;</w:t>
        <w:br/>
        <w:t>Своїм співом весну красную вітав.</w:t>
      </w:r>
    </w:p>
    <w:p>
      <w:r>
        <w:br/>
        <w:t>Та не так тепер в садочку, як було:&lt;br /&gt;</w:t>
        <w:br/>
        <w:t>Вечір в маю, співом все село гуло,&lt;br /&gt;</w:t>
        <w:br/>
        <w:t>По вулиці дівчатонька, наче рій,&lt;br /&gt;</w:t>
        <w:br/>
        <w:t>На вишеньці висвистує соловій.</w:t>
      </w:r>
    </w:p>
    <w:p>
      <w:r>
        <w:br/>
        <w:t>Не так нині, як бувало! Півсмерком&lt;br /&gt;</w:t>
        <w:br/>
        <w:t>Не йдуть селом дівчатонька ходірком,&lt;br /&gt;</w:t>
        <w:br/>
        <w:t>Не виводять співаночок на весь двір&lt;br /&gt;</w:t>
        <w:br/>
        <w:t>Соловієві на вишенці всупір.</w:t>
      </w:r>
    </w:p>
    <w:p>
      <w:r>
        <w:br/>
        <w:t>Ось з роботи перемучені спішать,&lt;br /&gt;</w:t>
        <w:br/>
        <w:t>Руки й ноги, мов відрубані, болять,&lt;br /&gt;</w:t>
        <w:br/>
        <w:t>Не до жартів їм, сердешним, та пісень,&lt;br /&gt;</w:t>
        <w:br/>
        <w:t>Лиш спочити б, наробившися весь день!</w:t>
      </w:r>
    </w:p>
    <w:p>
      <w:r>
        <w:br/>
        <w:t>Важко якось соловію щебетать,&lt;br /&gt;</w:t>
        <w:br/>
        <w:t>Важко весну, хоч як красну, зустрічать,&lt;br /&gt;</w:t>
        <w:br/>
        <w:t>Голосить природи радість на весь мір,&lt;br /&gt;</w:t>
        <w:br/>
        <w:t>Наче людському нещастю на докір.</w:t>
      </w:r>
    </w:p>
    <w:p>
      <w:r>
        <w:br/>
        <w:t>А ще жаль йому й супірниць, що їх спів&lt;br /&gt;</w:t>
        <w:br/>
        <w:t>По селу враз з його свистом гомонів.&lt;br /&gt;</w:t>
        <w:br/>
        <w:t>Що то жде їх?.. Шлюб з нелюбом, рій дітий&lt;br /&gt;</w:t>
        <w:br/>
        <w:t>Та в'їдливая свекруха й муж лихий.&lt;br /&gt;</w:t>
        <w:br/>
        <w:t>1881</w:t>
      </w:r>
    </w:p>
    <w:p>
      <w:r>
        <w:br/>
        <w:t>ВЕСНО, ОХ, ДОВГО Ж НА ТЕБЕ ЧЕКАТИ!...</w:t>
      </w:r>
    </w:p>
    <w:p>
      <w:r>
        <w:br/>
        <w:t>Весно, ох, довго ж на тебе чекати!&lt;br /&gt;</w:t>
        <w:br/>
        <w:t>Весно, голубко, чому ж ти не йдеш?&lt;br /&gt;</w:t>
        <w:br/>
        <w:t>Чом замість себе до вбогої хати&lt;br /&gt;</w:t>
        <w:br/>
        <w:t>Голод і холод, руїну і страти&lt;br /&gt;</w:t>
        <w:br/>
        <w:t>В гості ти шлеш?</w:t>
      </w:r>
    </w:p>
    <w:p>
      <w:r>
        <w:br/>
        <w:t>Бач, уже май зачиняєсь! О маю,&lt;br /&gt;</w:t>
        <w:br/>
        <w:t>Чом же мерцем ти приходиш на світ?&lt;br /&gt;</w:t>
        <w:br/>
        <w:t>Пусто і мертво по полю, по гаю,&lt;br /&gt;</w:t>
        <w:br/>
        <w:t>Лиш олов'янії хмари вкривають&lt;br /&gt;</w:t>
        <w:br/>
        <w:t>Весь небозвід.</w:t>
      </w:r>
    </w:p>
    <w:p>
      <w:r>
        <w:br/>
        <w:t>Стогін іде по селищах убогих,&lt;br /&gt;</w:t>
        <w:br/>
        <w:t>Діти гуртами на задавку мруть,&lt;br /&gt;</w:t>
        <w:br/>
        <w:t>Сіна нема й стебельця в оборогах,&lt;br /&gt;</w:t>
        <w:br/>
        <w:t>Гине худібка, по долах розлогих&lt;br /&gt;</w:t>
        <w:br/>
        <w:t>Води ревуть.</w:t>
      </w:r>
    </w:p>
    <w:p>
      <w:r>
        <w:br/>
        <w:t>"Згинем, — люд шепче. — Там горе не саме&lt;br /&gt;</w:t>
        <w:br/>
        <w:t>Звикло ходить. Або пошесть прийде,&lt;br /&gt;</w:t>
        <w:br/>
        <w:t>Або — не дай боже — Польща настане".&lt;br /&gt;</w:t>
        <w:br/>
        <w:t>От як сей рік зустрічають селяни,&lt;br /&gt;</w:t>
        <w:br/>
        <w:t>Весно, тебе.&lt;br /&gt;</w:t>
        <w:br/>
        <w:t>1881</w:t>
      </w:r>
    </w:p>
    <w:p>
      <w:r>
        <w:br/>
        <w:t>ОЙ, ЩО ТО В ПОЛІ ЗА ДИМОВЕ?...</w:t>
      </w:r>
    </w:p>
    <w:p>
      <w:r>
        <w:br/>
        <w:t>Ой, що то в полі за димове?&lt;br /&gt;</w:t>
        <w:br/>
        <w:t>Чи то вірли крильцями б'ються?&lt;br /&gt;</w:t>
        <w:br/>
        <w:t>Ні, то Доля грядки копле,&lt;br /&gt;</w:t>
        <w:br/>
        <w:t>Красу садить, розум сіє,&lt;br /&gt;</w:t>
        <w:br/>
        <w:t>Примовляє, приспівує:&lt;br /&gt;</w:t>
        <w:br/>
        <w:t>"Сходи, красо, до схід сонця,&lt;br /&gt;</w:t>
        <w:br/>
        <w:t>Ти, розуме, — спозаранку!&lt;br /&gt;</w:t>
        <w:br/>
        <w:t>Рости, красо, до пояса,&lt;br /&gt;</w:t>
        <w:br/>
        <w:t>Ти, розуме, вище мене!&lt;br /&gt;</w:t>
        <w:br/>
        <w:t>Іди, красо, поміж люди,&lt;br /&gt;</w:t>
        <w:br/>
        <w:t>Ти, розуме громадами!</w:t>
      </w:r>
    </w:p>
    <w:p>
      <w:r>
        <w:br/>
        <w:t>Не дайсь, красо, тому взяти,&lt;br /&gt;</w:t>
        <w:br/>
        <w:t>Хто ти хоче світ зв'язати;&lt;br /&gt;</w:t>
        <w:br/>
        <w:t>Не дайсь, красо, тому в руки,&lt;br /&gt;</w:t>
        <w:br/>
        <w:t>Хто тя хоче в пута вкути!&lt;br /&gt;</w:t>
        <w:br/>
        <w:t>А як впадеш у неволю,&lt;br /&gt;</w:t>
        <w:br/>
        <w:t>То розплинься слізоньками,&lt;br /&gt;</w:t>
        <w:br/>
        <w:t>То засохни без розплоду!</w:t>
      </w:r>
    </w:p>
    <w:p>
      <w:r>
        <w:br/>
        <w:t>Ти, розуме-бистроуме,&lt;br /&gt;</w:t>
        <w:br/>
        <w:t>Порви пута віковії,&lt;br /&gt;</w:t>
        <w:br/>
        <w:t>Що скували думку людську!&lt;br /&gt;</w:t>
        <w:br/>
        <w:t>Двигни з пітьми люд робучий,&lt;br /&gt;</w:t>
        <w:br/>
        <w:t>Двигни з пітьми — та до мене!&lt;br /&gt;</w:t>
        <w:br/>
        <w:t>Розхитай в нім ясні думи,&lt;br /&gt;</w:t>
        <w:br/>
        <w:t>Розрости бажання волі,&lt;br /&gt;</w:t>
        <w:br/>
        <w:t>Виплекай братерську згоду,&lt;br /&gt;</w:t>
        <w:br/>
        <w:t>Поєднай велику силу,&lt;br /&gt;</w:t>
        <w:br/>
        <w:t>Щоби разом, дружно стала,&lt;br /&gt;</w:t>
        <w:br/>
        <w:t>Щастя, волі добувала!"&lt;br /&gt;</w:t>
        <w:br/>
        <w:t>23 іюля 1880</w:t>
      </w:r>
    </w:p>
    <w:p>
      <w:r>
        <w:br/>
        <w:t>ВЕСНЯНІЇ ПІСНІ...</w:t>
      </w:r>
    </w:p>
    <w:p>
      <w:r>
        <w:br/>
        <w:t>Веснянії пісні,&lt;br /&gt;</w:t>
        <w:br/>
        <w:t>Веснянії сни,&lt;br /&gt;</w:t>
        <w:br/>
        <w:t>Чом так безутішні,&lt;br /&gt;</w:t>
        <w:br/>
        <w:t>Безвідрадні ви?</w:t>
      </w:r>
    </w:p>
    <w:p>
      <w:r>
        <w:br/>
        <w:t>Чи для вас немає&lt;br /&gt;</w:t>
        <w:br/>
        <w:t>Зелені в лісах,&lt;br /&gt;</w:t>
        <w:br/>
        <w:t>Чи для вас не сяє&lt;br /&gt;</w:t>
        <w:br/>
        <w:t>Сонце в небесах?</w:t>
      </w:r>
    </w:p>
    <w:p>
      <w:r>
        <w:br/>
        <w:t>Чи для вас весела&lt;br /&gt;</w:t>
        <w:br/>
        <w:t>Квітка не цвіте,&lt;br /&gt;</w:t>
        <w:br/>
        <w:t>Що лиш вбогі села,&lt;br /&gt;</w:t>
        <w:br/>
        <w:t>Людський біль здрите?</w:t>
      </w:r>
    </w:p>
    <w:p>
      <w:r>
        <w:br/>
        <w:t>Ох, живі діброви,&lt;br /&gt;</w:t>
        <w:br/>
        <w:t>Ясний сонця світ,&lt;br /&gt;</w:t>
        <w:br/>
        <w:t>Лиш життя, любови&lt;br /&gt;</w:t>
        <w:br/>
        <w:t>В людських душах ніт!</w:t>
      </w:r>
    </w:p>
    <w:p>
      <w:r>
        <w:br/>
        <w:t>Втішно птиця лине,&lt;br /&gt;</w:t>
        <w:br/>
        <w:t>Гамір, співи, крик…&lt;br /&gt;</w:t>
        <w:br/>
        <w:t>Тільки бідний гине&lt;br /&gt;</w:t>
        <w:br/>
        <w:t>З голоду мужик.</w:t>
      </w:r>
    </w:p>
    <w:p>
      <w:r>
        <w:br/>
        <w:t>Квіти серед поля&lt;br /&gt;</w:t>
        <w:br/>
        <w:t>Долом і горов —&lt;br /&gt;</w:t>
        <w:br/>
        <w:t>Тільки тьма й неволя&lt;br /&gt;</w:t>
        <w:br/>
        <w:t>П'є народну кров.</w:t>
      </w:r>
    </w:p>
    <w:p>
      <w:r>
        <w:br/>
        <w:t>Краще б то для моди&lt;br /&gt;</w:t>
        <w:br/>
        <w:t>Заспівати, бач,&lt;br /&gt;</w:t>
        <w:br/>
        <w:t>Про красу природи,&lt;br /&gt;</w:t>
        <w:br/>
        <w:t>Ніж про людський плач.</w:t>
      </w:r>
    </w:p>
    <w:p>
      <w:r>
        <w:br/>
        <w:t>Але не для моди&lt;br /&gt;</w:t>
        <w:br/>
        <w:t>Се співаю я,&lt;br /&gt;</w:t>
        <w:br/>
        <w:t>То й сумна виходить&lt;br /&gt;</w:t>
        <w:br/>
        <w:t>Пісенька моя.&lt;br /&gt;</w:t>
        <w:br/>
        <w:t>1882</w:t>
      </w:r>
    </w:p>
    <w:p>
      <w:r>
        <w:br/>
        <w:t>VIVERE MEMENTO! [1]</w:t>
      </w:r>
    </w:p>
    <w:p>
      <w:r>
        <w:br/>
        <w:t>Весно, що за чудо ти&lt;br /&gt;</w:t>
        <w:br/>
        <w:t>Твориш в моїй груди?&lt;br /&gt;</w:t>
        <w:br/>
        <w:t>Чи твій поклик з мертвоти&lt;br /&gt;</w:t>
        <w:br/>
        <w:t>Й серце к жизні будить?&lt;br /&gt;</w:t>
        <w:br/>
        <w:t>Вчора тлів, мов Лазар, я&lt;br /&gt;</w:t>
        <w:br/>
        <w:t>В горя домовині —&lt;br /&gt;</w:t>
        <w:br/>
        <w:t>Що ж се за нова зоря&lt;br /&gt;</w:t>
        <w:br/>
        <w:t>Мені блисла нині?&lt;br /&gt;</w:t>
        <w:br/>
        <w:t>Дивний голос мя кудись&lt;br /&gt;</w:t>
        <w:br/>
        <w:t>Кличе — тут-то, ген-то:&lt;br /&gt;</w:t>
        <w:br/>
        <w:t>"Встань, прокинься, пробудись!&lt;br /&gt;</w:t>
        <w:br/>
        <w:t>Vivere memento!"</w:t>
      </w:r>
    </w:p>
    <w:p>
      <w:r>
        <w:br/>
        <w:t>Вітре теплий, брате мій,&lt;br /&gt;</w:t>
        <w:br/>
        <w:t>Чи твоя се мова?&lt;br /&gt;</w:t>
        <w:br/>
        <w:t>Чи на гірці світляній&lt;br /&gt;</w:t>
        <w:br/>
        <w:t>Так шумить діброва?&lt;br /&gt;</w:t>
        <w:br/>
        <w:t>Травко,чи се, може, ти&lt;br /&gt;</w:t>
        <w:br/>
        <w:t>Втішно так шептала,&lt;br /&gt;</w:t>
        <w:br/>
        <w:t>Що з-під криги мертвоти&lt;br /&gt;</w:t>
        <w:br/>
        <w:t>Знов на світло встала?&lt;br /&gt;</w:t>
        <w:br/>
        <w:t>Чи се, може, шемріт твій,&lt;br /&gt;</w:t>
        <w:br/>
        <w:t>Річко, срібна ленто,&lt;br /&gt;</w:t>
        <w:br/>
        <w:t>Змив мій смуток і застій?&lt;br /&gt;</w:t>
        <w:br/>
        <w:t>Vivere memento!</w:t>
      </w:r>
    </w:p>
    <w:p>
      <w:r>
        <w:br/>
        <w:t>Всюди чую любий глас,&lt;br /&gt;</w:t>
        <w:br/>
        <w:t>Клик життя могучий…&lt;br /&gt;</w:t>
        <w:br/>
        <w:t>Весно, вітре, люблю вас,&lt;br /&gt;</w:t>
        <w:br/>
        <w:t>Гори, ріки, тучі!&lt;br /&gt;</w:t>
        <w:br/>
        <w:t>Люди, люди! Я ваш брат,&lt;br /&gt;</w:t>
        <w:br/>
        <w:t>Я для вас рад жити,&lt;br /&gt;</w:t>
        <w:br/>
        <w:t>Серця свого кров'ю рад&lt;br /&gt;</w:t>
        <w:br/>
        <w:t>Ваше горе змити.&lt;br /&gt;</w:t>
        <w:br/>
        <w:t>А що кров не зможе змить,&lt;br /&gt;</w:t>
        <w:br/>
        <w:t>Спалимо огнем то!&lt;br /&gt;</w:t>
        <w:br/>
        <w:t>Лиш боротись значить жить…&lt;br /&gt;</w:t>
        <w:br/>
        <w:t>Vivere memento!&lt;br /&gt;</w:t>
        <w:br/>
        <w:t>14 октября 1883</w:t>
      </w:r>
    </w:p>
    <w:p>
      <w:r>
        <w:br/>
        <w:t>ОСІННІ ДУМИ</w:t>
      </w:r>
    </w:p>
    <w:p>
      <w:r>
        <w:br/>
        <w:t>ЖУРАВЛІ</w:t>
      </w:r>
    </w:p>
    <w:p>
      <w:r>
        <w:br/>
        <w:t>Понад степи і поле, гори й доли,&lt;br /&gt;</w:t>
        <w:br/>
        <w:t>Понад діброви, зжовклим листом вкриті,&lt;br /&gt;</w:t>
        <w:br/>
        <w:t>Понад стернища, зимним вихром биті,&lt;br /&gt;</w:t>
        <w:br/>
        <w:t>З плачем сумним, мов плач по кращій долі,</w:t>
      </w:r>
    </w:p>
    <w:p>
      <w:r>
        <w:br/>
        <w:t>Понад селища бідні, непошиті&lt;br /&gt;</w:t>
        <w:br/>
        <w:t>Хатки, обдерті і пусті стодоли,&lt;br /&gt;</w:t>
        <w:br/>
        <w:t>Понад люд темний, сумовитий, голий,&lt;br /&gt;</w:t>
        <w:br/>
        <w:t>Ви пливете по млистому блакиті.</w:t>
      </w:r>
    </w:p>
    <w:p>
      <w:r>
        <w:br/>
        <w:t>Куди? Куди? Чи в кращий край зелений,&lt;br /&gt;</w:t>
        <w:br/>
        <w:t>Залитий світлом, зіллям умаєний,&lt;br /&gt;</w:t>
        <w:br/>
        <w:t>На нитку мов нанизані, мчите ви?</w:t>
      </w:r>
    </w:p>
    <w:p>
      <w:r>
        <w:br/>
        <w:t>О, ждіть! Ось в млистій і вогкій ярузі&lt;br /&gt;</w:t>
        <w:br/>
        <w:t>З крилом підтятим брат ваш сохне в тузі!&lt;br /&gt;</w:t>
        <w:br/>
        <w:t>Візьміть мене в путь, браття! Де ви? Де ви?..</w:t>
      </w:r>
    </w:p>
    <w:p>
      <w:r>
        <w:br/>
        <w:t>***&lt;br /&gt;</w:t>
        <w:br/>
        <w:t>Післанці півночі, в далекім юзі,&lt;br /&gt;</w:t>
        <w:br/>
        <w:t>В прекраснім краю барв, багатства, пісні,&lt;br /&gt;</w:t>
        <w:br/>
        <w:t>Перекажіть про сірі, безутішні&lt;br /&gt;</w:t>
        <w:br/>
        <w:t>Мли, що стоять на нашім виднокрузі!</w:t>
      </w:r>
    </w:p>
    <w:p>
      <w:r>
        <w:br/>
        <w:t>Перекажіть про бідність, сльози вічні,&lt;br /&gt;</w:t>
        <w:br/>
        <w:t>Про труд безсонний в болі і натузі,&lt;br /&gt;</w:t>
        <w:br/>
        <w:t>Про чорний хліб твердий, печений в спузі,&lt;br /&gt;</w:t>
        <w:br/>
        <w:t>Про спів жалібний, мов вітри долішні!</w:t>
      </w:r>
    </w:p>
    <w:p>
      <w:r>
        <w:br/>
        <w:t>Перекажіть про те, що вас прогнало&lt;br /&gt;</w:t>
        <w:br/>
        <w:t>З нещасного, хоч рідного вам, краю,&lt;br /&gt;</w:t>
        <w:br/>
        <w:t>Щоб всяке щире серце й там ридало!</w:t>
      </w:r>
    </w:p>
    <w:p>
      <w:r>
        <w:br/>
        <w:t>Та сли й там бідні схнуть, терплять, ридають,&lt;br /&gt;</w:t>
        <w:br/>
        <w:t>Сли й там земля ссе кров їх, сльози й піт,&lt;br /&gt;</w:t>
        <w:br/>
        <w:t>А хліб дає не їм — мовчіть! Мовчіть!&lt;br /&gt;</w:t>
        <w:br/>
        <w:t>20-21 окт[ября] 1883</w:t>
      </w:r>
    </w:p>
    <w:p>
      <w:r>
        <w:br/>
        <w:t>ПАДЕ ДОДОЛУ ЛИСТЯ З ДЕРЕВИНИ...</w:t>
      </w:r>
    </w:p>
    <w:p>
      <w:r>
        <w:br/>
        <w:t>Паде додолу листя з деревини,&lt;br /&gt;</w:t>
        <w:br/>
        <w:t>Паде невпинно, чутно, сумовито,&lt;br /&gt;</w:t>
        <w:br/>
        <w:t>Мов сльози мами, що на гріб дитини&lt;br /&gt;</w:t>
        <w:br/>
        <w:t>Прийшла і плаче, шепчучи молитов.</w:t>
      </w:r>
    </w:p>
    <w:p>
      <w:r>
        <w:br/>
        <w:t>Осики лист кровавий із гіллини&lt;br /&gt;</w:t>
        <w:br/>
        <w:t>Паде, немов ножем його пробито;&lt;br /&gt;</w:t>
        <w:br/>
        <w:t>Жалібно жовте листя березини,&lt;br /&gt;</w:t>
        <w:br/>
        <w:t>Здається, шепче: "Літо, де ти, літо?"</w:t>
      </w:r>
    </w:p>
    <w:p>
      <w:r>
        <w:br/>
        <w:t>Лиш дуб могучий, жолудьми багатий,&lt;br /&gt;</w:t>
        <w:br/>
        <w:t>Спокійно в темну, зимну даль глядить —&lt;br /&gt;</w:t>
        <w:br/>
        <w:t>Таж він недарма тепле літо втратив!</w:t>
      </w:r>
    </w:p>
    <w:p>
      <w:r>
        <w:br/>
        <w:t>Най в'яне листя, най метіль гудить,&lt;br /&gt;</w:t>
        <w:br/>
        <w:t>Се сил його не зможе підірвати,&lt;br /&gt;</w:t>
        <w:br/>
        <w:t>І плід його приймесь і буде жить!&lt;br /&gt;</w:t>
        <w:br/>
        <w:t>1881</w:t>
      </w:r>
    </w:p>
    <w:p>
      <w:r>
        <w:br/>
        <w:t>СКОРБНІ ПІСНІ</w:t>
      </w:r>
    </w:p>
    <w:p>
      <w:r>
        <w:br/>
        <w:t>НЕ ВИНЕН Я ТОМУ, ЩО СУМНО СПІВАЮ...</w:t>
      </w:r>
    </w:p>
    <w:p>
      <w:r>
        <w:br/>
        <w:t>Не винен я тому, що сумно співаю,&lt;br /&gt;</w:t>
        <w:br/>
        <w:t>Брати мої!&lt;br /&gt;</w:t>
        <w:br/>
        <w:t>Що слово до слова нескладно складаю —&lt;br /&gt;</w:t>
        <w:br/>
        <w:t>Простіть мені!</w:t>
      </w:r>
    </w:p>
    <w:p>
      <w:r>
        <w:br/>
        <w:t>Не радість їх родить, не втіха їх плодить,&lt;br /&gt;</w:t>
        <w:br/>
        <w:t>Не гра пуста,&lt;br /&gt;</w:t>
        <w:br/>
        <w:t>А в хвилях недолі, задуми тяжкої&lt;br /&gt;</w:t>
        <w:br/>
        <w:t>Самі уста</w:t>
      </w:r>
    </w:p>
    <w:p>
      <w:r>
        <w:br/>
        <w:t>Їх шепчуть, безсонний робітник заклятий&lt;br /&gt;</w:t>
        <w:br/>
        <w:t>Склада їх — сум;&lt;br /&gt;</w:t>
        <w:br/>
        <w:t>Моя-бо й народна неволя — то мати&lt;br /&gt;</w:t>
        <w:br/>
        <w:t>Тих скорбних дум.&lt;br /&gt;</w:t>
        <w:br/>
        <w:t>9 мая 1880</w:t>
      </w:r>
    </w:p>
    <w:p>
      <w:r>
        <w:br/>
        <w:t>БУВАЮТЬ ХВИЛІ — СЕРЦЕ МЛІЄ...</w:t>
      </w:r>
    </w:p>
    <w:p>
      <w:r>
        <w:br/>
        <w:t>Бувають хвилі — серце мліє&lt;br /&gt;</w:t>
        <w:br/>
        <w:t>І скорбних мислей рій летить,&lt;br /&gt;</w:t>
        <w:br/>
        <w:t>Мов чорна хмара небо криє&lt;br /&gt;</w:t>
        <w:br/>
        <w:t>І грім у хмарі гуркотить.</w:t>
      </w:r>
    </w:p>
    <w:p>
      <w:r>
        <w:br/>
        <w:t>І поглядом німої злоби&lt;br /&gt;</w:t>
        <w:br/>
        <w:t>Гляджу на небо й світ живий&lt;br /&gt;</w:t>
        <w:br/>
        <w:t>І жду, що з земної утроби&lt;br /&gt;</w:t>
        <w:br/>
        <w:t>Ось-ось прорвесь огонь страшний</w:t>
      </w:r>
    </w:p>
    <w:p>
      <w:r>
        <w:br/>
        <w:t>І вмить спалить всю землю тую&lt;br /&gt;</w:t>
        <w:br/>
        <w:t>З всіма неправдами її,&lt;br /&gt;</w:t>
        <w:br/>
        <w:t>Перелама хаос твердую&lt;br /&gt;</w:t>
        <w:br/>
        <w:t>Шкарлущу скріплої землі…&lt;br /&gt;</w:t>
        <w:br/>
        <w:t>І, наче золото в горнилі,&lt;br /&gt;</w:t>
        <w:br/>
        <w:t>Сей світ очиститься зовсім,&lt;br /&gt;</w:t>
        <w:br/>
        <w:t>І чиста, в невечерній силі,&lt;br /&gt;</w:t>
        <w:br/>
        <w:t>Засяє правда й воля в нім.&lt;br /&gt;</w:t>
        <w:br/>
        <w:t>2 апр[еля] 1880</w:t>
      </w:r>
    </w:p>
    <w:p>
      <w:r>
        <w:br/>
        <w:t>ДО МОРЯ СЛІЗ, ПІД ТИСКОМ ПЕРЕСУДІВ...</w:t>
      </w:r>
    </w:p>
    <w:p>
      <w:r>
        <w:br/>
        <w:t>До моря сліз, під тиском пересудів&lt;br /&gt;</w:t>
        <w:br/>
        <w:t>Пролитих, і моя вплила краплина;&lt;br /&gt;</w:t>
        <w:br/>
        <w:t>До храму людських змагань, праць і трудів,&lt;br /&gt;</w:t>
        <w:br/>
        <w:t>Чень, і моя доложиться цеглина.</w:t>
      </w:r>
    </w:p>
    <w:p>
      <w:r>
        <w:br/>
        <w:t>А як мільйонів куплений сльозами&lt;br /&gt;</w:t>
        <w:br/>
        <w:t>День світла, щастя й волі засвітає,&lt;br /&gt;</w:t>
        <w:br/>
        <w:t>То, чень, в новім, великім людськім храмі&lt;br /&gt;</w:t>
        <w:br/>
        <w:t>Хтось добрим словом і мене згадає.&lt;br /&gt;</w:t>
        <w:br/>
        <w:t>2 апр[еля] 1880</w:t>
      </w:r>
    </w:p>
    <w:p>
      <w:r>
        <w:br/>
        <w:t>НЕХАЙ І ТАК, ЩО ЗГИНУ Я...</w:t>
      </w:r>
    </w:p>
    <w:p>
      <w:r>
        <w:br/>
        <w:t>Нехай і так, що згину я,&lt;br /&gt;</w:t>
        <w:br/>
        <w:t>Забутий десь під тином,&lt;br /&gt;</w:t>
        <w:br/>
        <w:t>Що всі мої думки, діла&lt;br /&gt;</w:t>
        <w:br/>
        <w:t>Сліду не лишать, мов та мла&lt;br /&gt;</w:t>
        <w:br/>
        <w:t>На небі синім!</w:t>
      </w:r>
    </w:p>
    <w:p>
      <w:r>
        <w:br/>
        <w:t>Нехай і так! Я радо йду&lt;br /&gt;</w:t>
        <w:br/>
        <w:t>На чесне, праве діло!&lt;br /&gt;</w:t>
        <w:br/>
        <w:t>За нього радо в горі вмру&lt;br /&gt;</w:t>
        <w:br/>
        <w:t>І аж до гробу додержу&lt;br /&gt;</w:t>
        <w:br/>
        <w:t>Свій прапор ціло.&lt;br /&gt;</w:t>
        <w:br/>
        <w:t>31 мая 1880</w:t>
      </w:r>
    </w:p>
    <w:p>
      <w:r>
        <w:br/>
        <w:t>ТЯЖКО-ВАЖКО ВІК СВІЙ КОРОТАТИ...</w:t>
      </w:r>
    </w:p>
    <w:p>
      <w:r>
        <w:br/>
        <w:t>Тяжко-важко вік свій коротати&lt;br /&gt;</w:t>
        <w:br/>
        <w:t>У незнання сумерці німім,&lt;br /&gt;</w:t>
        <w:br/>
        <w:t>І хилитись, і в ярмі стогнати,&lt;br /&gt;</w:t>
        <w:br/>
        <w:t>До могили простогнати в нім.</w:t>
      </w:r>
    </w:p>
    <w:p>
      <w:r>
        <w:br/>
        <w:t>Тяжко-важко вік цілий боліти,&lt;br /&gt;</w:t>
        <w:br/>
        <w:t>А не знати навіть, де болить;&lt;br /&gt;</w:t>
        <w:br/>
        <w:t>Мучитись у горі, а не вміти&lt;br /&gt;</w:t>
        <w:br/>
        <w:t>Того горя й крихточку вменшить.</w:t>
      </w:r>
    </w:p>
    <w:p>
      <w:r>
        <w:br/>
        <w:t>А ще тяжче бачити всю муку,&lt;br /&gt;</w:t>
        <w:br/>
        <w:t>Знати добре джерело її,&lt;br /&gt;</w:t>
        <w:br/>
        <w:t>Але не могти подати руку&lt;br /&gt;</w:t>
        <w:br/>
        <w:t>Тому брату, що так стогне в тьмі.</w:t>
      </w:r>
    </w:p>
    <w:p>
      <w:r>
        <w:br/>
        <w:t>А ще тяжче гаряче бажати&lt;br /&gt;</w:t>
        <w:br/>
        <w:t>Волі, правди, братньої любви,&lt;br /&gt;</w:t>
        <w:br/>
        <w:t>Шарпатись у путах, гризти крати,&lt;br /&gt;</w:t>
        <w:br/>
        <w:t>А на волю встати не могти.&lt;br /&gt;</w:t>
        <w:br/>
        <w:t>1878</w:t>
      </w:r>
    </w:p>
    <w:p>
      <w:r>
        <w:br/>
        <w:t>МІЙ РАЮ ЗЕЛЕНИЙ...</w:t>
      </w:r>
    </w:p>
    <w:p>
      <w:r>
        <w:br/>
        <w:t>Мій раю зелений,&lt;br /&gt;</w:t>
        <w:br/>
        <w:t>Мир-зіллям маєний,&lt;br /&gt;</w:t>
        <w:br/>
        <w:t>Стелися круг мене&lt;br /&gt;</w:t>
        <w:br/>
        <w:t>В далекую даль!</w:t>
      </w:r>
    </w:p>
    <w:p>
      <w:r>
        <w:br/>
        <w:t>Пречудний спокою,&lt;br /&gt;</w:t>
        <w:br/>
        <w:t>Витай надо мною.&lt;br /&gt;</w:t>
        <w:br/>
        <w:t>Святою рукою&lt;br /&gt;</w:t>
        <w:br/>
        <w:t>Прогонюй мій жаль!</w:t>
      </w:r>
    </w:p>
    <w:p>
      <w:r>
        <w:br/>
        <w:t>Як сонечко сяє!&lt;br /&gt;</w:t>
        <w:br/>
        <w:t>Як вільно гуляє&lt;br /&gt;</w:t>
        <w:br/>
        <w:t>По вільному краї&lt;br /&gt;</w:t>
        <w:br/>
        <w:t>Мій погляд кругом!</w:t>
      </w:r>
    </w:p>
    <w:p>
      <w:r>
        <w:br/>
        <w:t>Луги за ланами,&lt;br /&gt;</w:t>
        <w:br/>
        <w:t>Село між садами&lt;br /&gt;</w:t>
        <w:br/>
        <w:t>І мир між хатками,&lt;br /&gt;</w:t>
        <w:br/>
        <w:t>Спокй над селом.</w:t>
      </w:r>
    </w:p>
    <w:p>
      <w:r>
        <w:br/>
        <w:t>А люди щасливі,&lt;br /&gt;</w:t>
        <w:br/>
        <w:t>Брати мов зичливі,&lt;br /&gt;</w:t>
        <w:br/>
        <w:t>На прадідній ниві&lt;br /&gt;</w:t>
        <w:br/>
        <w:t>Працюють поспів…</w:t>
      </w:r>
    </w:p>
    <w:p>
      <w:r>
        <w:br/>
        <w:t>І пісня лунає&lt;br /&gt;</w:t>
        <w:br/>
        <w:t>Від краю до краю:&lt;br /&gt;</w:t>
        <w:br/>
        <w:t>Тут пана немає,&lt;br /&gt;</w:t>
        <w:br/>
        <w:t>Немає й рабів!</w:t>
      </w:r>
    </w:p>
    <w:p>
      <w:r>
        <w:br/>
        <w:t>О краю мій, світе!&lt;br /&gt;</w:t>
        <w:br/>
        <w:t>Щоб раз тебе вздріти,&lt;br /&gt;</w:t>
        <w:br/>
        <w:t>Я рад був терпіти&lt;br /&gt;</w:t>
        <w:br/>
        <w:t>Весь вік у ярмі.</w:t>
      </w:r>
    </w:p>
    <w:p>
      <w:r>
        <w:br/>
        <w:t>А днесь тя щоднини&lt;br /&gt;</w:t>
        <w:br/>
        <w:t>З утіхов дитини&lt;br /&gt;</w:t>
        <w:br/>
        <w:t>Видаю, єдиний,&lt;br /&gt;</w:t>
        <w:br/>
        <w:t>У снах, у тюрмі.&lt;br /&gt;</w:t>
        <w:br/>
        <w:t>14 марта 1880</w:t>
      </w:r>
    </w:p>
    <w:p>
      <w:r>
        <w:br/>
        <w:t>НІЧНІ ДУМИ</w:t>
      </w:r>
    </w:p>
    <w:p>
      <w:r>
        <w:br/>
        <w:t>НОЧІ БЕЗМІРНІЇ, НОЧІ БЕЗСОННІЇ...</w:t>
      </w:r>
    </w:p>
    <w:p>
      <w:r>
        <w:br/>
        <w:t>Ночі безмірнії, ночі безсоннії,&lt;br /&gt;</w:t>
        <w:br/>
        <w:t>Горе моє!&lt;br /&gt;</w:t>
        <w:br/>
        <w:t>Мозок наляжуть думки невгамовнії,&lt;br /&gt;</w:t>
        <w:br/>
        <w:t>В серці грижа, мов павук той, полоннії&lt;br /&gt;</w:t>
        <w:br/>
        <w:t>Сіті снує.</w:t>
      </w:r>
    </w:p>
    <w:p>
      <w:r>
        <w:br/>
        <w:t>Виром невпинним бажання сердечнії&lt;br /&gt;</w:t>
        <w:br/>
        <w:t>Рвуться, летять —&lt;br /&gt;</w:t>
        <w:br/>
        <w:t>Вічно невтишені і безконечнії…&lt;br /&gt;</w:t>
        <w:br/>
        <w:t>Мов на свої мене крила безпечнії&lt;br /&gt;</w:t>
        <w:br/>
        <w:t>Схопить хотять.</w:t>
      </w:r>
    </w:p>
    <w:p>
      <w:r>
        <w:br/>
        <w:t>Де ви так рветесь, куди ви літаєте,&lt;br /&gt;</w:t>
        <w:br/>
        <w:t>Думи-орли?&lt;br /&gt;</w:t>
        <w:br/>
        <w:t>В гості до зірки ви, чень, не бажаєте?&lt;br /&gt;</w:t>
        <w:br/>
        <w:t>К земним зіркам же ви й стежки не знаєте&lt;br /&gt;</w:t>
        <w:br/>
        <w:t>Тут по земли.</w:t>
      </w:r>
    </w:p>
    <w:p>
      <w:r>
        <w:br/>
        <w:t>О моя ясна, блискуча зірничко,&lt;br /&gt;</w:t>
        <w:br/>
        <w:t>Де ти живеш?&lt;br /&gt;</w:t>
        <w:br/>
        <w:t>Чи за життя ще я вздрю твоє личко?&lt;br /&gt;</w:t>
        <w:br/>
        <w:t>Чи аж по смерті на гріб мій, горличко,&lt;br /&gt;</w:t>
        <w:br/>
        <w:t>Плакать прийдеш?&lt;br /&gt;</w:t>
        <w:br/>
        <w:t>12 дек[абря] 1882</w:t>
      </w:r>
    </w:p>
    <w:p>
      <w:r>
        <w:br/>
        <w:t>ДОГОРАЮТЬ ПОЛІНА В ПЕЧІ...</w:t>
      </w:r>
    </w:p>
    <w:p>
      <w:r>
        <w:br/>
        <w:t>Догорають поліна в печі,&lt;br /&gt;</w:t>
        <w:br/>
        <w:t>Попеліє червоная грань…&lt;br /&gt;</w:t>
        <w:br/>
        <w:t>У задумі сиджу я вночі&lt;br /&gt;</w:t>
        <w:br/>
        <w:t>І думок сную чорную ткань.</w:t>
      </w:r>
    </w:p>
    <w:p>
      <w:r>
        <w:br/>
        <w:t>І коли ж то той жар догорить,&lt;br /&gt;</w:t>
        <w:br/>
        <w:t>Що ятриться у серці мені?&lt;br /&gt;</w:t>
        <w:br/>
        <w:t>І чи скоро-то горе згасить&lt;br /&gt;</w:t>
        <w:br/>
        <w:t>В моїм мізку думки огняні?</w:t>
      </w:r>
    </w:p>
    <w:p>
      <w:r>
        <w:br/>
        <w:t>Ох, печуть і бушують вони!&lt;br /&gt;</w:t>
        <w:br/>
        <w:t>Гризе душу й морозить нуда!&lt;br /&gt;</w:t>
        <w:br/>
        <w:t>Кров кипить, і нутро все в огні —&lt;br /&gt;</w:t>
        <w:br/>
        <w:t>Вколо ж мур і неволя бліда.</w:t>
      </w:r>
    </w:p>
    <w:p>
      <w:r>
        <w:br/>
        <w:t>Я боротись за правду готов,&lt;br /&gt;</w:t>
        <w:br/>
        <w:t>Рад за волю пролить свою кров,&lt;br /&gt;</w:t>
        <w:br/>
        <w:t>Та з собою самим у війні&lt;br /&gt;</w:t>
        <w:br/>
        <w:t>Не простояти довго мені.&lt;br /&gt;</w:t>
        <w:br/>
        <w:t>18 нояб[ря] 1881</w:t>
      </w:r>
    </w:p>
    <w:p>
      <w:r>
        <w:br/>
        <w:t>НЕ ПОКИДАЙ МЕНЕ, ПЕКУЧИЙ БОЛЮ...</w:t>
      </w:r>
    </w:p>
    <w:p>
      <w:r>
        <w:br/>
        <w:t>Не покидай мене, пекучий болю,&lt;br /&gt;</w:t>
        <w:br/>
        <w:t>Не покидай, важкая думо-муко&lt;br /&gt;</w:t>
        <w:br/>
        <w:t>Над людським горем, людською журбою!</w:t>
      </w:r>
    </w:p>
    <w:p>
      <w:r>
        <w:br/>
        <w:t>Рви серце в мні, бліда журо-марюко,&lt;br /&gt;</w:t>
        <w:br/>
        <w:t>Не дай заснуть в постелі безучастя —&lt;br /&gt;</w:t>
        <w:br/>
        <w:t>Не покидай мене, гриже-гадюко!</w:t>
      </w:r>
    </w:p>
    <w:p>
      <w:r>
        <w:br/>
        <w:t>Не дай живому в домовину класться,&lt;br /&gt;</w:t>
        <w:br/>
        <w:t>Не дай подумать ані на хвилину&lt;br /&gt;</w:t>
        <w:br/>
        <w:t>Про власну радість і про власне щастя,</w:t>
      </w:r>
    </w:p>
    <w:p>
      <w:r>
        <w:br/>
        <w:t>Докіль круг мене міліони гинуть,&lt;br /&gt;</w:t>
        <w:br/>
        <w:t>Мов та трава схне літом під косою,&lt;br /&gt;</w:t>
        <w:br/>
        <w:t>І від колиски аж по домовину</w:t>
      </w:r>
    </w:p>
    <w:p>
      <w:r>
        <w:br/>
        <w:t>Жиють з бідою, наче брат з сестрою, —&lt;br /&gt;</w:t>
        <w:br/>
        <w:t>Докіль життя тяжким нас давить валом,&lt;br /&gt;</w:t>
        <w:br/>
        <w:t>На пні ламає силою страшною,</w:t>
      </w:r>
    </w:p>
    <w:p>
      <w:r>
        <w:br/>
        <w:t>Докіль ще недосяглим ідеалом&lt;br /&gt;</w:t>
        <w:br/>
        <w:t>Для міліонів ситість, тепла хата, —&lt;br /&gt;</w:t>
        <w:br/>
        <w:t>Докіль на лицях сльози, ніби ралом,</w:t>
      </w:r>
    </w:p>
    <w:p>
      <w:r>
        <w:br/>
        <w:t>Борозди риють, доки зимна крата&lt;br /&gt;</w:t>
        <w:br/>
        <w:t>Тюремна руки путає робучі,&lt;br /&gt;</w:t>
        <w:br/>
        <w:t>Мруть з голоду бездомні сиротята,</w:t>
      </w:r>
    </w:p>
    <w:p>
      <w:r>
        <w:br/>
        <w:t>Пишаються під небом ті блискучі&lt;br /&gt;</w:t>
        <w:br/>
        <w:t>Гнізда розпусти, зопсуття й обмани&lt;br /&gt;</w:t>
        <w:br/>
        <w:t>І світ заражують, докіль могучі</w:t>
      </w:r>
    </w:p>
    <w:p>
      <w:r>
        <w:br/>
        <w:t>"Стовпи" отруту ллють в народні рани,&lt;br /&gt;</w:t>
        <w:br/>
        <w:t>Думки кують, для прихоті своєї&lt;br /&gt;</w:t>
        <w:br/>
        <w:t>Люд трупом стелють люті тамерлани!</w:t>
      </w:r>
    </w:p>
    <w:p>
      <w:r>
        <w:br/>
        <w:t>Ох, загніздись на дні душі моєї,&lt;br /&gt;</w:t>
        <w:br/>
        <w:t>Важкая думо! Сильними кліщами&lt;br /&gt;</w:t>
        <w:br/>
        <w:t>Стискай те серце, скоро б від твоєї</w:t>
      </w:r>
    </w:p>
    <w:p>
      <w:r>
        <w:br/>
        <w:t>Схибнув я стежки! Ночами і днями&lt;br /&gt;</w:t>
        <w:br/>
        <w:t>Шепчи над вухом: "Ти слуга нещасних!&lt;br /&gt;</w:t>
        <w:br/>
        <w:t>Працюй для них словами і руками&lt;br /&gt;</w:t>
        <w:br/>
        <w:t>Без бажань власних, без вдоволень власних!"&lt;br /&gt;</w:t>
        <w:br/>
        <w:t>28 нояб[ря] 1883</w:t>
      </w:r>
    </w:p>
    <w:p>
      <w:r>
        <w:br/>
        <w:t>МІСЯЦЮ-КНЯЗЮ!...</w:t>
      </w:r>
    </w:p>
    <w:p>
      <w:r>
        <w:br/>
        <w:t>Місяцю-князю!&lt;br /&gt;</w:t>
        <w:br/>
        <w:t>Нічкою темною&lt;br /&gt;</w:t>
        <w:br/>
        <w:t>Тихо пливеш ти&lt;br /&gt;</w:t>
        <w:br/>
        <w:t>Стежков тяємною…&lt;br /&gt;</w:t>
        <w:br/>
        <w:t>Ніжно хлюпочеться&lt;br /&gt;</w:t>
        <w:br/>
        <w:t>Воздушне море,&lt;br /&gt;</w:t>
        <w:br/>
        <w:t>Так в нім і хочеться&lt;br /&gt;</w:t>
        <w:br/>
        <w:t>Змить з серця горе.</w:t>
      </w:r>
    </w:p>
    <w:p>
      <w:r>
        <w:br/>
        <w:t>Місяцю-князю,&lt;br /&gt;</w:t>
        <w:br/>
        <w:t>Ти, чарівниченьку!&lt;br /&gt;</w:t>
        <w:br/>
        <w:t>Смуток на твойому&lt;br /&gt;</w:t>
        <w:br/>
        <w:t>Ясному личеньку.&lt;br /&gt;</w:t>
        <w:br/>
        <w:t>Із небозвідної&lt;br /&gt;</w:t>
        <w:br/>
        <w:t>Стежки погідної&lt;br /&gt;</w:t>
        <w:br/>
        <w:t>Важко глядіть тобі&lt;br /&gt;</w:t>
        <w:br/>
        <w:t>В море бездонне,&lt;br /&gt;</w:t>
        <w:br/>
        <w:t>В людськості бідної&lt;br /&gt;</w:t>
        <w:br/>
        <w:t>Горе безсонне.</w:t>
      </w:r>
    </w:p>
    <w:p>
      <w:r>
        <w:br/>
        <w:t>Місяцю-князю!&lt;br /&gt;</w:t>
        <w:br/>
        <w:t>В пітьмі будущого,&lt;br /&gt;</w:t>
        <w:br/>
        <w:t>Знать, ти шукаєш&lt;br /&gt;</w:t>
        <w:br/>
        <w:t>Зілля цілющого,&lt;br /&gt;</w:t>
        <w:br/>
        <w:t>Зілля, що лиш цвіте&lt;br /&gt;</w:t>
        <w:br/>
        <w:t>З-за райських меж…&lt;br /&gt;</w:t>
        <w:br/>
        <w:t>Ох, і коли ж ти те&lt;br /&gt;</w:t>
        <w:br/>
        <w:t>Зілля найдеш?..&lt;br /&gt;</w:t>
        <w:br/>
        <w:t>16 іюля 1883</w:t>
      </w:r>
    </w:p>
    <w:p>
      <w:r>
        <w:br/>
        <w:t>ДУМИ ПРОЛЕТАРІЯ</w:t>
      </w:r>
    </w:p>
    <w:p>
      <w:r>
        <w:br/>
        <w:t>НА СУДІ</w:t>
      </w:r>
    </w:p>
    <w:p>
      <w:r>
        <w:br/>
        <w:t>Судіть мене, судді мої,&lt;br /&gt;</w:t>
        <w:br/>
        <w:t>Без милості фальшивої!&lt;br /&gt;</w:t>
        <w:br/>
        <w:t>Не надійтесь, що верну я&lt;br /&gt;</w:t>
        <w:br/>
        <w:t>З дороги "нечестивої",&lt;br /&gt;</w:t>
        <w:br/>
        <w:t>Не надійтесь, що голову&lt;br /&gt;</w:t>
        <w:br/>
        <w:t>Пред вами смирно схилю я,&lt;br /&gt;</w:t>
        <w:br/>
        <w:t>Що в добрість вашу вірити&lt;br /&gt;</w:t>
        <w:br/>
        <w:t>Буду одну хоч хвилю я.</w:t>
      </w:r>
    </w:p>
    <w:p>
      <w:r>
        <w:br/>
        <w:t>Судіть мене без боязні —&lt;br /&gt;</w:t>
        <w:br/>
        <w:t>Таж сильні ви, то знаєте!&lt;br /&gt;</w:t>
        <w:br/>
        <w:t>Судіть без встиду, таж ви встид&lt;br /&gt;</w:t>
        <w:br/>
        <w:t>На прив'язі тримаєте;&lt;br /&gt;</w:t>
        <w:br/>
        <w:t>Судіть, як каже право вам,&lt;br /&gt;</w:t>
        <w:br/>
        <w:t>Судіть остріше, тяжче ще —&lt;br /&gt;</w:t>
        <w:br/>
        <w:t>Таж ви і право — то одно&lt;br /&gt;</w:t>
        <w:br/>
        <w:t>В одній машині колісце.</w:t>
      </w:r>
    </w:p>
    <w:p>
      <w:r>
        <w:br/>
        <w:t>Одно лишень, прошу я вас,&lt;br /&gt;</w:t>
        <w:br/>
        <w:t>Скажіть виразно й сміло ви:&lt;br /&gt;</w:t>
        <w:br/>
        <w:t>Яка вина моя і тих,&lt;br /&gt;</w:t>
        <w:br/>
        <w:t>Що враз зо мною йдуть і йшли?&lt;br /&gt;</w:t>
        <w:br/>
        <w:t>Скажіть виразно: "Люди ті —&lt;br /&gt;</w:t>
        <w:br/>
        <w:t>Се зрадники! Вони хотять&lt;br /&gt;</w:t>
        <w:br/>
        <w:t>Перетворить, перевернуть,&lt;br /&gt;</w:t>
        <w:br/>
        <w:t>Звалити наш суспільний лад!"</w:t>
      </w:r>
    </w:p>
    <w:p>
      <w:r>
        <w:br/>
        <w:t>Та й ще скажіть, за що хотять&lt;br /&gt;</w:t>
        <w:br/>
        <w:t>Перетворити лад цілий?&lt;br /&gt;</w:t>
        <w:br/>
        <w:t>За те, що паном в нім багач,&lt;br /&gt;</w:t>
        <w:br/>
        <w:t>А гнесь слугою люд німий,&lt;br /&gt;</w:t>
        <w:br/>
        <w:t>За те, що чесна праця в нім&lt;br /&gt;</w:t>
        <w:br/>
        <w:t>Придавлена, понижена,&lt;br /&gt;</w:t>
        <w:br/>
        <w:t>Хоч весь той ваш суспільний лад&lt;br /&gt;</w:t>
        <w:br/>
        <w:t>Піддержує й живить вона.</w:t>
      </w:r>
    </w:p>
    <w:p>
      <w:r>
        <w:br/>
        <w:t>За те, що дармоїдство тут&lt;br /&gt;</w:t>
        <w:br/>
        <w:t>З робучих рук ссе кров і піт;&lt;br /&gt;</w:t>
        <w:br/>
        <w:t>За те, що тут з катедр, амвон&lt;br /&gt;</w:t>
        <w:br/>
        <w:t>Ллєсь темнота, не ясний світ;&lt;br /&gt;</w:t>
        <w:br/>
        <w:t>За те, що ллєсь мільйонів кров&lt;br /&gt;</w:t>
        <w:br/>
        <w:t>По прихоті панів, царів;&lt;br /&gt;</w:t>
        <w:br/>
        <w:t>За те, що люди людям тут&lt;br /&gt;</w:t>
        <w:br/>
        <w:t>Кати, боги, раби гірш псів.</w:t>
      </w:r>
    </w:p>
    <w:p>
      <w:r>
        <w:br/>
        <w:t>А ще скажіте, як сей лад&lt;br /&gt;</w:t>
        <w:br/>
        <w:t>Перевернути хочем ми.&lt;br /&gt;</w:t>
        <w:br/>
        <w:t>Не зброєю, не силою&lt;br /&gt;</w:t>
        <w:br/>
        <w:t>Огню, заліза і війни,&lt;br /&gt;</w:t>
        <w:br/>
        <w:t>А правдою, і працею,&lt;br /&gt;</w:t>
        <w:br/>
        <w:t>Й наукою. А як війна&lt;br /&gt;</w:t>
        <w:br/>
        <w:t>Кривава понадобиться —&lt;br /&gt;</w:t>
        <w:br/>
        <w:t>Не наша буде в тім вина.</w:t>
      </w:r>
    </w:p>
    <w:p>
      <w:r>
        <w:br/>
        <w:t>Та ще скажіть, що ви й самі&lt;br /&gt;</w:t>
        <w:br/>
        <w:t>Не відмовляєте нам то,&lt;br /&gt;</w:t>
        <w:br/>
        <w:t>Що правду ми говоримо,&lt;br /&gt;</w:t>
        <w:br/>
        <w:t>Що прямо, чесно ми йдемо&lt;br /&gt;</w:t>
        <w:br/>
        <w:t>За правдою. Все те скажіть,&lt;br /&gt;</w:t>
        <w:br/>
        <w:t>Судді мої, по щирості,&lt;br /&gt;</w:t>
        <w:br/>
        <w:t>Тоді в ім'я с ь о г о ладу&lt;br /&gt;</w:t>
        <w:br/>
        <w:t>Судіть мене без милості!&lt;br /&gt;</w:t>
        <w:br/>
        <w:t>30 апр[еля] 1880</w:t>
      </w:r>
    </w:p>
    <w:p>
      <w:r>
        <w:br/>
        <w:t>SEMPER IDEMI [2]</w:t>
      </w:r>
    </w:p>
    <w:p>
      <w:r>
        <w:br/>
        <w:t>Против рожна перти,&lt;br /&gt;</w:t>
        <w:br/>
        <w:t>Против хвиль плисти,&lt;br /&gt;</w:t>
        <w:br/>
        <w:t>Сміло аж до смерти&lt;br /&gt;</w:t>
        <w:br/>
        <w:t>Хрест важкий нести!</w:t>
      </w:r>
    </w:p>
    <w:p>
      <w:r>
        <w:br/>
        <w:t>Правда против сили!&lt;br /&gt;</w:t>
        <w:br/>
        <w:t>Боєм против зла!&lt;br /&gt;</w:t>
        <w:br/>
        <w:t>Між народ похилий&lt;br /&gt;</w:t>
        <w:br/>
        <w:t>Вольності слова!</w:t>
      </w:r>
    </w:p>
    <w:p>
      <w:r>
        <w:br/>
        <w:t>З світочем науки&lt;br /&gt;</w:t>
        <w:br/>
        <w:t>Против брехні й тьми —&lt;br /&gt;</w:t>
        <w:br/>
        <w:t>Гей, робучі руки,&lt;br /&gt;</w:t>
        <w:br/>
        <w:t>Світлії уми!</w:t>
      </w:r>
    </w:p>
    <w:p>
      <w:r>
        <w:br/>
        <w:t>Ще те не вродилось&lt;br /&gt;</w:t>
        <w:br/>
        <w:t>Остреє залізо,&lt;br /&gt;</w:t>
        <w:br/>
        <w:t>Щоб ним правду й волю&lt;br /&gt;</w:t>
        <w:br/>
        <w:t>Самодур зарізав!</w:t>
      </w:r>
    </w:p>
    <w:p>
      <w:r>
        <w:br/>
        <w:t>Ще той не вродився&lt;br /&gt;</w:t>
        <w:br/>
        <w:t>Жар, щоб в нім згоріло&lt;br /&gt;</w:t>
        <w:br/>
        <w:t>Вічне діло духа,&lt;br /&gt;</w:t>
        <w:br/>
        <w:t>Не лиш утле тіло!&lt;br /&gt;</w:t>
        <w:br/>
        <w:t>3 апр[еля] 1880</w:t>
      </w:r>
    </w:p>
    <w:p>
      <w:r>
        <w:br/>
        <w:t>ІДЕАЛІСТИ</w:t>
      </w:r>
    </w:p>
    <w:p>
      <w:r>
        <w:br/>
        <w:t>Під пнем перегнилим в болоті гнилому&lt;br /&gt;</w:t>
        <w:br/>
        <w:t>Вертяться, клубляться дрібні черв'яки:&lt;br /&gt;</w:t>
        <w:br/>
        <w:t>І вродились, виросли й гинуть у ньому,&lt;br /&gt;</w:t>
        <w:br/>
        <w:t>А другі їх тілом живуть залюбки.</w:t>
      </w:r>
    </w:p>
    <w:p>
      <w:r>
        <w:br/>
        <w:t>І сниться їм, бідним, у пітьмі кромішній:&lt;br /&gt;</w:t>
        <w:br/>
        <w:t>Десь сонце горить у всім чарі весни,&lt;br /&gt;</w:t>
        <w:br/>
        <w:t>А в сонця промінні, у рардості вічній&lt;br /&gt;</w:t>
        <w:br/>
        <w:t>Гуляють і золотом сяють вони.</w:t>
      </w:r>
    </w:p>
    <w:p>
      <w:r>
        <w:br/>
        <w:t>Ті сни свої черви складали в системи&lt;br /&gt;</w:t>
        <w:br/>
        <w:t>З заключенням: так є найліпше, як є;&lt;br /&gt;</w:t>
        <w:br/>
        <w:t>Читали промови, співали поеми&lt;br /&gt;</w:t>
        <w:br/>
        <w:t>Про гарне, щасливе в болоті життє.</w:t>
      </w:r>
    </w:p>
    <w:p>
      <w:r>
        <w:br/>
        <w:t>Втім люди той пень відвалили й поперли,&lt;br /&gt;</w:t>
        <w:br/>
        <w:t>І дійснеє сонце вказалось з-за мли;&lt;br /&gt;</w:t>
        <w:br/>
        <w:t>На сонце те глипнули черви й померли&lt;br /&gt;</w:t>
        <w:br/>
        <w:t>І, мручи, убійчеє світло кляли.&lt;br /&gt;</w:t>
        <w:br/>
        <w:t>1882</w:t>
      </w:r>
    </w:p>
    <w:p>
      <w:r>
        <w:br/>
        <w:t>ВСЮДИ НІВЕЧИТЬСЯ ПРАВДА...</w:t>
      </w:r>
    </w:p>
    <w:p>
      <w:r>
        <w:br/>
        <w:t>Всюди нівечиться правда,&lt;br /&gt;</w:t>
        <w:br/>
        <w:t>Всюди панує брехня,&lt;br /&gt;</w:t>
        <w:br/>
        <w:t>В ваших лиш сердцях, о браття,&lt;br /&gt;</w:t>
        <w:br/>
        <w:t>Най не постане вона!</w:t>
      </w:r>
    </w:p>
    <w:p>
      <w:r>
        <w:br/>
        <w:t>Там ви для правди святої&lt;br /&gt;</w:t>
        <w:br/>
        <w:t>Сильний збудуйте опліт,&lt;br /&gt;</w:t>
        <w:br/>
        <w:t>Там ви огонь невгасимий&lt;br /&gt;</w:t>
        <w:br/>
        <w:t>Чесної думки паліть!</w:t>
      </w:r>
    </w:p>
    <w:p>
      <w:r>
        <w:br/>
        <w:t>Твердша від сталі твердої,&lt;br /&gt;</w:t>
        <w:br/>
        <w:t>Сто раз тривкіша, ніж мур, —&lt;br /&gt;</w:t>
        <w:br/>
        <w:t>Щирих, м'яких серць твердиня&lt;br /&gt;</w:t>
        <w:br/>
        <w:t>Супроти громів і бур.</w:t>
      </w:r>
    </w:p>
    <w:p>
      <w:r>
        <w:br/>
        <w:t>Там з поколінь в покоління&lt;br /&gt;</w:t>
        <w:br/>
        <w:t>Правда простоїть ціла,&lt;br /&gt;</w:t>
        <w:br/>
        <w:t>Поки не зломиться лютий&lt;br /&gt;</w:t>
        <w:br/>
        <w:t>Вал лицемірства і зла.</w:t>
      </w:r>
    </w:p>
    <w:p>
      <w:r>
        <w:br/>
        <w:t>І, мов те древо зимою,&lt;br /&gt;</w:t>
        <w:br/>
        <w:t>Зверху безлисте, мертве,&lt;br /&gt;</w:t>
        <w:br/>
        <w:t>В бурі, морози пускає&lt;br /&gt;</w:t>
        <w:br/>
        <w:t>Вічно коріння нове, —</w:t>
      </w:r>
    </w:p>
    <w:p>
      <w:r>
        <w:br/>
        <w:t>І, мов нора та підземна&lt;br /&gt;</w:t>
        <w:br/>
        <w:t>Триска ключем з-під скали, —&lt;br /&gt;</w:t>
        <w:br/>
        <w:t>Трисне з-під зла й пересудів&lt;br /&gt;</w:t>
        <w:br/>
        <w:t>Правда жива на земли!&lt;br /&gt;</w:t>
        <w:br/>
        <w:t>6 апр[еля] 1880</w:t>
      </w:r>
    </w:p>
    <w:p>
      <w:r>
        <w:br/>
        <w:t>СУПОКІЙ</w:t>
      </w:r>
    </w:p>
    <w:p>
      <w:r>
        <w:br/>
        <w:t>Супокій — святеє діло&lt;br /&gt;</w:t>
        <w:br/>
        <w:t>В супокійнії часи,&lt;br /&gt;</w:t>
        <w:br/>
        <w:t>Та сли в час війни та бою&lt;br /&gt;</w:t>
        <w:br/>
        <w:t>Ти зовеш до супокою —&lt;br /&gt;</w:t>
        <w:br/>
        <w:t>Зрадник або трус єси.</w:t>
      </w:r>
    </w:p>
    <w:p>
      <w:r>
        <w:br/>
        <w:t>Бо коли народи в згоді&lt;br /&gt;</w:t>
        <w:br/>
        <w:t>Враз працюють, щоб природі&lt;br /&gt;</w:t>
        <w:br/>
        <w:t>Вирвать тайну не одну,&lt;br /&gt;</w:t>
        <w:br/>
        <w:t>В тьму життя влить світла досить, —&lt;br /&gt;</w:t>
        <w:br/>
        <w:t>Горе тому, хто підносить&lt;br /&gt;</w:t>
        <w:br/>
        <w:t>Самовільную війну.</w:t>
      </w:r>
    </w:p>
    <w:p>
      <w:r>
        <w:br/>
        <w:t>Та коли в робучу пору&lt;br /&gt;</w:t>
        <w:br/>
        <w:t>В нашу хату і комору&lt;br /&gt;</w:t>
        <w:br/>
        <w:t>Закрадаєсь лиходій,&lt;br /&gt;</w:t>
        <w:br/>
        <w:t>Щоб здобуток наш розкрасти,&lt;br /&gt;</w:t>
        <w:br/>
        <w:t>Ще й на нас кайдани вкласти, —&lt;br /&gt;</w:t>
        <w:br/>
        <w:t>Чи й тоді святий спокій?..&lt;br /&gt;</w:t>
        <w:br/>
        <w:t>15 іюля 1883</w:t>
      </w:r>
    </w:p>
    <w:p>
      <w:r>
        <w:br/>
        <w:t>ТОВАРИШАМ</w:t>
      </w:r>
    </w:p>
    <w:p>
      <w:r>
        <w:br/>
        <w:t>І вас зі своїх зборів проженуть&lt;br /&gt;</w:t>
        <w:br/>
        <w:t>Старих порядків лицарі гордії,&lt;br /&gt;</w:t>
        <w:br/>
        <w:t>Ім'я і діла ваші прокленуть&lt;br /&gt;</w:t>
        <w:br/>
        <w:t>І крикнуть: " Зрада! Пагубнії мрії!"&lt;br /&gt;</w:t>
        <w:br/>
        <w:t>І вашу добру славу оплюють&lt;br /&gt;</w:t>
        <w:br/>
        <w:t>Брехнею, й вас полічать між злодії,&lt;br /&gt;</w:t>
        <w:br/>
        <w:t>Отрутою, замучених, напоять,&lt;br /&gt;</w:t>
        <w:br/>
        <w:t>Надії ясні жовчею затроять.</w:t>
      </w:r>
    </w:p>
    <w:p>
      <w:r>
        <w:br/>
        <w:t>На суд потягнуть вас. Начинять вами&lt;br /&gt;</w:t>
        <w:br/>
        <w:t>Всі тюрми, все покличуть проти вас —&lt;br /&gt;</w:t>
        <w:br/>
        <w:t>Людей і бога. Ділом і словами&lt;br /&gt;</w:t>
        <w:br/>
        <w:t>Не променуть ранити раз у раз&lt;br /&gt;</w:t>
        <w:br/>
        <w:t>М'якеє серце ваше, мов тернами.&lt;br /&gt;</w:t>
        <w:br/>
        <w:t>Подумаєш: "Отак жить!" — і не раз,&lt;br /&gt;</w:t>
        <w:br/>
        <w:t>Самому страшно, защемить у груди…&lt;br /&gt;</w:t>
        <w:br/>
        <w:t>Чи ж так живуть з людьми-братами люди?</w:t>
      </w:r>
    </w:p>
    <w:p>
      <w:r>
        <w:br/>
        <w:t>Не так повинні! Щоб не так жили,&lt;br /&gt;</w:t>
        <w:br/>
        <w:t>Щоб брата і в найменшому пізнали,&lt;br /&gt;</w:t>
        <w:br/>
        <w:t>За те якраз до бою ви пішли,&lt;br /&gt;</w:t>
        <w:br/>
        <w:t>На поклик правди проти брехні стали…&lt;br /&gt;</w:t>
        <w:br/>
        <w:t>Борітеся! Терпіть! По всій земли&lt;br /&gt;</w:t>
        <w:br/>
        <w:t>Рівняйте стежку правді! Де застали&lt;br /&gt;</w:t>
        <w:br/>
        <w:t>Лиш гложжя, терня, там по вас нехай&lt;br /&gt;</w:t>
        <w:br/>
        <w:t>Зазеленіє жито, наче гай!&lt;br /&gt;</w:t>
        <w:br/>
        <w:t>19 апр[еля] 1880</w:t>
      </w:r>
    </w:p>
    <w:p>
      <w:r>
        <w:br/>
        <w:t>НЕ ЛЮДИ НАШІ ВОРОГИ...</w:t>
      </w:r>
    </w:p>
    <w:p>
      <w:r>
        <w:br/>
        <w:t>Не люди наші вороги,&lt;br /&gt;</w:t>
        <w:br/>
        <w:t>Хоч люди гонять нас, і судять,&lt;br /&gt;</w:t>
        <w:br/>
        <w:t>І запирають до тюрми,&lt;br /&gt;</w:t>
        <w:br/>
        <w:t>І висмівають нас, і гудять.</w:t>
      </w:r>
    </w:p>
    <w:p>
      <w:r>
        <w:br/>
        <w:t>Бо люди що? Каміння те,&lt;br /&gt;</w:t>
        <w:br/>
        <w:t>Котре, розбурхана весною,&lt;br /&gt;</w:t>
        <w:br/>
        <w:t>Валами котить і несе&lt;br /&gt;</w:t>
        <w:br/>
        <w:t>Ріка розлитая з собою.</w:t>
      </w:r>
    </w:p>
    <w:p>
      <w:r>
        <w:br/>
        <w:t>Не в людях зло, а в путах тих,&lt;br /&gt;</w:t>
        <w:br/>
        <w:t>Котрі незримими вузлами&lt;br /&gt;</w:t>
        <w:br/>
        <w:t>Скрутили сильних і слабих&lt;br /&gt;</w:t>
        <w:br/>
        <w:t>З їх мукою і їх ділами.</w:t>
      </w:r>
    </w:p>
    <w:p>
      <w:r>
        <w:br/>
        <w:t>Мов Лаокоон серед змій,&lt;br /&gt;</w:t>
        <w:br/>
        <w:t>Так люд увесь в тих путах в'ється…&lt;br /&gt;</w:t>
        <w:br/>
        <w:t>Ох, і коли ж той скрут страшний&lt;br /&gt;</w:t>
        <w:br/>
        <w:t>На тілі велетня порветься.&lt;br /&gt;</w:t>
        <w:br/>
        <w:t>9 апр[еля] 1880</w:t>
      </w:r>
    </w:p>
    <w:p>
      <w:r>
        <w:br/>
        <w:t>EXCELSIOR!</w:t>
      </w:r>
    </w:p>
    <w:p>
      <w:r>
        <w:br/>
        <w:t>БЕРКУТ</w:t>
      </w:r>
    </w:p>
    <w:p>
      <w:r>
        <w:br/>
        <w:t>З укритого гнізда в скалистій десь щілині&lt;br /&gt;</w:t>
        <w:br/>
        <w:t>З тяжким він розмахом рвонувсь під хмари сині —&lt;br /&gt;</w:t>
        <w:br/>
        <w:t>З таємних мов джерел гнівлива думка рветься,&lt;br /&gt;</w:t>
        <w:br/>
        <w:t>Облетить світ, і аж о неба звід опреться,&lt;br /&gt;</w:t>
        <w:br/>
        <w:t>І б'є важким крилом, де лиш сягнути зможе,&lt;br /&gt;</w:t>
        <w:br/>
        <w:t>І зве: "Де правда та? Де ти, великий боже?&lt;br /&gt;</w:t>
        <w:br/>
        <w:t>Всі зорі збігла я, атоми всі в природі&lt;br /&gt;</w:t>
        <w:br/>
        <w:t>Перешукала скрізь, тебе ж спіткати годі.</w:t>
      </w:r>
    </w:p>
    <w:p>
      <w:r>
        <w:br/>
        <w:t>В блакиті він завис недвижний, розпростертий,&lt;br /&gt;</w:t>
        <w:br/>
        <w:t>Мов над життям грізний, невпинний образ смерти.&lt;br /&gt;</w:t>
        <w:br/>
        <w:t>Здаєсь, що до небес він гвоздями прибитий,&lt;br /&gt;</w:t>
        <w:br/>
        <w:t>Та чуєш, що він гнеть вниз вержесь— кров пролити.&lt;br /&gt;</w:t>
        <w:br/>
        <w:t>Ти чуєш се, і жах тебе проходить зимний:&lt;br /&gt;</w:t>
        <w:br/>
        <w:t>Таж над тобою тож завис беркут нестримний!&lt;br /&gt;</w:t>
        <w:br/>
        <w:t>Він не хибне тебе, хоч як високо висить!&lt;br /&gt;</w:t>
        <w:br/>
        <w:t>Чи много то ще хвиль тобі гуляти лишить?..</w:t>
      </w:r>
    </w:p>
    <w:p>
      <w:r>
        <w:br/>
        <w:t>Ось рушив він. Пливе без маху крил в блакиті,&lt;br /&gt;</w:t>
        <w:br/>
        <w:t>Мов човник Долі тче днів наших пасма скриті.&lt;br /&gt;</w:t>
        <w:br/>
        <w:t>Спокійно колесить, знижаєсь, знов зриваєсь.&lt;br /&gt;</w:t>
        <w:br/>
        <w:t>За хмару криється, в лазурі розпливаєсь.&lt;br /&gt;</w:t>
        <w:br/>
        <w:t>Лиш острий крик його вістить, що він голодний!&lt;br /&gt;</w:t>
        <w:br/>
        <w:t>Так в час тиші не раз прорветься плач народний.&lt;br /&gt;</w:t>
        <w:br/>
        <w:t>І защемить в душах вельможних біль таємний,&lt;br /&gt;</w:t>
        <w:br/>
        <w:t>Мов землетрясіння віщун, той грім підземний.</w:t>
      </w:r>
    </w:p>
    <w:p>
      <w:r>
        <w:br/>
        <w:t>Я не люблю тебе, ненавиджу, беркуте!&lt;br /&gt;</w:t>
        <w:br/>
        <w:t>За те, що в груді ти ховаєш серце люте,&lt;br /&gt;</w:t>
        <w:br/>
        <w:t>За те, що кров ти п'єш, на низьких і слабих&lt;br /&gt;</w:t>
        <w:br/>
        <w:t>З погордою глядиш, хоч сам живеш із них;&lt;br /&gt;</w:t>
        <w:br/>
        <w:t>За те, що так тебе боїться слабша твар,&lt;br /&gt;</w:t>
        <w:br/>
        <w:t>Ненавиджу тебе за теє, що ти цар!&lt;br /&gt;</w:t>
        <w:br/>
        <w:t>І ось блищить мій кріс — ціль добра, вистріл певен,&lt;br /&gt;</w:t>
        <w:br/>
        <w:t>І вбійчеє ядро під хмари понесе він.</w:t>
      </w:r>
    </w:p>
    <w:p>
      <w:r>
        <w:br/>
        <w:t>І замість нести смерть згори на земне ложе,&lt;br /&gt;</w:t>
        <w:br/>
        <w:t>Ти сам спіткаєш смерть під хмарами небоже.&lt;br /&gt;</w:t>
        <w:br/>
        <w:t>І не як божий суд, але як труп бездушний&lt;br /&gt;</w:t>
        <w:br/>
        <w:t>Ти впадеш, судові тих моїх куль послушний.&lt;br /&gt;</w:t>
        <w:br/>
        <w:t>І не остатній ти! Нас є стрільців стосот;&lt;br /&gt;</w:t>
        <w:br/>
        <w:t>І все, що звесь беркут, полоще кров'ю рот,&lt;br /&gt;</w:t>
        <w:br/>
        <w:t>Вивищуєсь над мир, тривогу й пострах сіє, —&lt;br /&gt;</w:t>
        <w:br/>
        <w:t>Те кулі не уйде, як слушний час наспіє.&lt;br /&gt;</w:t>
        <w:br/>
        <w:t>А труп бездушний ми без жалю, без промови&lt;br /&gt;</w:t>
        <w:br/>
        <w:t>Ногою копнемо й підемо дальш на лови.&lt;br /&gt;</w:t>
        <w:br/>
        <w:t>22-24 мая 1883</w:t>
      </w:r>
    </w:p>
    <w:p>
      <w:r>
        <w:br/>
        <w:t>ЧОВЕН</w:t>
      </w:r>
    </w:p>
    <w:p>
      <w:r>
        <w:br/>
        <w:t>Хвиля радісно плюскоче та леститься до човна,&lt;br /&gt;</w:t>
        <w:br/>
        <w:t>Мов диття, цікава, шепче і розпитує вона:&lt;br /&gt;</w:t>
        <w:br/>
        <w:t>"Хто ти, човне? Що шукаєш? Відки і куди пливеш?&lt;br /&gt;</w:t>
        <w:br/>
        <w:t>І за чим туди шукаєш? Що пробув? Чого ще ждеш?</w:t>
      </w:r>
    </w:p>
    <w:p>
      <w:r>
        <w:br/>
        <w:t>І повзе ліниво човен, і воркоче, і бурчить:&lt;br /&gt;</w:t>
        <w:br/>
        <w:t>"Відки взявся я — не знаю; чим прийдеться закінчить&lt;br /&gt;</w:t>
        <w:br/>
        <w:t>Біг мій вічний — тож не знаю. Хвиля носить, буря рве,&lt;br /&gt;</w:t>
        <w:br/>
        <w:t>Скали грозять, надять-просять к собі береги мене.</w:t>
      </w:r>
    </w:p>
    <w:p>
      <w:r>
        <w:br/>
        <w:t>Хвилі — то життя, то гріб мій, пестощі і смерть моя;&lt;br /&gt;</w:t>
        <w:br/>
        <w:t>Понад власним гробом вічно ховзаюсь тривожно я.&lt;br /&gt;</w:t>
        <w:br/>
        <w:t>Поки лиш живу правдиво, поки гріб той підо мнов:&lt;br /&gt;</w:t>
        <w:br/>
        <w:t>Вітер гонить, хвиля ломить — і я вже на дно пішов.</w:t>
      </w:r>
    </w:p>
    <w:p>
      <w:r>
        <w:br/>
        <w:t>Що ж тут думать, що тужити, що питатися про ціль!&lt;br /&gt;</w:t>
        <w:br/>
        <w:t>Нині жити, завтра гнити, нині страх, а завтра біль.&lt;br /&gt;</w:t>
        <w:br/>
        <w:t>Кажуть, що природа — мати нас держить, як їм там тре,&lt;br /&gt;</w:t>
        <w:br/>
        <w:t>А в кінці мене цілого знов до себе відбере.</w:t>
      </w:r>
    </w:p>
    <w:p>
      <w:r>
        <w:br/>
        <w:t>Що ж тут думати? Тримає,то тримає, а візьме,&lt;br /&gt;</w:t>
        <w:br/>
        <w:t>То візьме — ні в сім, ні в тому не питатиме мене.&lt;br /&gt;</w:t>
        <w:br/>
        <w:t>Непогідний, несвобідний день мій, вік мій: жий чи гинь —&lt;br /&gt;</w:t>
        <w:br/>
        <w:t>Все одно! Шукати цілі? Вік борись, плисти не кинь!"</w:t>
      </w:r>
    </w:p>
    <w:p>
      <w:r>
        <w:br/>
        <w:t>Хвиля весело плюскоче та леститься до човна,&lt;br /&gt;</w:t>
        <w:br/>
        <w:t>Ніжна, мов дитина, шепче і пришіптує вона:&lt;br /&gt;</w:t>
        <w:br/>
        <w:t>"Човне-брате, втіх шукати серед смерті, верх могил —&lt;br /&gt;</w:t>
        <w:br/>
        <w:t>Се ж не горе! Глянь на море, кілько тут несесь вітрил!</w:t>
      </w:r>
    </w:p>
    <w:p>
      <w:r>
        <w:br/>
        <w:t>Не один втонув тут човен, та не кождий же втонув;&lt;br /&gt;</w:t>
        <w:br/>
        <w:t>Хоч би й дев'ять не вернуло, то десятий повернув&lt;br /&gt;</w:t>
        <w:br/>
        <w:t>І дійшов же до пристані. Та ніде той не дійде,&lt;br /&gt;</w:t>
        <w:br/>
        <w:t>Хто не має цілі. Човен, як пливеш, то знай же, де!</w:t>
      </w:r>
    </w:p>
    <w:p>
      <w:r>
        <w:br/>
        <w:t>Таж не все бурхає море, тихеє бува частіш.&lt;br /&gt;</w:t>
        <w:br/>
        <w:t>Таж і в бурю не всі човни гинуть — тим ся ти потіш!&lt;br /&gt;</w:t>
        <w:br/>
        <w:t>А хто знає, може, в бурю іменно спасешся ти!&lt;br /&gt;</w:t>
        <w:br/>
        <w:t>Може, іменно тобі ся вдасть до цілі доплисти!"&lt;br /&gt;</w:t>
        <w:br/>
        <w:t>Стрий, 13 іюня 1880</w:t>
      </w:r>
    </w:p>
    <w:p>
      <w:r>
        <w:br/>
        <w:t>КАМЕНЯРІ</w:t>
      </w:r>
    </w:p>
    <w:p>
      <w:r>
        <w:br/>
        <w:t>Я бачив дивний сон. Немов передо мною&lt;br /&gt;</w:t>
        <w:br/>
        <w:t>Безмірна, та пуста, і дика площина,&lt;br /&gt;</w:t>
        <w:br/>
        <w:t>І я,прикований ланцем залізним, стою&lt;br /&gt;</w:t>
        <w:br/>
        <w:t>Під височенною гранітною скалою,&lt;br /&gt;</w:t>
        <w:br/>
        <w:t>А далі тисячі таких самих, як я.</w:t>
      </w:r>
    </w:p>
    <w:p>
      <w:r>
        <w:br/>
        <w:t>У кождого чоло життя і жаль порили,&lt;br /&gt;</w:t>
        <w:br/>
        <w:t>І в оці кождого горить любові жар,&lt;br /&gt;</w:t>
        <w:br/>
        <w:t>І руки в кождого ланці, мов гадь, обвили,&lt;br /&gt;</w:t>
        <w:br/>
        <w:t>І плечі кождого додолу ся схилили,&lt;br /&gt;</w:t>
        <w:br/>
        <w:t>Бо давить всіх один страшний якийсь тягар.</w:t>
      </w:r>
    </w:p>
    <w:p>
      <w:r>
        <w:br/>
        <w:t>У кождого в руках тяжкий залізний молот,&lt;br /&gt;</w:t>
        <w:br/>
        <w:t>І голос сильний нам згори, як грім, гримить:&lt;br /&gt;</w:t>
        <w:br/>
        <w:t>"Лупайте сю скалу! Нехай ні жар, ні холод&lt;br /&gt;</w:t>
        <w:br/>
        <w:t>Не спинить вас! Зносіть і труд, і спрагу, й голод,&lt;br /&gt;</w:t>
        <w:br/>
        <w:t>Бо вам призначено скалу сесю розбить."</w:t>
      </w:r>
    </w:p>
    <w:p>
      <w:r>
        <w:br/>
        <w:t>І всі ми, як один, підняли вгору руки,&lt;br /&gt;</w:t>
        <w:br/>
        <w:t>І тисяч молотів о камінь загуло,&lt;br /&gt;</w:t>
        <w:br/>
        <w:t>І в тисячні боки розприскалися штуки&lt;br /&gt;</w:t>
        <w:br/>
        <w:t>Та відривки скали; ми з силою розпуки&lt;br /&gt;</w:t>
        <w:br/>
        <w:t>Раз по раз гримали о кам'яне чоло.</w:t>
      </w:r>
    </w:p>
    <w:p>
      <w:r>
        <w:br/>
        <w:t>Мов водопаду рев, мов битви гук кривавий,&lt;br /&gt;</w:t>
        <w:br/>
        <w:t>Так наші молоти гриміли раз у раз;&lt;br /&gt;</w:t>
        <w:br/>
        <w:t>І п'ядь за п'ядею ми місця здобували;&lt;br /&gt;</w:t>
        <w:br/>
        <w:t>Хоч не одного там калічили ті скали,&lt;br /&gt;</w:t>
        <w:br/>
        <w:t>Ми далі йшли, ніщо не спинювало нас.</w:t>
      </w:r>
    </w:p>
    <w:p>
      <w:r>
        <w:br/>
        <w:t>І кождий з нас те знав, що слави нам не буде,&lt;br /&gt;</w:t>
        <w:br/>
        <w:t>Ні пам'яті в людей за сей кривавий труд,&lt;br /&gt;</w:t>
        <w:br/>
        <w:t>Що аж тоді підуть по сій дорозі люди,&lt;br /&gt;</w:t>
        <w:br/>
        <w:t>Як ми проб'єм її та вирівняєм всюди,&lt;br /&gt;</w:t>
        <w:br/>
        <w:t>Як наші кості тут під нею зогниють.</w:t>
      </w:r>
    </w:p>
    <w:p>
      <w:r>
        <w:br/>
        <w:t>Та слави людської зовсім ми не бажали,&lt;br /&gt;</w:t>
        <w:br/>
        <w:t>Бо не герої ми і не богатирі.&lt;br /&gt;</w:t>
        <w:br/>
        <w:t>Ні, ми невольники, хоч добровільно взяли&lt;br /&gt;</w:t>
        <w:br/>
        <w:t>На себе пута. Ми рабами волі стали:&lt;br /&gt;</w:t>
        <w:br/>
        <w:t>На шляху поступу ми лиш каменярі.</w:t>
      </w:r>
    </w:p>
    <w:p>
      <w:r>
        <w:br/>
        <w:t>І всі ми вірили, що своїми руками&lt;br /&gt;</w:t>
        <w:br/>
        <w:t>Розіб'ємо скалу, роздробимо граніт,&lt;br /&gt;</w:t>
        <w:br/>
        <w:t>Що кров'ю власною і власними кістками&lt;br /&gt;</w:t>
        <w:br/>
        <w:t>Твердий змуруємо гостинець і за нами&lt;br /&gt;</w:t>
        <w:br/>
        <w:t>Прийде нове життя, добро нове у світ.</w:t>
      </w:r>
    </w:p>
    <w:p>
      <w:r>
        <w:br/>
        <w:t>І знали ми, що там далеко десь у світі,&lt;br /&gt;</w:t>
        <w:br/>
        <w:t>Який ми кинули для праці, поту й пут,&lt;br /&gt;</w:t>
        <w:br/>
        <w:t>За нами сльози ллють мами, жінки і діти,&lt;br /&gt;</w:t>
        <w:br/>
        <w:t>Що други й недруги, гнівнії та сердиті,&lt;br /&gt;</w:t>
        <w:br/>
        <w:t>І нас, і намір наш, і діло те кленуть.</w:t>
      </w:r>
    </w:p>
    <w:p>
      <w:r>
        <w:br/>
        <w:t>Ми знали се, і в нас не раз душа боліла,&lt;br /&gt;</w:t>
        <w:br/>
        <w:t>І серце рвалося, і груди жаль стискав;&lt;br /&gt;</w:t>
        <w:br/>
        <w:t>Та сльози, ані жаль, ні біль пекучий тіла,&lt;br /&gt;</w:t>
        <w:br/>
        <w:t>Ані прокляття нас не відтягли від діла,&lt;br /&gt;</w:t>
        <w:br/>
        <w:t>І молота ніхто із рук не випускав.</w:t>
      </w:r>
    </w:p>
    <w:p>
      <w:r>
        <w:br/>
        <w:t>Отак ми всі йдемо, в одну громаду скуті&lt;br /&gt;</w:t>
        <w:br/>
        <w:t>Святою думкою, а молоти в руках.&lt;br /&gt;</w:t>
        <w:br/>
        <w:t>Нехай прокляті ми і світом позабуті!&lt;br /&gt;</w:t>
        <w:br/>
        <w:t>Ми ломимор скалу, рівняєм правді путі,&lt;br /&gt;</w:t>
        <w:br/>
        <w:t>І щастя всіх прийде по наших аж кістках.&lt;br /&gt;</w:t>
        <w:br/>
        <w:t>[1878]</w:t>
      </w:r>
    </w:p>
    <w:p>
      <w:r>
        <w:br/>
        <w:t>ІДИЛІЯ</w:t>
      </w:r>
    </w:p>
    <w:p>
      <w:r>
        <w:br/>
        <w:t>Давно було. Дітей маленьких двоє,&lt;br /&gt;</w:t>
        <w:br/>
        <w:t>Побравшися за руки, по квітчастих&lt;br /&gt;</w:t>
        <w:br/>
        <w:t>Лугах підгірських, стежкою вузькою&lt;br /&gt;</w:t>
        <w:br/>
        <w:t>Попорек нив, в жарку літнюю днину&lt;br /&gt;</w:t>
        <w:br/>
        <w:t>Ішли з села.</w:t>
      </w:r>
    </w:p>
    <w:p>
      <w:r>
        <w:br/>
        <w:t>Старшенький хлопчик був —&lt;br /&gt;</w:t>
        <w:br/>
        <w:t>Біловолосий, з синіми очима,&lt;br /&gt;</w:t>
        <w:br/>
        <w:t>З конем вербовим у руці. У нього&lt;br /&gt;</w:t>
        <w:br/>
        <w:t>За пазухою добрий кусень хліба&lt;br /&gt;</w:t>
        <w:br/>
        <w:t>І квітка на кайстровім капелюсі.&lt;br /&gt;</w:t>
        <w:br/>
        <w:t>А дівчинка вела його за руку,&lt;br /&gt;</w:t>
        <w:br/>
        <w:t>Хоч менша. Наче терен, оченята,&lt;br /&gt;</w:t>
        <w:br/>
        <w:t>Мов вуглики, жарілися і живо&lt;br /&gt;</w:t>
        <w:br/>
        <w:t>Все бігали кругом. Мов миший хвіст,&lt;br /&gt;</w:t>
        <w:br/>
        <w:t>Косичка ззаду висіла, а в ній&lt;br /&gt;</w:t>
        <w:br/>
        <w:t>Червона стрічка вплетена була.&lt;br /&gt;</w:t>
        <w:br/>
        <w:t>В маленькій запасчині підіп'ятій&lt;br /&gt;</w:t>
        <w:br/>
        <w:t>Знать кілька бульб печених, а стручки&lt;br /&gt;</w:t>
        <w:br/>
        <w:t>Зеленого гороху визирали&lt;br /&gt;</w:t>
        <w:br/>
        <w:t>З-за пазухи.</w:t>
      </w:r>
    </w:p>
    <w:p>
      <w:r>
        <w:br/>
        <w:t>Нерадо якось хлопчик&lt;br /&gt;</w:t>
        <w:br/>
        <w:t>Ішов і боязливо озирався,&lt;br /&gt;</w:t>
        <w:br/>
        <w:t>А дівчинка невпинно щебетала,&lt;br /&gt;</w:t>
        <w:br/>
        <w:t>Додаючи товаришу відваги.&lt;br /&gt;</w:t>
        <w:br/>
        <w:t>— Встидайся, фе! Такий великий виріс,&lt;br /&gt;</w:t>
        <w:br/>
        <w:t>А плакать хоче! Хлопець, а боїться!&lt;br /&gt;</w:t>
        <w:br/>
        <w:t>Чого боятись тут? Сли я ти кажу,&lt;br /&gt;</w:t>
        <w:br/>
        <w:t>То мусить бути правда. Все мої&lt;br /&gt;</w:t>
        <w:br/>
        <w:t>Бабуня не такі, щоби брехали!&lt;br /&gt;</w:t>
        <w:br/>
        <w:t>А ти диви, хіба то так далеко?&lt;br /&gt;</w:t>
        <w:br/>
        <w:t>На сей горбок, а відтам Діл близенько,&lt;br /&gt;</w:t>
        <w:br/>
        <w:t>А там Ділом угору та все вгору,&lt;br /&gt;</w:t>
        <w:br/>
        <w:t>Аж на сам верх! Та й годі! Там спочинем —&lt;br /&gt;</w:t>
        <w:br/>
        <w:t>А може, ні, чого ще спочивати,&lt;br /&gt;</w:t>
        <w:br/>
        <w:t>Коли вже відтам близько!.. Крикнем: У! —&lt;br /&gt;</w:t>
        <w:br/>
        <w:t>Та й просто враз побіжимо до тих&lt;br /&gt;</w:t>
        <w:br/>
        <w:t>Стовпів залізних, що підперли небо.&lt;br /&gt;</w:t>
        <w:br/>
        <w:t>А там сховаємось за стовп і тихо —&lt;br /&gt;</w:t>
        <w:br/>
        <w:t>Тихенько аж до вечора пробудем.&lt;br /&gt;</w:t>
        <w:br/>
        <w:t>А ти щоби не смів мені і писнуть,&lt;br /&gt;</w:t>
        <w:br/>
        <w:t>Не то що плакать! Чуєш? А то я&lt;br /&gt;</w:t>
        <w:br/>
        <w:t>Тобі задам! А як настане вечір&lt;br /&gt;</w:t>
        <w:br/>
        <w:t>І сонечко прийде додому на ніч,&lt;br /&gt;</w:t>
        <w:br/>
        <w:t>Застукає до брами — то ми тихо —&lt;br /&gt;</w:t>
        <w:br/>
        <w:t>Тихесенько прокрадемось за ним.&lt;br /&gt;</w:t>
        <w:br/>
        <w:t>А знаєш, що бабуся говорила?&lt;br /&gt;</w:t>
        <w:br/>
        <w:t>У нього є донька така хороша,&lt;br /&gt;</w:t>
        <w:br/>
        <w:t>Що просто страх. Вона-то відчиняє&lt;br /&gt;</w:t>
        <w:br/>
        <w:t>Щовечір браму батькові й щорана.&lt;br /&gt;</w:t>
        <w:br/>
        <w:t>А вже дітей вона так дуже любить,&lt;br /&gt;</w:t>
        <w:br/>
        <w:t>Що просто страх. А сонце не пускає&lt;br /&gt;</w:t>
        <w:br/>
        <w:t>Дітей до неї, щоб із ними разом&lt;br /&gt;</w:t>
        <w:br/>
        <w:t>У світ не втікла. Але ми тихенько&lt;br /&gt;</w:t>
        <w:br/>
        <w:t>Прокрадемось, та й шусть! і вхопимось&lt;br /&gt;</w:t>
        <w:br/>
        <w:t>Її за руки, то вже сонце нам&lt;br /&gt;</w:t>
        <w:br/>
        <w:t>Ніщо не зробить. Тільки ти не бійсь&lt;br /&gt;</w:t>
        <w:br/>
        <w:t>І плакати не смій! Таж то так близько,&lt;br /&gt;</w:t>
        <w:br/>
        <w:t>І на дорогу маємо досить,&lt;br /&gt;</w:t>
        <w:br/>
        <w:t>А та нам панна надає багато&lt;br /&gt;</w:t>
        <w:br/>
        <w:t>Всього, о що лиш будемо просити.&lt;br /&gt;</w:t>
        <w:br/>
        <w:t>Ану, о що би ти просив?&lt;br /&gt;</w:t>
        <w:br/>
        <w:t>Поглянув&lt;br /&gt;</w:t>
        <w:br/>
        <w:t>На неї хлопець, палець впхав до уст&lt;br /&gt;</w:t>
        <w:br/>
        <w:t>Та й каже: — Мозе б, ліпсого коня?&lt;br /&gt;</w:t>
        <w:br/>
        <w:t>— Ха-ха-ха-ха! — дівча зареготалось.&lt;br /&gt;</w:t>
        <w:br/>
        <w:t>— Ну, сцо з, то, мозе, капелюх новий?&lt;br /&gt;</w:t>
        <w:br/>
        <w:t>— Проси, що хочеш,а я знаю, знаю,&lt;br /&gt;</w:t>
        <w:br/>
        <w:t>Що я просити буду!&lt;br /&gt;</w:t>
        <w:br/>
        <w:t>— Сцо таке?&lt;br /&gt;</w:t>
        <w:br/>
        <w:t>— Ага не скажу!&lt;br /&gt;</w:t>
        <w:br/>
        <w:t>— Ну, скази, а то&lt;br /&gt;</w:t>
        <w:br/>
        <w:t>Заплацу!&lt;br /&gt;</w:t>
        <w:br/>
        <w:t>— Овва, плач, то я сама&lt;br /&gt;</w:t>
        <w:br/>
        <w:t>Піду і не візьму тебе з собою.&lt;br /&gt;</w:t>
        <w:br/>
        <w:t>— Ну, а цому з не сказес?&lt;br /&gt;</w:t>
        <w:br/>
        <w:t>— Знаєш, ти&lt;br /&gt;</w:t>
        <w:br/>
        <w:t>Дурний! Мені бабуся говорили,&lt;br /&gt;</w:t>
        <w:br/>
        <w:t>Що в неї яблучка є золоті.&lt;br /&gt;</w:t>
        <w:br/>
        <w:t>Кому вона те яблучко дарує,&lt;br /&gt;</w:t>
        <w:br/>
        <w:t>То той весь вік щасливий, і здоров,&lt;br /&gt;</w:t>
        <w:br/>
        <w:t>І гарний — гарний буде всім на диво.&lt;br /&gt;</w:t>
        <w:br/>
        <w:t>Але ті яблучка лиш для дівчат.&lt;br /&gt;</w:t>
        <w:br/>
        <w:t>— Я хоцу яблуцка! — Заплакав хлопець.&lt;br /&gt;</w:t>
        <w:br/>
        <w:t>— Не плач, дурний, лиш не забудь просити, —&lt;br /&gt;</w:t>
        <w:br/>
        <w:t>Я вставлюсь вже, щоб і тобі дала.&lt;br /&gt;</w:t>
        <w:br/>
        <w:t>А як по яблучку такім дістанем,&lt;br /&gt;</w:t>
        <w:br/>
        <w:t>То вернемо додому і нікому&lt;br /&gt;</w:t>
        <w:br/>
        <w:t>Не скажемо. Не скажеш?&lt;br /&gt;</w:t>
        <w:br/>
        <w:t>— Ні не сказу,&lt;br /&gt;</w:t>
        <w:br/>
        <w:t>— Ну, пам'ятай! А скажеш — відберуть.&lt;br /&gt;</w:t>
        <w:br/>
        <w:t>Чи так?&lt;br /&gt;</w:t>
        <w:br/>
        <w:t>— А так, — рік хлопець. І пішли.</w:t>
      </w:r>
    </w:p>
    <w:p>
      <w:r>
        <w:br/>
        <w:t>Пройшло чимало літ від того дня.&lt;br /&gt;</w:t>
        <w:br/>
        <w:t>Далеко над сподівання дітей&lt;br /&gt;</w:t>
        <w:br/>
        <w:t>Тяжкою вийшла й довгою дорога&lt;br /&gt;</w:t>
        <w:br/>
        <w:t>До сонячних палат. І трави й ниви,&lt;br /&gt;</w:t>
        <w:br/>
        <w:t>І небо, й сонце — все, усе змінилось&lt;br /&gt;</w:t>
        <w:br/>
        <w:t>У хлопчика в очах. Лиш не змінилась&lt;br /&gt;</w:t>
        <w:br/>
        <w:t>Подруга та, провідниця його.&lt;br /&gt;</w:t>
        <w:br/>
        <w:t>Щебетання її, веселе, любе,&lt;br /&gt;</w:t>
        <w:br/>
        <w:t>І усміх, і надія невгасима —&lt;br /&gt;</w:t>
        <w:br/>
        <w:t>Се та жива струя, що в'яже в серці&lt;br /&gt;</w:t>
        <w:br/>
        <w:t>День нинішній з вчорашнім і грядущим.&lt;br /&gt;</w:t>
        <w:br/>
        <w:t>І ціль їх не змінилась за той час,&lt;br /&gt;</w:t>
        <w:br/>
        <w:t>Лиш виросла, розвилась, роз'яснилась.</w:t>
      </w:r>
    </w:p>
    <w:p>
      <w:r>
        <w:br/>
        <w:t>І ось великим шляхом многолюдним&lt;br /&gt;</w:t>
        <w:br/>
        <w:t>Посеред тиску, свару й товкітні&lt;br /&gt;</w:t>
        <w:br/>
        <w:t>Ідуть вони, ховаючи у грудях&lt;br /&gt;</w:t>
        <w:br/>
        <w:t>Дитячі серця, як найкращий скарб.&lt;br /&gt;</w:t>
        <w:br/>
        <w:t>Минає їх гордий, надутий дурень —&lt;br /&gt;</w:t>
        <w:br/>
        <w:t>І розсмієсь; мина пишний вельможа —&lt;br /&gt;</w:t>
        <w:br/>
        <w:t>То і не гляне; зустріне мужик —&lt;br /&gt;</w:t>
        <w:br/>
        <w:t>То в спрагу дасть погожої води&lt;br /&gt;</w:t>
        <w:br/>
        <w:t>Напитися, і стежечку покаже,&lt;br /&gt;</w:t>
        <w:br/>
        <w:t>І підночує, в сльоту захистить.&lt;br /&gt;</w:t>
        <w:br/>
        <w:t>Вони ж, побравшися за руки, тихо&lt;br /&gt;</w:t>
        <w:br/>
        <w:t>І радісно, без огляду й тривоги,&lt;br /&gt;</w:t>
        <w:br/>
        <w:t>Ідуть навстрічу сонцю золотому.&lt;br /&gt;</w:t>
        <w:br/>
        <w:t>1886</w:t>
      </w:r>
    </w:p>
    <w:p>
      <w:r>
        <w:br/>
        <w:t>ПРОФІЛІ І МАСКИ</w:t>
      </w:r>
    </w:p>
    <w:p>
      <w:r>
        <w:br/>
        <w:t>ПОЕЗІЯ</w:t>
      </w:r>
    </w:p>
    <w:p>
      <w:r>
        <w:br/>
        <w:t>В житті, мов на шляху, лиць сотні стрічаєш,&lt;br /&gt;</w:t>
        <w:br/>
        <w:t>Та в поспіху їх безучасно лишаєш.</w:t>
      </w:r>
    </w:p>
    <w:p>
      <w:r>
        <w:br/>
        <w:t>Часом лиш попадесь лице характерне,&lt;br /&gt;</w:t>
        <w:br/>
        <w:t>Що взір поневолі до себе приверне.</w:t>
      </w:r>
    </w:p>
    <w:p>
      <w:r>
        <w:br/>
        <w:t>Зирнеш, заговориш і стиснеш за руку —&lt;br /&gt;</w:t>
        <w:br/>
        <w:t>Найближча хвилина приносить розлуку.</w:t>
      </w:r>
    </w:p>
    <w:p>
      <w:r>
        <w:br/>
        <w:t>Та довго ще в тямці відтіль і відсіль&lt;br /&gt;</w:t>
        <w:br/>
        <w:t>Не раз визирає приязний профіль.</w:t>
      </w:r>
    </w:p>
    <w:p>
      <w:r>
        <w:br/>
        <w:t>Та де з ким тісніше злучив тя шлях долі&lt;br /&gt;</w:t>
        <w:br/>
        <w:t>Чи в бою, чи в праці на рідному полі.</w:t>
      </w:r>
    </w:p>
    <w:p>
      <w:r>
        <w:br/>
        <w:t>Живеш поруч нього, смієшся і плачеш,&lt;br /&gt;</w:t>
        <w:br/>
        <w:t>Здається, всі думи в душі його бачиш.</w:t>
      </w:r>
    </w:p>
    <w:p>
      <w:r>
        <w:br/>
        <w:t>Здається, все ясне, і гнів його й ласка, —&lt;br /&gt;</w:t>
        <w:br/>
        <w:t>Аж глянеш пильніше: все маска і маска.</w:t>
      </w:r>
    </w:p>
    <w:p>
      <w:r>
        <w:br/>
        <w:t>Лиш маску ти знаєш, її ти любив,&lt;br /&gt;</w:t>
        <w:br/>
        <w:t>Що криєсь за нею — і хто ж се зглубив?</w:t>
      </w:r>
    </w:p>
    <w:p>
      <w:r>
        <w:br/>
        <w:t>Часом лиш припадок ту маску відхилить —&lt;br /&gt;</w:t>
        <w:br/>
        <w:t>Зирнеш і жахнешся: "Чи взір мене милить?</w:t>
      </w:r>
    </w:p>
    <w:p>
      <w:r>
        <w:br/>
        <w:t>Чи знав я сю постать, чи бачив уже?&lt;br /&gt;</w:t>
        <w:br/>
        <w:t>Лице мов знайоме, та зовсім чуже!"</w:t>
      </w:r>
    </w:p>
    <w:p>
      <w:r>
        <w:br/>
        <w:t>Профілі і маски — ось поле розлоге!&lt;br /&gt;</w:t>
        <w:br/>
        <w:t>Ось все, що дає нам життя наше вбоге.</w:t>
      </w:r>
    </w:p>
    <w:p>
      <w:r>
        <w:br/>
        <w:t>І вбогі жили б ми, понурі, як мари,&lt;br /&gt;</w:t>
        <w:br/>
        <w:t>Якби не поезії дивнії чари.</w:t>
      </w:r>
    </w:p>
    <w:p>
      <w:r>
        <w:br/>
        <w:t>Вона ті профілі хапа на льоту,&lt;br /&gt;</w:t>
        <w:br/>
        <w:t>Дає їм безсмертне життя, теплоту;</w:t>
      </w:r>
    </w:p>
    <w:p>
      <w:r>
        <w:br/>
        <w:t>Всі маски свобідно вона відхиляє&lt;br /&gt;</w:t>
        <w:br/>
        <w:t>І в душах, мов в книзі, вигідно читає.</w:t>
      </w:r>
    </w:p>
    <w:p>
      <w:r>
        <w:br/>
        <w:t>Укритеє щастя, мов мати дитину,&lt;br /&gt;</w:t>
        <w:br/>
        <w:t>Вона обгортає у теплу ряднину.</w:t>
      </w:r>
    </w:p>
    <w:p>
      <w:r>
        <w:br/>
        <w:t>Незримії сльози, що плаче душа,&lt;br /&gt;</w:t>
        <w:br/>
        <w:t>Вона поцілуєм своїм осуша.&lt;br /&gt;</w:t>
        <w:br/>
        <w:t>30 марта — 1 апр[еля] 1893</w:t>
      </w:r>
    </w:p>
    <w:p>
      <w:r>
        <w:br/>
        <w:t>ПОЕТ</w:t>
      </w:r>
    </w:p>
    <w:p>
      <w:r>
        <w:br/>
        <w:t>ПІСНЯ І ПРАЦЯ</w:t>
      </w:r>
    </w:p>
    <w:p>
      <w:r>
        <w:br/>
        <w:t>Пісне, моя ти сердечна дружино,&lt;br /&gt;</w:t>
        <w:br/>
        <w:t>Серця відрадо в дні горя і сліз,&lt;br /&gt;</w:t>
        <w:br/>
        <w:t>З хати вітця, як єдинеє віно,&lt;br /&gt;</w:t>
        <w:br/>
        <w:t>К тобі любов у життя я приніс.</w:t>
      </w:r>
    </w:p>
    <w:p>
      <w:r>
        <w:br/>
        <w:t>Тямлю як нині: малим ще хлопчиною&lt;br /&gt;</w:t>
        <w:br/>
        <w:t>В мамині пісні заслухувавсь я;&lt;br /&gt;</w:t>
        <w:br/>
        <w:t>Пісні ті стали красою єдиною&lt;br /&gt;</w:t>
        <w:br/>
        <w:t>Бідного мого, тяжкого життя.</w:t>
      </w:r>
    </w:p>
    <w:p>
      <w:r>
        <w:br/>
        <w:t>"Мамо, голубко! — було, налягаю. —&lt;br /&gt;</w:t>
        <w:br/>
        <w:t>"Ще про Ганнусю, шумильця, вінки!"&lt;br /&gt;</w:t>
        <w:br/>
        <w:t>"Ні, синку, годі! Покіль я співаю,&lt;br /&gt;</w:t>
        <w:br/>
        <w:t>Праця чекає моєї руки".</w:t>
      </w:r>
    </w:p>
    <w:p>
      <w:r>
        <w:br/>
        <w:t>Мамо, голубко! Зарана в могилі&lt;br /&gt;</w:t>
        <w:br/>
        <w:t>Праця й недуга зложили тебе,&lt;br /&gt;</w:t>
        <w:br/>
        <w:t>Пісня ж твоя в невмираючій силі&lt;br /&gt;</w:t>
        <w:br/>
        <w:t>В мойому серці ясніє, живе.</w:t>
      </w:r>
    </w:p>
    <w:p>
      <w:r>
        <w:br/>
        <w:t>Ох, і не раз тая пісня сумненька&lt;br /&gt;</w:t>
        <w:br/>
        <w:t>В хвилях великих невгодин життя&lt;br /&gt;</w:t>
        <w:br/>
        <w:t>Тихий привіт мені слала, мов ненька,&lt;br /&gt;</w:t>
        <w:br/>
        <w:t>Сил додала до важкого пуття.</w:t>
      </w:r>
    </w:p>
    <w:p>
      <w:r>
        <w:br/>
        <w:t>"Синку, кріпися! — мені ти твердила. —&lt;br /&gt;</w:t>
        <w:br/>
        <w:t>Адже ж не паном родився ти, чей!&lt;br /&gt;</w:t>
        <w:br/>
        <w:t>Праця, що в гріб мене вчасно вложила,&lt;br /&gt;</w:t>
        <w:br/>
        <w:t>Та лиш тебе доведе до людей".</w:t>
      </w:r>
    </w:p>
    <w:p>
      <w:r>
        <w:br/>
        <w:t>Правда, матусю! Спасибі за раду!&lt;br /&gt;</w:t>
        <w:br/>
        <w:t>Я її правди не раз досвідив.&lt;br /&gt;</w:t>
        <w:br/>
        <w:t>Праця дала до життя мні принаду,&lt;br /&gt;</w:t>
        <w:br/>
        <w:t>Ціль дала, щоб в манівцях не зблудив.</w:t>
      </w:r>
    </w:p>
    <w:p>
      <w:r>
        <w:br/>
        <w:t>Праця ввела мене в тайники темні,&lt;br /&gt;</w:t>
        <w:br/>
        <w:t>Відки пісень б'є чарівна пора,&lt;br /&gt;</w:t>
        <w:br/>
        <w:t>Нею дива прояснилися земні,&lt;br /&gt;</w:t>
        <w:br/>
        <w:t>Загадка нужди людської стара.</w:t>
      </w:r>
    </w:p>
    <w:p>
      <w:r>
        <w:br/>
        <w:t>Пісня і праця — великі дві силі!&lt;br /&gt;</w:t>
        <w:br/>
        <w:t>Їм я до скону бажаю служить;&lt;br /&gt;</w:t>
        <w:br/>
        <w:t>Череп розбитий — як ляжу в могилі,&lt;br /&gt;</w:t>
        <w:br/>
        <w:t>Ними лиш зможу й для правнуків жить.&lt;br /&gt;</w:t>
        <w:br/>
        <w:t>14 іюля 1883</w:t>
      </w:r>
    </w:p>
    <w:p>
      <w:r>
        <w:br/>
        <w:t>ЧИМ ПІСНЯ ЖИВА?</w:t>
      </w:r>
    </w:p>
    <w:p>
      <w:r>
        <w:br/>
        <w:t>Кожда пісня моя —&lt;br /&gt;</w:t>
        <w:br/>
        <w:t>Віку мого день,&lt;br /&gt;</w:t>
        <w:br/>
        <w:t>Протерпів її я,&lt;br /&gt;</w:t>
        <w:br/>
        <w:t>Не зложив лишень.</w:t>
      </w:r>
    </w:p>
    <w:p>
      <w:r>
        <w:br/>
        <w:t>Кожда стрічка її —&lt;br /&gt;</w:t>
        <w:br/>
        <w:t>Мізку мого часть,&lt;br /&gt;</w:t>
        <w:br/>
        <w:t>Думи — нерви мої,&lt;br /&gt;</w:t>
        <w:br/>
        <w:t>Звуки — серця страсть.</w:t>
      </w:r>
    </w:p>
    <w:p>
      <w:r>
        <w:br/>
        <w:t>Що вам душу стрясе —&lt;br /&gt;</w:t>
        <w:br/>
        <w:t>То мій власний жаль,&lt;br /&gt;</w:t>
        <w:br/>
        <w:t>Що горить в ній — то се&lt;br /&gt;</w:t>
        <w:br/>
        <w:t>Моїх сліз хрусталь.</w:t>
      </w:r>
    </w:p>
    <w:p>
      <w:r>
        <w:br/>
        <w:t>Бо нап'ятий мій дух,&lt;br /&gt;</w:t>
        <w:br/>
        <w:t>Наче струна-прім:&lt;br /&gt;</w:t>
        <w:br/>
        <w:t>Кождий вдар, кождий рух&lt;br /&gt;</w:t>
        <w:br/>
        <w:t>Будить тони в нім.</w:t>
      </w:r>
    </w:p>
    <w:p>
      <w:r>
        <w:br/>
        <w:t>І дарма, що пливе&lt;br /&gt;</w:t>
        <w:br/>
        <w:t>В них добро і зло,&lt;br /&gt;</w:t>
        <w:br/>
        <w:t>В пісні те лиш живе,&lt;br /&gt;</w:t>
        <w:br/>
        <w:t>Що життя дало.&lt;br /&gt;</w:t>
        <w:br/>
        <w:t>7 марта 1884</w:t>
      </w:r>
    </w:p>
    <w:p>
      <w:r>
        <w:br/>
        <w:t>СПІВАКОВІ</w:t>
      </w:r>
    </w:p>
    <w:p>
      <w:r>
        <w:br/>
        <w:t>Будь ти, співаче, як божа пшениця,&lt;br /&gt;</w:t>
        <w:br/>
        <w:t>Пісня твоя — золотеє зерно!&lt;br /&gt;</w:t>
        <w:br/>
        <w:t>Скоро в лушпинні доспіє воно,&lt;br /&gt;</w:t>
        <w:br/>
        <w:t>Колос униз починає хилиться.</w:t>
      </w:r>
    </w:p>
    <w:p>
      <w:r>
        <w:br/>
        <w:t>Знає той колос, стебло і лушпина,&lt;br /&gt;</w:t>
        <w:br/>
        <w:t>Що для зерна вони тільки й росли,&lt;br /&gt;</w:t>
        <w:br/>
        <w:t>Що лиш тоді воно повне, коли&lt;br /&gt;</w:t>
        <w:br/>
        <w:t>Весь живий сок свій в нім зложить ростина.</w:t>
      </w:r>
    </w:p>
    <w:p>
      <w:r>
        <w:br/>
        <w:t>Знає той колос, стебло і лушпина,&lt;br /&gt;</w:t>
        <w:br/>
        <w:t>Що, як доспіє зерно золоте,&lt;br /&gt;</w:t>
        <w:br/>
        <w:t>Серп їх нещадний зітне і змете&lt;br /&gt;</w:t>
        <w:br/>
        <w:t>І що зерно те їх смерті причина.</w:t>
      </w:r>
    </w:p>
    <w:p>
      <w:r>
        <w:br/>
        <w:t>Але ж, леліючи в темній обслоні&lt;br /&gt;</w:t>
        <w:br/>
        <w:t>Сочні зерняточка, знає стебло,&lt;br /&gt;</w:t>
        <w:br/>
        <w:t>Що на будуще воно принесло&lt;br /&gt;</w:t>
        <w:br/>
        <w:t>Нове, багатше життя в своїм лоні.</w:t>
      </w:r>
    </w:p>
    <w:p>
      <w:r>
        <w:br/>
        <w:t>Так весь свій мозок, і нерви, і серце&lt;br /&gt;</w:t>
        <w:br/>
        <w:t>Й ти в свою пісню, співаче, вкладай,&lt;br /&gt;</w:t>
        <w:br/>
        <w:t>Біль свій, і щастя, й життя їй віддай,&lt;br /&gt;</w:t>
        <w:br/>
        <w:t>Будь її колос, лушпина й стебельце!&lt;br /&gt;</w:t>
        <w:br/>
        <w:t>4 іюня 1888</w:t>
      </w:r>
    </w:p>
    <w:p>
      <w:r>
        <w:br/>
        <w:t>РІДНЕ СЕЛО</w:t>
      </w:r>
    </w:p>
    <w:p>
      <w:r>
        <w:br/>
        <w:t>І знов я бачу тя, село моє родинне,&lt;br /&gt;</w:t>
        <w:br/>
        <w:t>Як бачив тя тоді, коли життя дитинне&lt;br /&gt;</w:t>
        <w:br/>
        <w:t>Плило, немов малий потічок серед трав,&lt;br /&gt;</w:t>
        <w:br/>
        <w:t>Що в'єсь несміло між дрібними камінцями.&lt;br /&gt;</w:t>
        <w:br/>
        <w:t>Дрібних утіх і я тут зазнавав,&lt;br /&gt;</w:t>
        <w:br/>
        <w:t>Задля дрібних гризот лице росив сльозами.&lt;br /&gt;</w:t>
        <w:br/>
        <w:t>Тоді цікаво ще на світ я поглядав,&lt;br /&gt;</w:t>
        <w:br/>
        <w:t>Не знав, що далі там, за твоїми хатками,&lt;br /&gt;</w:t>
        <w:br/>
        <w:t>За лісом, що шумить довкола. І не раз&lt;br /&gt;</w:t>
        <w:br/>
        <w:t>Питав я річки, де пливе вона від нас,&lt;br /&gt;</w:t>
        <w:br/>
        <w:t>І думкою гонив її тихенькі хвилі&lt;br /&gt;</w:t>
        <w:br/>
        <w:t>Поза закрутину далеку і стрімку.&lt;br /&gt;</w:t>
        <w:br/>
        <w:t>І дуба-велетня в сусідському садку&lt;br /&gt;</w:t>
        <w:br/>
        <w:t>Не раз розпитував, на чиїй він могилі&lt;br /&gt;</w:t>
        <w:br/>
        <w:t>Щасливій виріс, так високий і розлогий?&lt;br /&gt;</w:t>
        <w:br/>
        <w:t>І люди всі були мені так близькі, милі,&lt;br /&gt;</w:t>
        <w:br/>
        <w:t>І знав я всі стежки довкола, всі дороги,&lt;br /&gt;</w:t>
        <w:br/>
        <w:t>І зрідка лиш моя душа за обруб твій&lt;br /&gt;</w:t>
        <w:br/>
        <w:t>Летіла в ширший світ.</w:t>
      </w:r>
    </w:p>
    <w:p>
      <w:r>
        <w:br/>
        <w:t>Та чи дитям у тобі&lt;br /&gt;</w:t>
        <w:br/>
        <w:t>Я був щасливий? Дух дитячий мій&lt;br /&gt;</w:t>
        <w:br/>
        <w:t>Чи ж перших вдарів зла тут не зазнав на собі?&lt;br /&gt;</w:t>
        <w:br/>
        <w:t>Чи ж перші золоті надії&lt;br /&gt;</w:t>
        <w:br/>
        <w:t>Не розвивались тут, мов квіти веснянії,&lt;br /&gt;</w:t>
        <w:br/>
        <w:t>Морозом збитії? Чи пориви гарячі&lt;br /&gt;</w:t>
        <w:br/>
        <w:t>М'якої ще душі сміхом тут не топтались,&lt;br /&gt;</w:t>
        <w:br/>
        <w:t>Докором не душились? Чи ж не ллялись&lt;br /&gt;</w:t>
        <w:br/>
        <w:t>Найперші сльози тут, найщиршії, дитячі,&lt;br /&gt;</w:t>
        <w:br/>
        <w:t>Під тиском вчасних ще і недитячих мук?&lt;br /&gt;</w:t>
        <w:br/>
        <w:t>Хіба ж душа моя, ще чиста, ніжна, біла,&lt;br /&gt;</w:t>
        <w:br/>
        <w:t>Тут, в рідному селі, уперве не щеміла&lt;br /&gt;</w:t>
        <w:br/>
        <w:t>Під дотиком твердих, брудних і грубих рук?&lt;br /&gt;</w:t>
        <w:br/>
        <w:t>Хіба ж не почала ще тут всисатись в груди&lt;br /&gt;</w:t>
        <w:br/>
        <w:t>Та трута лютая, що й досі духа тлить?&lt;br /&gt;</w:t>
        <w:br/>
        <w:t>Хіба ж не в тобі я пізнав сирітство, труди&lt;br /&gt;</w:t>
        <w:br/>
        <w:t>І боротьбу з життям?</w:t>
      </w:r>
    </w:p>
    <w:p>
      <w:r>
        <w:br/>
        <w:t>Чого ж тепер болить&lt;br /&gt;</w:t>
        <w:br/>
        <w:t>Душа моя, коли по довгому часі&lt;br /&gt;</w:t>
        <w:br/>
        <w:t>Я в тобі опинивсь, на сугорби отсі&lt;br /&gt;</w:t>
        <w:br/>
        <w:t>Злим вихром загнаний? Стоїш ти, як стояло,&lt;br /&gt;</w:t>
        <w:br/>
        <w:t>Самотнє і дрібне, дитя мов, що сховало&lt;br /&gt;</w:t>
        <w:br/>
        <w:t>В зелені бур'яни головку кучеряву.&lt;br /&gt;</w:t>
        <w:br/>
        <w:t>Довкола ліс гуде тужний, таємний спів,&lt;br /&gt;</w:t>
        <w:br/>
        <w:t>Що ще круг моєї колиски гомонів,&lt;br /&gt;</w:t>
        <w:br/>
        <w:t>Тебе мов обтулив в полу свою темнаву.&lt;br /&gt;</w:t>
        <w:br/>
        <w:t>І річка та сама хлюпочеться, тривожно&lt;br /&gt;</w:t>
        <w:br/>
        <w:t>Повзе поміж високих берегів,&lt;br /&gt;</w:t>
        <w:br/>
        <w:t>І верби ті самі, і дуб той, що шумів&lt;br /&gt;</w:t>
        <w:br/>
        <w:t>Понад дитиною…</w:t>
      </w:r>
    </w:p>
    <w:p>
      <w:r>
        <w:br/>
        <w:t>Чого ж так судорожно&lt;br /&gt;</w:t>
        <w:br/>
        <w:t>Щось тисне грудь мою у тобі, ріднеє&lt;br /&gt;</w:t>
        <w:br/>
        <w:t>Село? Чи жаль мені за тим тісним спокоєм,&lt;br /&gt;</w:t>
        <w:br/>
        <w:t>За тим життям, що, хоч так біднеє&lt;br /&gt;</w:t>
        <w:br/>
        <w:t>І сіреє, пливе коритом тихим своїм?&lt;br /&gt;</w:t>
        <w:br/>
        <w:t>За щастям слимака того, що в шкаралущі&lt;br /&gt;</w:t>
        <w:br/>
        <w:t>Ховається? За незнання смерком?&lt;br /&gt;</w:t>
        <w:br/>
        <w:t>Чи жаль мені, що я у світ пішов пішком&lt;br /&gt;</w:t>
        <w:br/>
        <w:t>На бурі, громи й град, шукати, де зцілющий&lt;br /&gt;</w:t>
        <w:br/>
        <w:t>Потік знання пливе?</w:t>
      </w:r>
    </w:p>
    <w:p>
      <w:r>
        <w:br/>
        <w:t>О ні, о ні!&lt;br /&gt;</w:t>
        <w:br/>
        <w:t>Не того так сьогодні жаль мені,&lt;br /&gt;</w:t>
        <w:br/>
        <w:t>Не тим душа моя так важко заболіла,&lt;br /&gt;</w:t>
        <w:br/>
        <w:t>А тим, що тяжча ще пригноба тут засіла&lt;br /&gt;</w:t>
        <w:br/>
        <w:t>На лицях, голови недоля вниз хиляє,&lt;br /&gt;</w:t>
        <w:br/>
        <w:t>Під віддихом її вся радість завмирає&lt;br /&gt;</w:t>
        <w:br/>
        <w:t>І приязнь гасне враз з любвою,&lt;br /&gt;</w:t>
        <w:br/>
        <w:t>Котрої сім'я тут мені у серце впало.&lt;br /&gt;</w:t>
        <w:br/>
        <w:t>Отим-то тяжко так мені у тобі стало.&lt;br /&gt;</w:t>
        <w:br/>
        <w:t>Прощай, село моє! Що тут мене держало,&lt;br /&gt;</w:t>
        <w:br/>
        <w:t>Те щезло; що тепер держить —&lt;br /&gt;</w:t>
        <w:br/>
        <w:t>Таке важке, що, мов гора, тяжить&lt;br /&gt;</w:t>
        <w:br/>
        <w:t>На серці. Геть іду — і плачу над тобою.&lt;br /&gt;</w:t>
        <w:br/>
        <w:t>14 іюня 1880</w:t>
      </w:r>
    </w:p>
    <w:p>
      <w:r>
        <w:br/>
        <w:t>УКРАЇНА</w:t>
      </w:r>
    </w:p>
    <w:p>
      <w:r>
        <w:br/>
        <w:t>МОЯ ЛЮБОВ</w:t>
      </w:r>
    </w:p>
    <w:p>
      <w:r>
        <w:br/>
        <w:t>Вона так гарна, сяє так&lt;br /&gt;</w:t>
        <w:br/>
        <w:t>Святою, чистою красою,&lt;br /&gt;</w:t>
        <w:br/>
        <w:t>І на лиці яріє знак&lt;br /&gt;</w:t>
        <w:br/>
        <w:t>Любові, щирості, спокою.</w:t>
      </w:r>
    </w:p>
    <w:p>
      <w:r>
        <w:br/>
        <w:t>Вона так гарна, а проте&lt;br /&gt;</w:t>
        <w:br/>
        <w:t>Так нещаслива, стільки лиха&lt;br /&gt;</w:t>
        <w:br/>
        <w:t>Знесла, що квилить лихо те&lt;br /&gt;</w:t>
        <w:br/>
        <w:t>В її кождіській пісні стиха.</w:t>
      </w:r>
    </w:p>
    <w:p>
      <w:r>
        <w:br/>
        <w:t>Її пізнавши,чи ж я міг&lt;br /&gt;</w:t>
        <w:br/>
        <w:t>Не полюбить її сердечно,&lt;br /&gt;</w:t>
        <w:br/>
        <w:t>Не відректися власних втіх,&lt;br /&gt;</w:t>
        <w:br/>
        <w:t>Щоб їй віддатись доконечно?</w:t>
      </w:r>
    </w:p>
    <w:p>
      <w:r>
        <w:br/>
        <w:t>А полюбивши, чи ж би міг&lt;br /&gt;</w:t>
        <w:br/>
        <w:t>Я божую її подобу&lt;br /&gt;</w:t>
        <w:br/>
        <w:t>Згубити з серця, мимо всіх&lt;br /&gt;</w:t>
        <w:br/>
        <w:t>Терпінь і горя аж до гробу?</w:t>
      </w:r>
    </w:p>
    <w:p>
      <w:r>
        <w:br/>
        <w:t>І чи ж перечить ся любов&lt;br /&gt;</w:t>
        <w:br/>
        <w:t>Тій другій а святій любові&lt;br /&gt;</w:t>
        <w:br/>
        <w:t>До всіх, що ллють свій піт і кров,&lt;br /&gt;</w:t>
        <w:br/>
        <w:t>До всіх, котрих гнетуть окови?</w:t>
      </w:r>
    </w:p>
    <w:p>
      <w:r>
        <w:br/>
        <w:t>Ні, хто не любитть всіх братів,&lt;br /&gt;</w:t>
        <w:br/>
        <w:t>Як сонце боже, всіх зарівно,&lt;br /&gt;</w:t>
        <w:br/>
        <w:t>Той щиро полюбить не вмів&lt;br /&gt;</w:t>
        <w:br/>
        <w:t>Тебе, коханая Вкраїно!&lt;br /&gt;</w:t>
        <w:br/>
        <w:t>27 іюня 1880</w:t>
      </w:r>
    </w:p>
    <w:p>
      <w:r>
        <w:br/>
        <w:t>КАРТКА ЛЮБОВІ</w:t>
      </w:r>
    </w:p>
    <w:p>
      <w:r>
        <w:br/>
        <w:t>ПЛИВ ГОРДО ЯСТРУБ В ЛАЗУРОВІМ МОРІ...</w:t>
      </w:r>
    </w:p>
    <w:p>
      <w:r>
        <w:br/>
        <w:t>Плив гордо яструб в лазуровім морі.&lt;br /&gt;</w:t>
        <w:br/>
        <w:t>Широко круг за кругом колесив,&lt;br /&gt;</w:t>
        <w:br/>
        <w:t>А на горі в ожиданні і горі&lt;br /&gt;</w:t>
        <w:br/>
        <w:t>Лежав я й лету яструба слідив.</w:t>
      </w:r>
    </w:p>
    <w:p>
      <w:r>
        <w:br/>
        <w:t>Я ждав на ню, свою єдину зорю…&lt;br /&gt;</w:t>
        <w:br/>
        <w:t>Мов яструб, бистро я сюди спішив,&lt;br /&gt;</w:t>
        <w:br/>
        <w:t>Від рана жду, думками поле орю —&lt;br /&gt;</w:t>
        <w:br/>
        <w:t>Нема голубки! Серце біль здушив.</w:t>
      </w:r>
    </w:p>
    <w:p>
      <w:r>
        <w:br/>
        <w:t>Нема голубки! Тільки яструб в'ється!&lt;br /&gt;</w:t>
        <w:br/>
        <w:t>Нема голубки! Дарма серце б'ється!&lt;br /&gt;</w:t>
        <w:br/>
        <w:t>Вже ніч. В розпуці знов я геть пішов.</w:t>
      </w:r>
    </w:p>
    <w:p>
      <w:r>
        <w:br/>
        <w:t>А за ліском на тій ж горі чекала&lt;br /&gt;</w:t>
        <w:br/>
        <w:t>Вона весь день на мене, виглядала,&lt;br /&gt;</w:t>
        <w:br/>
        <w:t>Тужила важко й плакала за мнов.&lt;br /&gt;</w:t>
        <w:br/>
        <w:t>10 мая 1878</w:t>
      </w:r>
    </w:p>
    <w:p>
      <w:r>
        <w:br/>
        <w:t>ТРІОЛЕТ</w:t>
      </w:r>
    </w:p>
    <w:p>
      <w:r>
        <w:br/>
        <w:t>І ти лукавила зо мною!&lt;br /&gt;</w:t>
        <w:br/>
        <w:t>Ах, ангельські слова твої&lt;br /&gt;</w:t>
        <w:br/>
        <w:t>Були лиш облиском брехні!&lt;br /&gt;</w:t>
        <w:br/>
        <w:t>І ти лукавила зо мною!&lt;br /&gt;</w:t>
        <w:br/>
        <w:t>І нетямущому мені&lt;br /&gt;</w:t>
        <w:br/>
        <w:t>Затрули серце гризотою&lt;br /&gt;</w:t>
        <w:br/>
        <w:t>Ті ангельські слова твої…&lt;br /&gt;</w:t>
        <w:br/>
        <w:t>І ти лукавила зо мною!</w:t>
      </w:r>
    </w:p>
    <w:p>
      <w:r>
        <w:br/>
        <w:t>Неначе правдою самою,&lt;br /&gt;</w:t>
        <w:br/>
        <w:t>Неначе золотом, в огні&lt;br /&gt;</w:t>
        <w:br/>
        <w:t>Без скази чищеним, — ох, ні,&lt;br /&gt;</w:t>
        <w:br/>
        <w:t>Неначе правдою самою,&lt;br /&gt;</w:t>
        <w:br/>
        <w:t>Так в добрі і нещасні дні&lt;br /&gt;</w:t>
        <w:br/>
        <w:t>Я величався все тобою!&lt;br /&gt;</w:t>
        <w:br/>
        <w:t>Мов злотом, чищеним в огні,&lt;br /&gt;</w:t>
        <w:br/>
        <w:t>Неначе правдою самою.</w:t>
      </w:r>
    </w:p>
    <w:p>
      <w:r>
        <w:br/>
        <w:t>Та під пліною золотою&lt;br /&gt;</w:t>
        <w:br/>
        <w:t>Ховались скази мідяні,&lt;br /&gt;</w:t>
        <w:br/>
        <w:t>І цвіт, розцвілий навесні,&lt;br /&gt;</w:t>
        <w:br/>
        <w:t>Під пишнотою золотою&lt;br /&gt;</w:t>
        <w:br/>
        <w:t>Крив черв'яка! Ох, чи не в сні&lt;br /&gt;</w:t>
        <w:br/>
        <w:t>Любились щиро ми з тобою?&lt;br /&gt;</w:t>
        <w:br/>
        <w:t>І серце бідне рвесь у мні,&lt;br /&gt;</w:t>
        <w:br/>
        <w:t>Що ти злукавила зо мною!..&lt;br /&gt;</w:t>
        <w:br/>
        <w:t>1880</w:t>
      </w:r>
    </w:p>
    <w:p>
      <w:r>
        <w:br/>
        <w:t>Я НЕ ЛУКАВИЛА З ТОБОЮ...</w:t>
      </w:r>
    </w:p>
    <w:p>
      <w:r>
        <w:br/>
        <w:t>Я не лукавила з тобою,&lt;br /&gt;</w:t>
        <w:br/>
        <w:t>Клянуся правдою святою!&lt;br /&gt;</w:t>
        <w:br/>
        <w:t>Я чесно думала й робила,&lt;br /&gt;</w:t>
        <w:br/>
        <w:t>Та доля нас лиха слідила.</w:t>
      </w:r>
    </w:p>
    <w:p>
      <w:r>
        <w:br/>
        <w:t>Що щирая любов ділала,&lt;br /&gt;</w:t>
        <w:br/>
        <w:t>Вона на лихо повертала;&lt;br /&gt;</w:t>
        <w:br/>
        <w:t>Що чиста щирість говорила,&lt;br /&gt;</w:t>
        <w:br/>
        <w:t>Вона в брехню перетворила,&lt;br /&gt;</w:t>
        <w:br/>
        <w:t>Аж поки нас не розлучила.</w:t>
      </w:r>
    </w:p>
    <w:p>
      <w:r>
        <w:br/>
        <w:t>Ти ж думаєш, я не терпіла,&lt;br /&gt;</w:t>
        <w:br/>
        <w:t>В новії зв'язки радо бігла?&lt;br /&gt;</w:t>
        <w:br/>
        <w:t>Ти ж думаєш, я сліз не лила&lt;br /&gt;</w:t>
        <w:br/>
        <w:t>По ночах темних не тужила?&lt;br /&gt;</w:t>
        <w:br/>
        <w:t>Не я лукавила з тобою,&lt;br /&gt;</w:t>
        <w:br/>
        <w:t>А все лукавство в нашім строю —&lt;br /&gt;</w:t>
        <w:br/>
        <w:t>Дороги наші віддалило&lt;br /&gt;</w:t>
        <w:br/>
        <w:t>І серця наші розлучило,&lt;br /&gt;</w:t>
        <w:br/>
        <w:t>Та нашої любві не вбило.&lt;br /&gt;</w:t>
        <w:br/>
        <w:t>1880</w:t>
      </w:r>
    </w:p>
    <w:p>
      <w:r>
        <w:br/>
        <w:t>Я БУДУ ЖИТИ, БО Я ХОЧУ ЖИТИ!...</w:t>
      </w:r>
    </w:p>
    <w:p>
      <w:r>
        <w:br/>
        <w:t>Я буду жити, бо я хочу жити!&lt;br /&gt;</w:t>
        <w:br/>
        <w:t>Не щадячи ні трудів, ані поту,&lt;br /&gt;</w:t>
        <w:br/>
        <w:t>При ділі, що наш вік бересь вершити,&lt;br /&gt;</w:t>
        <w:br/>
        <w:t>Найду й свою я тихую роботу.</w:t>
      </w:r>
    </w:p>
    <w:p>
      <w:r>
        <w:br/>
        <w:t>З орлами я не думаю дружити,&lt;br /&gt;</w:t>
        <w:br/>
        <w:t>Та я опрусь гниючому болоту;&lt;br /&gt;</w:t>
        <w:br/>
        <w:t>Щоб через нього й другим шлях мостити —&lt;br /&gt;</w:t>
        <w:br/>
        <w:t>На те віддам свій труд, свою охоту.</w:t>
      </w:r>
    </w:p>
    <w:p>
      <w:r>
        <w:br/>
        <w:t>А як часом моя послабне сила,&lt;br /&gt;</w:t>
        <w:br/>
        <w:t>І серце в груді біль зціпить пекучий,&lt;br /&gt;</w:t>
        <w:br/>
        <w:t>І людська злість зморозить кров у жилах,</w:t>
      </w:r>
    </w:p>
    <w:p>
      <w:r>
        <w:br/>
        <w:t>То човник мя перенесе летючий —&lt;br /&gt;</w:t>
        <w:br/>
        <w:t>Твоя любов підніме мя на крилах,&lt;br /&gt;</w:t>
        <w:br/>
        <w:t>Аж поки вал не зломиться ревучий.&lt;br /&gt;</w:t>
        <w:br/>
        <w:t>1880</w:t>
      </w:r>
    </w:p>
    <w:p>
      <w:r>
        <w:br/>
        <w:t>ЗНАЙОМИМ І НЕЗНАЙОМИМ</w:t>
      </w:r>
    </w:p>
    <w:p>
      <w:r>
        <w:br/>
        <w:t>КОРЖЕНКОВІ</w:t>
      </w:r>
    </w:p>
    <w:p>
      <w:r>
        <w:br/>
        <w:t>Душно і хмарно,&lt;br /&gt;</w:t>
        <w:br/>
        <w:t>Важко бурливий час!&lt;br /&gt;</w:t>
        <w:br/>
        <w:t>Чи гинуть марно,&lt;br /&gt;</w:t>
        <w:br/>
        <w:t>Щоб світ не знав о нас?&lt;br /&gt;</w:t>
        <w:br/>
        <w:t>Йти в небезпечний бій&lt;br /&gt;</w:t>
        <w:br/>
        <w:t>Чи гнутись плазом?&lt;br /&gt;</w:t>
        <w:br/>
        <w:t>Друже сердечний мій,&lt;br /&gt;</w:t>
        <w:br/>
        <w:t>Ходімо разом!</w:t>
      </w:r>
    </w:p>
    <w:p>
      <w:r>
        <w:br/>
        <w:t>Щастя не ждімо,&lt;br /&gt;</w:t>
        <w:br/>
        <w:t>Щастя не де, а в нас!&lt;br /&gt;</w:t>
        <w:br/>
        <w:t>К сонцю спішімо,&lt;br /&gt;</w:t>
        <w:br/>
        <w:t>Хоч його промінь згас, —&lt;br /&gt;</w:t>
        <w:br/>
        <w:t>Вдень буде знов ясніть&lt;br /&gt;</w:t>
        <w:br/>
        <w:t>Чистим алмазом.&lt;br /&gt;</w:t>
        <w:br/>
        <w:t>В правди і волі світ&lt;br /&gt;</w:t>
        <w:br/>
        <w:t>Ходімо разом!</w:t>
      </w:r>
    </w:p>
    <w:p>
      <w:r>
        <w:br/>
        <w:t>З гнітом і тьмою,&lt;br /&gt;</w:t>
        <w:br/>
        <w:t>З розбратанням братів&lt;br /&gt;</w:t>
        <w:br/>
        <w:t>Сміло до бою&lt;br /&gt;</w:t>
        <w:br/>
        <w:t>До кінця наших днів,&lt;br /&gt;</w:t>
        <w:br/>
        <w:t>За серця й совісті&lt;br /&gt;</w:t>
        <w:br/>
        <w:t>Ясним показом&lt;br /&gt;</w:t>
        <w:br/>
        <w:t>В збройній готовності&lt;br /&gt;</w:t>
        <w:br/>
        <w:t>Ходімо разом!&lt;br /&gt;</w:t>
        <w:br/>
        <w:t>22 окт[ября] 1882</w:t>
      </w:r>
    </w:p>
    <w:p>
      <w:r>
        <w:br/>
        <w:t>N.N. (Виступаєш ти чемно, порядно...)</w:t>
      </w:r>
    </w:p>
    <w:p>
      <w:r>
        <w:br/>
        <w:t>Виступаєш ти чемно, порядно&lt;br /&gt;</w:t>
        <w:br/>
        <w:t>І говориш розумно і складно,&lt;br /&gt;</w:t>
        <w:br/>
        <w:t>І лице твоє гарне та ясне —&lt;br /&gt;</w:t>
        <w:br/>
        <w:t>Заглядиться дівча не одно, —&lt;br /&gt;</w:t>
        <w:br/>
        <w:t>Та мене щось відтручує власне,&lt;br /&gt;</w:t>
        <w:br/>
        <w:t>І смутить, і тривожить воно.</w:t>
      </w:r>
    </w:p>
    <w:p>
      <w:r>
        <w:br/>
        <w:t>Все здається мені, що налитий&lt;br /&gt;</w:t>
        <w:br/>
        <w:t>Ти сльозами і кров'ю селян,&lt;br /&gt;</w:t>
        <w:br/>
        <w:t>Що людською ти кривдою ситий,&lt;br /&gt;</w:t>
        <w:br/>
        <w:t>Що твій батько — дерун і тиран,&lt;br /&gt;</w:t>
        <w:br/>
        <w:t>За життя носить пекло у груді,&lt;br /&gt;</w:t>
        <w:br/>
        <w:t>Заливає вином черв'яка,&lt;br /&gt;</w:t>
        <w:br/>
        <w:t>Та як з світом прощатися буде,&lt;br /&gt;</w:t>
        <w:br/>
        <w:t>То пекельная кара тяжка&lt;br /&gt;</w:t>
        <w:br/>
        <w:t>За всі зла, за грабовання враже,&lt;br /&gt;</w:t>
        <w:br/>
        <w:t>За обдерте, збідніле село&lt;br /&gt;</w:t>
        <w:br/>
        <w:t>Як клеймо братобійчеє ляже&lt;br /&gt;</w:t>
        <w:br/>
        <w:t>На твоє мармурове чоло.</w:t>
      </w:r>
    </w:p>
    <w:p>
      <w:r>
        <w:br/>
        <w:t>І почуєш ти жар невгашений,&lt;br /&gt;</w:t>
        <w:br/>
        <w:t>Що палитиме серце твоє,&lt;br /&gt;</w:t>
        <w:br/>
        <w:t>І тривога, мов меч наострений,&lt;br /&gt;</w:t>
        <w:br/>
        <w:t>Твої думи зсіче і поб'є.&lt;br /&gt;</w:t>
        <w:br/>
        <w:t>В твоїй груді, мов вихор в погоду,&lt;br /&gt;</w:t>
        <w:br/>
        <w:t>Дикі страсті зірвуться грізні,&lt;br /&gt;</w:t>
        <w:br/>
        <w:t>І, як вихор збентежує воду,&lt;br /&gt;</w:t>
        <w:br/>
        <w:t>Така тебе вони внурять в багні.&lt;br /&gt;</w:t>
        <w:br/>
        <w:t>І рука твоя кривдов сплюгавиться,&lt;br /&gt;</w:t>
        <w:br/>
        <w:t>Переміниться в злобу любов —&lt;br /&gt;</w:t>
        <w:br/>
        <w:t>Ось чого моє серце кривавиться,&lt;br /&gt;</w:t>
        <w:br/>
        <w:t>Як подумать, що буде з тобов.</w:t>
      </w:r>
    </w:p>
    <w:p>
      <w:r>
        <w:br/>
        <w:t>І дарма, що такий ти приємний,&lt;br /&gt;</w:t>
        <w:br/>
        <w:t>Що друзяка ти з діла і з мови,&lt;br /&gt;</w:t>
        <w:br/>
        <w:t>Що ти людяний, тихий і чемний,&lt;br /&gt;</w:t>
        <w:br/>
        <w:t>Що бажаєш і стоїш любови!&lt;br /&gt;</w:t>
        <w:br/>
        <w:t>Людська кривда, котров ти годований,&lt;br /&gt;</w:t>
        <w:br/>
        <w:t>На добро не виходить нікому!&lt;br /&gt;</w:t>
        <w:br/>
        <w:t>Так огонь, у солому захований,&lt;br /&gt;</w:t>
        <w:br/>
        <w:t>Спалить двір весь, не лиш ту солому.&lt;br /&gt;</w:t>
        <w:br/>
        <w:t>15 марта 1883</w:t>
      </w:r>
    </w:p>
    <w:p>
      <w:r>
        <w:br/>
        <w:t>N.N (Будь здорова, моя мила...)</w:t>
      </w:r>
    </w:p>
    <w:p>
      <w:r>
        <w:br/>
        <w:t>Будь здорова, моя мила,&lt;br /&gt;</w:t>
        <w:br/>
        <w:t>Я не твій!&lt;br /&gt;</w:t>
        <w:br/>
        <w:t>Розлучила&lt;br /&gt;</w:t>
        <w:br/>
        <w:t>Нас могуча сила.</w:t>
      </w:r>
    </w:p>
    <w:p>
      <w:r>
        <w:br/>
        <w:t>Де поставить кого доля,&lt;br /&gt;</w:t>
        <w:br/>
        <w:t>Там і стій!&lt;br /&gt;</w:t>
        <w:br/>
        <w:t>Моя ж доля —&lt;br /&gt;</w:t>
        <w:br/>
        <w:t>Вітер серед поля.</w:t>
      </w:r>
    </w:p>
    <w:p>
      <w:r>
        <w:br/>
        <w:t>Стогне, віє, рве і свище&lt;br /&gt;</w:t>
        <w:br/>
        <w:t>В грі страшній…&lt;br /&gt;</w:t>
        <w:br/>
        <w:t>Ближче, ближче&lt;br /&gt;</w:t>
        <w:br/>
        <w:t>Наше боєвище…</w:t>
      </w:r>
    </w:p>
    <w:p>
      <w:r>
        <w:br/>
        <w:t>Важко, душно, пітьма груба,&lt;br /&gt;</w:t>
        <w:br/>
        <w:t>Лютий бій…&lt;br /&gt;</w:t>
        <w:br/>
        <w:t>Ось-ось, люба,&lt;br /&gt;</w:t>
        <w:br/>
        <w:t>Жде мя, може, згуба.</w:t>
      </w:r>
    </w:p>
    <w:p>
      <w:r>
        <w:br/>
        <w:t>А як гинуть, то самому!&lt;br /&gt;</w:t>
        <w:br/>
        <w:t>Голос твій&lt;br /&gt;</w:t>
        <w:br/>
        <w:t>З бою-грому&lt;br /&gt;</w:t>
        <w:br/>
        <w:t>Звав би мя додому.</w:t>
      </w:r>
    </w:p>
    <w:p>
      <w:r>
        <w:br/>
        <w:t>Тож не плач! Очиць, мов зорі,&lt;br /&gt;</w:t>
        <w:br/>
        <w:t>Пожалій!&lt;br /&gt;</w:t>
        <w:br/>
        <w:t>Згасне вскорі&lt;br /&gt;</w:t>
        <w:br/>
        <w:t>Блиск їх у сліз морі.</w:t>
      </w:r>
    </w:p>
    <w:p>
      <w:r>
        <w:br/>
        <w:t>Розійшлись, мабуть, по волі&lt;br /&gt;</w:t>
        <w:br/>
        <w:t>Судьбиній&lt;br /&gt;</w:t>
        <w:br/>
        <w:t>Наші долі,&lt;br /&gt;</w:t>
        <w:br/>
        <w:t>Мов дороги в полі.&lt;br /&gt;</w:t>
        <w:br/>
        <w:t>14-18 дек[абря] 1883</w:t>
      </w:r>
    </w:p>
    <w:p>
      <w:r>
        <w:br/>
        <w:t>ОЛІ</w:t>
      </w:r>
    </w:p>
    <w:p>
      <w:r>
        <w:br/>
        <w:t>Коли часом на вулиці побачу&lt;br /&gt;</w:t>
        <w:br/>
        <w:t>Вдову убогу, сиротя мізерне,&lt;br /&gt;</w:t>
        <w:br/>
        <w:t>Що к мені руку простяга жебрачу,&lt;br /&gt;</w:t>
        <w:br/>
        <w:t>В німім благанні очі к мені зверне,</w:t>
      </w:r>
    </w:p>
    <w:p>
      <w:r>
        <w:br/>
        <w:t>Тремтить в лахмітті, босе, на морозі,&lt;br /&gt;</w:t>
        <w:br/>
        <w:t>Сльотою бите й гордуванням ситих, —&lt;br /&gt;</w:t>
        <w:br/>
        <w:t>Огнем на серце капають ті сльози,&lt;br /&gt;</w:t>
        <w:br/>
        <w:t>Той жаль голодних, нищих і невкритих.</w:t>
      </w:r>
    </w:p>
    <w:p>
      <w:r>
        <w:br/>
        <w:t>І думаєсь мені: "Недовго, може,&lt;br /&gt;</w:t>
        <w:br/>
        <w:t>Коли мене важка прийме могила,&lt;br /&gt;</w:t>
        <w:br/>
        <w:t>І ти отак підеш на роздорожжє&lt;br /&gt;</w:t>
        <w:br/>
        <w:t>О хліб просить, моя дружино мила!</w:t>
      </w:r>
    </w:p>
    <w:p>
      <w:r>
        <w:br/>
        <w:t>І зжовкне, зв'яне те лице, що нині&lt;br /&gt;</w:t>
        <w:br/>
        <w:t>Так любим сяйвом, щирістю ясніє,&lt;br /&gt;</w:t>
        <w:br/>
        <w:t>Погаснуть очі, що сміялись к мині,&lt;br /&gt;</w:t>
        <w:br/>
        <w:t>Жура зв'ялить тебе, моя надіє!</w:t>
      </w:r>
    </w:p>
    <w:p>
      <w:r>
        <w:br/>
        <w:t>І діти наші — ох, аж серце в'яне! —&lt;br /&gt;</w:t>
        <w:br/>
        <w:t>Сльотою биті, босі, у лахміттю,&lt;br /&gt;</w:t>
        <w:br/>
        <w:t>На сльози й горе непросвітно-тьмяне,&lt;br /&gt;</w:t>
        <w:br/>
        <w:t>Як сиротята, геть підуть по світу".</w:t>
      </w:r>
    </w:p>
    <w:p>
      <w:r>
        <w:br/>
        <w:t>І тайком я тремтячою рукою&lt;br /&gt;</w:t>
        <w:br/>
        <w:t>Остатній гріш їм ткну й гадаю: "Може,&lt;br /&gt;</w:t>
        <w:br/>
        <w:t>Хтось змилуєсь колись і над тобою&lt;br /&gt;</w:t>
        <w:br/>
        <w:t>І сиротятам нашим допоможе".&lt;br /&gt;</w:t>
        <w:br/>
        <w:t>1886</w:t>
      </w:r>
    </w:p>
    <w:p>
      <w:r>
        <w:br/>
        <w:t>ГРИЦЬ ТУРЧИН [3]</w:t>
      </w:r>
    </w:p>
    <w:p>
      <w:r>
        <w:br/>
        <w:t>Муштруйся, рекруте-небоже,&lt;br /&gt;</w:t>
        <w:br/>
        <w:t>Слізьми оружжя обливай!&lt;br /&gt;</w:t>
        <w:br/>
        <w:t>Хились, корись, а тільки, брате,&lt;br /&gt;</w:t>
        <w:br/>
        <w:t>Оружжя з рук не випускай!</w:t>
      </w:r>
    </w:p>
    <w:p>
      <w:r>
        <w:br/>
        <w:t>Учись владати ним, учися&lt;br /&gt;</w:t>
        <w:br/>
        <w:t>Стріляти цільно і в лице&lt;br /&gt;</w:t>
        <w:br/>
        <w:t>Безстрашно смерті заглядати:&lt;br /&gt;</w:t>
        <w:br/>
        <w:t>Важкого бою час іде.</w:t>
      </w:r>
    </w:p>
    <w:p>
      <w:r>
        <w:br/>
        <w:t>Прийдесь за правду твердо стати&lt;br /&gt;</w:t>
        <w:br/>
        <w:t>Хлоп в хлопа і плече в плече,&lt;br /&gt;</w:t>
        <w:br/>
        <w:t>Прийдесь на ворога стріляти,&lt;br /&gt;</w:t>
        <w:br/>
        <w:t>І кров рікою потече.</w:t>
      </w:r>
    </w:p>
    <w:p>
      <w:r>
        <w:br/>
        <w:t>На віковічную неволю,&lt;br /&gt;</w:t>
        <w:br/>
        <w:t>Пониження і гнет твердий,&lt;br /&gt;</w:t>
        <w:br/>
        <w:t>На зло, що, наче гадь несита,&lt;br /&gt;</w:t>
        <w:br/>
        <w:t>Ссе кров із людськості грудий,</w:t>
      </w:r>
    </w:p>
    <w:p>
      <w:r>
        <w:br/>
        <w:t>Прийдесь стріляти й не одному&lt;br /&gt;</w:t>
        <w:br/>
        <w:t>Життя покласти в боротьбі.&lt;br /&gt;</w:t>
        <w:br/>
        <w:t>Учися ж, рекруте, хоч прикро&lt;br /&gt;</w:t>
        <w:br/>
        <w:t>Не раз приходиться тобі!</w:t>
      </w:r>
    </w:p>
    <w:p>
      <w:r>
        <w:br/>
        <w:t>Учись, щоб був ти сильним мужем,&lt;br /&gt;</w:t>
        <w:br/>
        <w:t>Як засвітає день новий!&lt;br /&gt;</w:t>
        <w:br/>
        <w:t>Учись, щоб в ряд ти став готовим,&lt;br /&gt;</w:t>
        <w:br/>
        <w:t>Як крик роздасться бойовий!&lt;br /&gt;</w:t>
        <w:br/>
        <w:t>7 апр[еля] 1880</w:t>
      </w:r>
    </w:p>
    <w:p>
      <w:r>
        <w:br/>
        <w:t>ОСИ</w:t>
      </w:r>
    </w:p>
    <w:p>
      <w:r>
        <w:br/>
        <w:t>БУВ У НАС МУЖИК КОЛИСЬ...</w:t>
      </w:r>
    </w:p>
    <w:p>
      <w:r>
        <w:br/>
        <w:t>Був у нас мужик колись,&lt;br /&gt;</w:t>
        <w:br/>
        <w:t>Що їв хліб і сало, —&lt;br /&gt;</w:t>
        <w:br/>
        <w:t>Днесь такі перевелись,&lt;br /&gt;</w:t>
        <w:br/>
        <w:t>Хліба всім не стало.</w:t>
      </w:r>
    </w:p>
    <w:p>
      <w:r>
        <w:br/>
        <w:t>Був і піп у нас колись,&lt;br /&gt;</w:t>
        <w:br/>
        <w:t>Працював, як люди, —&lt;br /&gt;</w:t>
        <w:br/>
        <w:t>Днесь такі перевелись,&lt;br /&gt;</w:t>
        <w:br/>
        <w:t>І їх вже не буде.</w:t>
      </w:r>
    </w:p>
    <w:p>
      <w:r>
        <w:br/>
        <w:t>Був співак у нас колись,&lt;br /&gt;</w:t>
        <w:br/>
        <w:t>Що співав "Буй-Тура", —&lt;br /&gt;</w:t>
        <w:br/>
        <w:t>Нині в цього, подивись,&lt;br /&gt;</w:t>
        <w:br/>
        <w:t>Банкоагентура.</w:t>
      </w:r>
    </w:p>
    <w:p>
      <w:r>
        <w:br/>
        <w:t>Твердоруський був колись&lt;br /&gt;</w:t>
        <w:br/>
        <w:t>З чорним піднебінням —&lt;br /&gt;</w:t>
        <w:br/>
        <w:t>Нині смирним став, дивись,&lt;br /&gt;</w:t>
        <w:br/>
        <w:t>Лядським сотворінням.</w:t>
      </w:r>
    </w:p>
    <w:p>
      <w:r>
        <w:br/>
        <w:t>Народовець, прогресист,&lt;br /&gt;</w:t>
        <w:br/>
        <w:t>З кутасом мав шапку —&lt;br /&gt;</w:t>
        <w:br/>
        <w:t>Нині, смирний канцеліст,&lt;br /&gt;</w:t>
        <w:br/>
        <w:t>Лиже старшим лапку.</w:t>
      </w:r>
    </w:p>
    <w:p>
      <w:r>
        <w:br/>
        <w:t>Вільнодумець, що робив&lt;br /&gt;</w:t>
        <w:br/>
        <w:t>Богу все об'єкції,&lt;br /&gt;</w:t>
        <w:br/>
        <w:t>Нині смирно йде, ади,&lt;br /&gt;</w:t>
        <w:br/>
        <w:t>В Юр на реколекції.</w:t>
      </w:r>
    </w:p>
    <w:p>
      <w:r>
        <w:br/>
        <w:t>Боже, що за дивний світ,&lt;br /&gt;</w:t>
        <w:br/>
        <w:t>Що за переверти!&lt;br /&gt;</w:t>
        <w:br/>
        <w:t>Чи сміятись, чи жаліть,&lt;br /&gt;</w:t>
        <w:br/>
        <w:t>Чи просити смерти?..&lt;br /&gt;</w:t>
        <w:br/>
        <w:t>1881-1893</w:t>
      </w:r>
    </w:p>
    <w:p>
      <w:r>
        <w:br/>
        <w:t>ПОСЛУХАЙ, СИНУ, ЩО ПРЕМУДРІСТЬ КАЖЕ...</w:t>
      </w:r>
    </w:p>
    <w:p>
      <w:r>
        <w:br/>
        <w:t>Послухай, сину, що премудрість каже:&lt;br /&gt;</w:t>
        <w:br/>
        <w:t>Коли два стільці маєш до вибору —&lt;br /&gt;</w:t>
        <w:br/>
        <w:t>Тут користь власну, тут святу лояльність, —&lt;br /&gt;</w:t>
        <w:br/>
        <w:t>То на обох старайся разом сісти.&lt;br /&gt;</w:t>
        <w:br/>
        <w:t>І будь неначе те теля покірне,&lt;br /&gt;</w:t>
        <w:br/>
        <w:t>Що ссе дві мамі за свою покору.&lt;br /&gt;</w:t>
        <w:br/>
        <w:t>Та ще мудрішим можеш показатись,&lt;br /&gt;</w:t>
        <w:br/>
        <w:t>Коли стілець лояльності поставиш&lt;br /&gt;</w:t>
        <w:br/>
        <w:t>На користі стілець і аж наверха&lt;br /&gt;</w:t>
        <w:br/>
        <w:t>Сам сядеш, вищий понад тих нездарів,&lt;br /&gt;</w:t>
        <w:br/>
        <w:t>Що на самих худих лояльних стільцях&lt;br /&gt;</w:t>
        <w:br/>
        <w:t>Сидять, худі, мов сім корів з Єгипту.&lt;br /&gt;</w:t>
        <w:br/>
        <w:t>Амінь, амінь, кажу тобі, мій сину,&lt;br /&gt;</w:t>
        <w:br/>
        <w:t>Що не худі товстих з'їдять корови,&lt;br /&gt;</w:t>
        <w:br/>
        <w:t>Але товсті худих з'їдять з кістками&lt;br /&gt;</w:t>
        <w:br/>
        <w:t>І не подохнуть, тільки потовстіють.&lt;br /&gt;</w:t>
        <w:br/>
        <w:t>1881</w:t>
      </w:r>
    </w:p>
    <w:p>
      <w:r>
        <w:br/>
        <w:t>"ХЛІБОРОБ"</w:t>
      </w:r>
    </w:p>
    <w:p>
      <w:r>
        <w:br/>
        <w:t>Гей, хто на світі кращу долю має,&lt;br /&gt;</w:t>
        <w:br/>
        <w:t>Як той, що плугом святу землю оре?&lt;br /&gt;</w:t>
        <w:br/>
        <w:t>Святую землю в банку заставляє,&lt;br /&gt;</w:t>
        <w:br/>
        <w:t>В довги впадає, як в бездонне море,&lt;br /&gt;</w:t>
        <w:br/>
        <w:t>І поти б'ється, аж остання рація&lt;br /&gt;</w:t>
        <w:br/>
        <w:t>На нього спаде — грунту ліцитація —&lt;br /&gt;</w:t>
        <w:br/>
        <w:t>І поки в найми не пошкандибає, —&lt;br /&gt;</w:t>
        <w:br/>
        <w:t>Гей, хто на світі кращу долю має?</w:t>
      </w:r>
    </w:p>
    <w:p>
      <w:r>
        <w:br/>
        <w:t>Гей, хто на світі кращу долю має,&lt;br /&gt;</w:t>
        <w:br/>
        <w:t>Як той, що вірно цісареві служить,&lt;br /&gt;</w:t>
        <w:br/>
        <w:t>В касарні нишком рід свій споминає,&lt;br /&gt;</w:t>
        <w:br/>
        <w:t>Зітхає нишком, і клене, і тужить,&lt;br /&gt;</w:t>
        <w:br/>
        <w:t>Махає "гвером", в "гліді" машерує,&lt;br /&gt;</w:t>
        <w:br/>
        <w:t>На варті мерзне, в "шпангах" креперує,&lt;br /&gt;</w:t>
        <w:br/>
        <w:t>В "ібунках" пріє, "комісняк" снідає, —&lt;br /&gt;</w:t>
        <w:br/>
        <w:t>Гей, хто на світі кращу долю має?</w:t>
      </w:r>
    </w:p>
    <w:p>
      <w:r>
        <w:br/>
        <w:t>Гей, хто на світі кращу долю має?&lt;br /&gt;</w:t>
        <w:br/>
        <w:t>Як той, хто щирим патріотом зветься,&lt;br /&gt;</w:t>
        <w:br/>
        <w:t>Податки точно рік за рік складає,&lt;br /&gt;</w:t>
        <w:br/>
        <w:t>Шанує власть, перед жандармом гнеться,&lt;br /&gt;</w:t>
        <w:br/>
        <w:t>Цілуєсь з возним і, хоч дуже бідний,&lt;br /&gt;</w:t>
        <w:br/>
        <w:t>Як треба дати, дасть і гріш послідній,&lt;br /&gt;</w:t>
        <w:br/>
        <w:t>А нащо, за що дав — і не питає, —&lt;br /&gt;</w:t>
        <w:br/>
        <w:t>Гей, хто на світі кращу долю має?</w:t>
      </w:r>
    </w:p>
    <w:p>
      <w:r>
        <w:br/>
        <w:t>Гей, хто на світі кращу долю має?&lt;br /&gt;</w:t>
        <w:br/>
        <w:t>Як той, що все лиш ту науку чує,&lt;br /&gt;</w:t>
        <w:br/>
        <w:t>Що тільки бідних господь бог карає,&lt;br /&gt;</w:t>
        <w:br/>
        <w:t>Що ласка божа тільки багачу є,&lt;br /&gt;</w:t>
        <w:br/>
        <w:t>Що чорт усюди чоловіка кусить,&lt;br /&gt;</w:t>
        <w:br/>
        <w:t>А бідний все в покусі впасти мусить,&lt;br /&gt;</w:t>
        <w:br/>
        <w:t>Що хлоп лінюх, п'яниця і св[иня] є, —&lt;br /&gt;</w:t>
        <w:br/>
        <w:t>Гей, хто на світі кращу долю має?&lt;br /&gt;</w:t>
        <w:br/>
        <w:t>1880</w:t>
      </w:r>
    </w:p>
    <w:p>
      <w:r>
        <w:br/>
        <w:t>"УЖАС НА РУСІ"</w:t>
      </w:r>
    </w:p>
    <w:p>
      <w:r>
        <w:br/>
        <w:t>Лихо, сусідо! Ой горе нам, свату!&lt;br /&gt;</w:t>
        <w:br/>
        <w:t>Світ вже кінчиться! Вже буря гуде!&lt;br /&gt;</w:t>
        <w:br/>
        <w:t>Чув ти? На нашу нещасную хату,&lt;br /&gt;</w:t>
        <w:br/>
        <w:t>Кажуть, страшенная змора іде.</w:t>
      </w:r>
    </w:p>
    <w:p>
      <w:r>
        <w:br/>
        <w:t>Десь проявились якісь нігілісти —&lt;br /&gt;</w:t>
        <w:br/>
        <w:t>Кажуть, що се людоїди, хотять&lt;br /&gt;</w:t>
        <w:br/>
        <w:t>Русь нашу, матінку, з кашею з'їсти,&lt;br /&gt;</w:t>
        <w:br/>
        <w:t>Перевернути теперішній лад.</w:t>
      </w:r>
    </w:p>
    <w:p>
      <w:r>
        <w:br/>
        <w:t>Все перевернуть униз головами:&lt;br /&gt;</w:t>
        <w:br/>
        <w:t>Учні професора стануть навчать,&lt;br /&gt;</w:t>
        <w:br/>
        <w:t>А як азбуки не вміє — різками,&lt;br /&gt;</w:t>
        <w:br/>
        <w:t>Як він їх нині, будуть його прать.</w:t>
      </w:r>
    </w:p>
    <w:p>
      <w:r>
        <w:br/>
        <w:t>Вірні тоді парастас будуть править,&lt;br /&gt;</w:t>
        <w:br/>
        <w:t>Але поклони піп битиме сам;&lt;br /&gt;</w:t>
        <w:br/>
        <w:t>Купчик над склепом сей напис поставить:&lt;br /&gt;</w:t>
        <w:br/>
        <w:t>"Хто дасть найменше, товар йому дам".</w:t>
      </w:r>
    </w:p>
    <w:p>
      <w:r>
        <w:br/>
        <w:t>Суд буде також для них відповідний:&lt;br /&gt;</w:t>
        <w:br/>
        <w:t>Неук судитиме вчених панів.&lt;br /&gt;</w:t>
        <w:br/>
        <w:t>Хто вкрав, а хитро — той вийде свобідний,&lt;br /&gt;</w:t>
        <w:br/>
        <w:t>В цюпу — хто вкрасти хотів, а не вмів.</w:t>
      </w:r>
    </w:p>
    <w:p>
      <w:r>
        <w:br/>
        <w:t>Красти, ошукувать всім буде вільно,&lt;br /&gt;</w:t>
        <w:br/>
        <w:t>Чесний заробок — отсе буде встид,&lt;br /&gt;</w:t>
        <w:br/>
        <w:t>Злодія зловиш в коморі — постій-но!&lt;br /&gt;</w:t>
        <w:br/>
        <w:t>Злодій тебе до уряду тащить.</w:t>
      </w:r>
    </w:p>
    <w:p>
      <w:r>
        <w:br/>
        <w:t>Не хлоп державі з кривавого поту&lt;br /&gt;</w:t>
        <w:br/>
        <w:t>Буде, як досі, податки зносить,&lt;br /&gt;</w:t>
        <w:br/>
        <w:t>Але держава за хлопську роботу&lt;br /&gt;</w:t>
        <w:br/>
        <w:t>Премії буде рік-річно платить.</w:t>
      </w:r>
    </w:p>
    <w:p>
      <w:r>
        <w:br/>
        <w:t>Волі назадники стеклі запрагнуть,&lt;br /&gt;</w:t>
        <w:br/>
        <w:t>А ліберали її прокленуть,&lt;br /&gt;</w:t>
        <w:br/>
        <w:t>Взад поступовці, мов раки, потягнуть.&lt;br /&gt;</w:t>
        <w:br/>
        <w:t>Прямо вперед невидющі підуть.</w:t>
      </w:r>
    </w:p>
    <w:p>
      <w:r>
        <w:br/>
        <w:t>Вівці муть, кумочку, пастиря пасти,&lt;br /&gt;</w:t>
        <w:br/>
        <w:t>Яйця муть, кумочку, курку учить;&lt;br /&gt;</w:t>
        <w:br/>
        <w:t>Люди легальні муть грабити й красти,&lt;br /&gt;</w:t>
        <w:br/>
        <w:t>Чесних почнуть злодіяки тіснить.</w:t>
      </w:r>
    </w:p>
    <w:p>
      <w:r>
        <w:br/>
        <w:t>Горе, сусідо! Ой лихо нам, свату!&lt;br /&gt;</w:t>
        <w:br/>
        <w:t>Світ вже валиться! Тріщать вже стовпи!&lt;br /&gt;</w:t>
        <w:br/>
        <w:t>Треба покинуть і жінку і хату&lt;br /&gt;</w:t>
        <w:br/>
        <w:t>Та вандрувать на кубанські степи.&lt;br /&gt;</w:t>
        <w:br/>
        <w:t>4 дек[абря] 1880</w:t>
      </w:r>
    </w:p>
    <w:p>
      <w:r>
        <w:br/>
        <w:t>СОНЕТИ</w:t>
      </w:r>
    </w:p>
    <w:p>
      <w:r>
        <w:br/>
        <w:t>ВОЛЬНІ СОНЕТИ</w:t>
      </w:r>
    </w:p>
    <w:p>
      <w:r>
        <w:br/>
        <w:t>СОНЕТИ — СЕ РАБИ. У ФОРМИ ПУТА...</w:t>
      </w:r>
    </w:p>
    <w:p>
      <w:r>
        <w:br/>
        <w:t>Сонети — се раби. У форми пута&lt;br /&gt;</w:t>
        <w:br/>
        <w:t>Свобідна думка в них тремтить закута,&lt;br /&gt;</w:t>
        <w:br/>
        <w:t>Примірена, як міряють рекрута,&lt;br /&gt;</w:t>
        <w:br/>
        <w:t>І в уніформ так, як рекрут, упхнута.</w:t>
      </w:r>
    </w:p>
    <w:p>
      <w:r>
        <w:br/>
        <w:t>Сонети — се пани. В них мисль від роду&lt;br /&gt;</w:t>
        <w:br/>
        <w:t>Приглушено для форм; вони вигоду,&lt;br /&gt;</w:t>
        <w:br/>
        <w:t>Пожиток кинуть, щоб ловити моду:&lt;br /&gt;</w:t>
        <w:br/>
        <w:t>Се гарний цвіт, що не приносить плоду.</w:t>
      </w:r>
    </w:p>
    <w:p>
      <w:r>
        <w:br/>
        <w:t>Раби й пани! Екстреми ся стрічають.&lt;br /&gt;</w:t>
        <w:br/>
        <w:t>Несмілі ще їх погляди, їх речі,&lt;br /&gt;</w:t>
        <w:br/>
        <w:t>Бо свої сили ще раби не знають.</w:t>
      </w:r>
    </w:p>
    <w:p>
      <w:r>
        <w:br/>
        <w:t>"Простуйся! В ряд". Хлоп в хлопа, плечі в плечі&lt;br /&gt;</w:t>
        <w:br/>
        <w:t>Гнеть стануть, свідомі одної мети,&lt;br /&gt;</w:t>
        <w:br/>
        <w:t>Живі, грізні, огромнії сонети…&lt;br /&gt;</w:t>
        <w:br/>
        <w:t>1880</w:t>
      </w:r>
    </w:p>
    <w:p>
      <w:r>
        <w:br/>
        <w:t>ЧОГО ТИ, ХЛОПЕ, ВБРАВСЬ У СТРІЙ ЛИЦАРСЬКИЙ...</w:t>
      </w:r>
    </w:p>
    <w:p>
      <w:r>
        <w:br/>
        <w:t>"Чого ти, хлопе, вбравсь у стрій лицарський,&lt;br /&gt;</w:t>
        <w:br/>
        <w:t>Немов боїшся насміху і сварки?&lt;br /&gt;</w:t>
        <w:br/>
        <w:t>Чого важкий свій молот каменярський&lt;br /&gt;</w:t>
        <w:br/>
        <w:t>Міняєш на тонкий різець Петрарки?</w:t>
      </w:r>
    </w:p>
    <w:p>
      <w:r>
        <w:br/>
        <w:t>Замість валити панський гніт і царський,&lt;br /&gt;</w:t>
        <w:br/>
        <w:t>Ти скрився в поетичні закамарки!&lt;br /&gt;</w:t>
        <w:br/>
        <w:t>Гіркий, та нешкідний удар писарський,&lt;br /&gt;</w:t>
        <w:br/>
        <w:t>Мов палинівки чарка у шинкарки".</w:t>
      </w:r>
    </w:p>
    <w:p>
      <w:r>
        <w:br/>
        <w:t>"Ні, я не кинув каменярський молот,&lt;br /&gt;</w:t>
        <w:br/>
        <w:t>Усе він в моїй, хоч слабій, долоні.&lt;br /&gt;</w:t>
        <w:br/>
        <w:t>Його не вирве насміх, ані колот.</w:t>
      </w:r>
    </w:p>
    <w:p>
      <w:r>
        <w:br/>
        <w:t>І як невпинно він о камінь дзвонитть,&lt;br /&gt;</w:t>
        <w:br/>
        <w:t>Каміння грюк в душі мені лунає,&lt;br /&gt;</w:t>
        <w:br/>
        <w:t>З душі ж луна та співом виринає".&lt;br /&gt;</w:t>
        <w:br/>
        <w:t>1881</w:t>
      </w:r>
    </w:p>
    <w:p>
      <w:r>
        <w:br/>
        <w:t>КОТЛЯРЕВСЬКИЙ</w:t>
      </w:r>
    </w:p>
    <w:p>
      <w:r>
        <w:br/>
        <w:t>Орел могучий на вершку сніжному&lt;br /&gt;</w:t>
        <w:br/>
        <w:t>Сидів і оком вдовж і вшир гонив,&lt;br /&gt;</w:t>
        <w:br/>
        <w:t>Втім, схопився і по снігу мілкому&lt;br /&gt;</w:t>
        <w:br/>
        <w:t>Крилом ударив і в лазур поплив.</w:t>
      </w:r>
    </w:p>
    <w:p>
      <w:r>
        <w:br/>
        <w:t>Та груду снігу він крилом відбив,&lt;br /&gt;</w:t>
        <w:br/>
        <w:t>І вниз вона по склоні кам'яному&lt;br /&gt;</w:t>
        <w:br/>
        <w:t>Котитись стала — час малий проплив,&lt;br /&gt;</w:t>
        <w:br/>
        <w:t>І вниз ревла лавина дужче грому.</w:t>
      </w:r>
    </w:p>
    <w:p>
      <w:r>
        <w:br/>
        <w:t>Так Котляревський у щасливий час&lt;br /&gt;</w:t>
        <w:br/>
        <w:t>Вкраїнським словом розпочав співати,&lt;br /&gt;</w:t>
        <w:br/>
        <w:t>І спів той виглядав на жарт не раз.</w:t>
      </w:r>
    </w:p>
    <w:p>
      <w:r>
        <w:br/>
        <w:t>Та був у нім завдаток сил багатий,&lt;br /&gt;</w:t>
        <w:br/>
        <w:t>І огник, ним засвічений, не згас,&lt;br /&gt;</w:t>
        <w:br/>
        <w:t>А розгорівсь, щоб всіх нас огрівати.&lt;br /&gt;</w:t>
        <w:br/>
        <w:t>1873</w:t>
      </w:r>
    </w:p>
    <w:p>
      <w:r>
        <w:br/>
        <w:t>ВАМ СТРАШНО ТОЇ ОГНЯНОЇ ХВИЛІ...</w:t>
      </w:r>
    </w:p>
    <w:p>
      <w:r>
        <w:br/>
        <w:t>Вам страшно тої огняної хвилі,&lt;br /&gt;</w:t>
        <w:br/>
        <w:t>Коли з мільйонів серць, мов божий грім,&lt;br /&gt;</w:t>
        <w:br/>
        <w:t>Закута правда бухне і застилі&lt;br /&gt;</w:t>
        <w:br/>
        <w:t>Шкарлущі світу розірве на нім?</w:t>
      </w:r>
    </w:p>
    <w:p>
      <w:r>
        <w:br/>
        <w:t>Ви боїтесь, щоби криваві хвилі&lt;br /&gt;</w:t>
        <w:br/>
        <w:t>Не потекли і не підмили дім&lt;br /&gt;</w:t>
        <w:br/>
        <w:t>Блискучої освіти, не змулили&lt;br /&gt;</w:t>
        <w:br/>
        <w:t>Швидкого поступу думок зовсім?</w:t>
      </w:r>
    </w:p>
    <w:p>
      <w:r>
        <w:br/>
        <w:t>Не бійтеся! В кривавих хвиль навалі&lt;br /&gt;</w:t>
        <w:br/>
        <w:t>Не згине думка, правда і добро,&lt;br /&gt;</w:t>
        <w:br/>
        <w:t>Лиш краще, ширше розів'ється далі.</w:t>
      </w:r>
    </w:p>
    <w:p>
      <w:r>
        <w:br/>
        <w:t>Не бійтеся! Не людськості ядро&lt;br /&gt;</w:t>
        <w:br/>
        <w:t>Та буря зломить, а суху лушпину, —&lt;br /&gt;</w:t>
        <w:br/>
        <w:t>Ядро ж живеє розростесь без впину.&lt;br /&gt;</w:t>
        <w:br/>
        <w:t>1880</w:t>
      </w:r>
    </w:p>
    <w:p>
      <w:r>
        <w:br/>
        <w:t>ЯК ТЕ ЗАЛІЗО З СИЛОЮ ДИВНОЮ...</w:t>
      </w:r>
    </w:p>
    <w:p>
      <w:r>
        <w:br/>
        <w:t>Як те залізо з силою дивною,&lt;br /&gt;</w:t>
        <w:br/>
        <w:t>Що другеє залізо тягне к собі&lt;br /&gt;</w:t>
        <w:br/>
        <w:t>І магнетизмом звесь, не в супокою&lt;br /&gt;</w:t>
        <w:br/>
        <w:t>Зціпляєсь, але в ненастанній пробі, —</w:t>
      </w:r>
    </w:p>
    <w:p>
      <w:r>
        <w:br/>
        <w:t>А як його безділля вкриє ржою,&lt;br /&gt;</w:t>
        <w:br/>
        <w:t>Під ржею й сила гине, мов у гробі, —&lt;br /&gt;</w:t>
        <w:br/>
        <w:t>Отак і серце, що, грижі стрілою&lt;br /&gt;</w:t>
        <w:br/>
        <w:t>Прошиблене, само з'їдаєсь в собі.</w:t>
      </w:r>
    </w:p>
    <w:p>
      <w:r>
        <w:br/>
        <w:t>Лиш праця ржу зотре, що грудь з'їдає,&lt;br /&gt;</w:t>
        <w:br/>
        <w:t>Чуття живе, неткнуте заховає,&lt;br /&gt;</w:t>
        <w:br/>
        <w:t>Непросихаючу нору живить.</w:t>
      </w:r>
    </w:p>
    <w:p>
      <w:r>
        <w:br/>
        <w:t>Лиш в праці мужа виробляєсь сила,&lt;br /&gt;</w:t>
        <w:br/>
        <w:t>Лиш праця світ таким, як є, створила,&lt;br /&gt;</w:t>
        <w:br/>
        <w:t>Лиш в праці варто і для праці жить.&lt;br /&gt;</w:t>
        <w:br/>
        <w:t>1880</w:t>
      </w:r>
    </w:p>
    <w:p>
      <w:r>
        <w:br/>
        <w:t>СІКСТИНСЬКА МАДОННА</w:t>
      </w:r>
    </w:p>
    <w:p>
      <w:r>
        <w:br/>
        <w:t>Хто смів сказать, що не богиня ти?&lt;br /&gt;</w:t>
        <w:br/>
        <w:t>Де той безбожник, що без серця дрожі&lt;br /&gt;</w:t>
        <w:br/>
        <w:t>В твоє лице небесне глянуть може,&lt;br /&gt;</w:t>
        <w:br/>
        <w:t>Неткнутий блиском твої красоти?</w:t>
      </w:r>
    </w:p>
    <w:p>
      <w:r>
        <w:br/>
        <w:t>Так, ти богиня! Мати, райська роже,&lt;br /&gt;</w:t>
        <w:br/>
        <w:t>О глянь на мене з свої висоти!</w:t>
      </w:r>
    </w:p>
    <w:p>
      <w:r>
        <w:br/>
        <w:t>Бач, я, що в небесах не міг найти&lt;br /&gt;</w:t>
        <w:br/>
        <w:t>Богів, перед тобою клонюсь тоже.</w:t>
      </w:r>
    </w:p>
    <w:p>
      <w:r>
        <w:br/>
        <w:t>О бозі, духах мож ся сумнівати&lt;br /&gt;</w:t>
        <w:br/>
        <w:t>І небо й пекло казкою вважати,&lt;br /&gt;</w:t>
        <w:br/>
        <w:t>Та ти й краса твоя — не казка, ні!</w:t>
      </w:r>
    </w:p>
    <w:p>
      <w:r>
        <w:br/>
        <w:t>І час прийде, коли весь світ покине&lt;br /&gt;</w:t>
        <w:br/>
        <w:t>Богів і духів, лиш тебе, богине,&lt;br /&gt;</w:t>
        <w:br/>
        <w:t>Чтить буде вічно — тут, на полотні.&lt;br /&gt;</w:t>
        <w:br/>
        <w:t>1881</w:t>
      </w:r>
    </w:p>
    <w:p>
      <w:r>
        <w:br/>
        <w:t>ПІСНЯ БУДУЩИНИ</w:t>
      </w:r>
    </w:p>
    <w:p>
      <w:r>
        <w:br/>
        <w:t>Знов час прийде, коли з погорди пилу&lt;br /&gt;</w:t>
        <w:br/>
        <w:t>Ти отрясешся й ясною звіздою&lt;br /&gt;</w:t>
        <w:br/>
        <w:t>Засяєш людям, і підуть з тобою,&lt;br /&gt;</w:t>
        <w:br/>
        <w:t>Серця твою почують давню силу.</w:t>
      </w:r>
    </w:p>
    <w:p>
      <w:r>
        <w:br/>
        <w:t>Знов час прийде, до найтяжчого бою,&lt;br /&gt;</w:t>
        <w:br/>
        <w:t>Остатнього, за правду й волю милу&lt;br /&gt;</w:t>
        <w:br/>
        <w:t>Ти поведеш народи і прогнилу&lt;br /&gt;</w:t>
        <w:br/>
        <w:t>Стару будову розвалиш собою.</w:t>
      </w:r>
    </w:p>
    <w:p>
      <w:r>
        <w:br/>
        <w:t>І над обновленим, щасливим світом,&lt;br /&gt;</w:t>
        <w:br/>
        <w:t>Над збратаними, чистими людьми&lt;br /&gt;</w:t>
        <w:br/>
        <w:t>Ти зацвітеш новим, пречудним цвітом.</w:t>
      </w:r>
    </w:p>
    <w:p>
      <w:r>
        <w:br/>
        <w:t>Прийде той час! Істотою цілою&lt;br /&gt;</w:t>
        <w:br/>
        <w:t>Ми чуєм хід його поза собою,&lt;br /&gt;</w:t>
        <w:br/>
        <w:t>Та доживем його — не ми… не ми!&lt;br /&gt;</w:t>
        <w:br/>
        <w:t>1880</w:t>
      </w:r>
    </w:p>
    <w:p>
      <w:r>
        <w:br/>
        <w:t>КОЛИСЬ В СОНЕТАХ ДАНТЕ І ПЕТРАРКА...</w:t>
      </w:r>
    </w:p>
    <w:p>
      <w:r>
        <w:br/>
        <w:t>Колись в сонетах Данте і Петрарка,&lt;br /&gt;</w:t>
        <w:br/>
        <w:t>Шекспір і Спенсер красоту співали,&lt;br /&gt;</w:t>
        <w:br/>
        <w:t>В форму майстерну, мов різьблена чарка,&lt;br /&gt;</w:t>
        <w:br/>
        <w:t>Свою любов, мов шум-вино, вливали.</w:t>
      </w:r>
    </w:p>
    <w:p>
      <w:r>
        <w:br/>
        <w:t>Ту чарку німці в меч перекували,&lt;br /&gt;</w:t>
        <w:br/>
        <w:t>Коли знялась патріотична сварка;&lt;br /&gt;</w:t>
        <w:br/>
        <w:t>"Панцирний" їх сонет, [4] як капрал, гарка,&lt;br /&gt;</w:t>
        <w:br/>
        <w:t>Лиш краску крові любить і блиск стали.</w:t>
      </w:r>
    </w:p>
    <w:p>
      <w:r>
        <w:br/>
        <w:t>Нам, хліборобам, що з мечем почати?&lt;br /&gt;</w:t>
        <w:br/>
        <w:t>Прийдесь нову зробити перекову:&lt;br /&gt;</w:t>
        <w:br/>
        <w:t>Патріотичний меч перекувати</w:t>
      </w:r>
    </w:p>
    <w:p>
      <w:r>
        <w:br/>
        <w:t>На плуг — обліг будущини орати.&lt;br /&gt;</w:t>
        <w:br/>
        <w:t>На серп, щоб жито жать, життя основу,&lt;br /&gt;</w:t>
        <w:br/>
        <w:t>На вили — чистить стайню Авгійову.&lt;br /&gt;</w:t>
        <w:br/>
        <w:t>24 сент[ября] 1889</w:t>
      </w:r>
    </w:p>
    <w:p>
      <w:r>
        <w:br/>
        <w:t>ТЮРЕМНІ СОНЕТИ</w:t>
      </w:r>
    </w:p>
    <w:p>
      <w:r>
        <w:br/>
        <w:t>СЕ ДІМ ПЛАЧУ, І СМУТКУ, І ЗІТХАННЯ...</w:t>
      </w:r>
    </w:p>
    <w:p>
      <w:r>
        <w:br/>
        <w:t>Се дім плачу, і смутку, і зітхання,&lt;br /&gt;</w:t>
        <w:br/>
        <w:t>Гніздо грижі, і зопсуття, і муки!&lt;br /&gt;</w:t>
        <w:br/>
        <w:t>Хто тут ввійшов, зціпи і зуби й руки,&lt;br /&gt;</w:t>
        <w:br/>
        <w:t>Спини думки, і речі, і бажання!</w:t>
      </w:r>
    </w:p>
    <w:p>
      <w:r>
        <w:br/>
        <w:t>Кукіль тут полють з жита, видається,&lt;br /&gt;</w:t>
        <w:br/>
        <w:t>Та рівночасно свіжий засівають;&lt;br /&gt;</w:t>
        <w:br/>
        <w:t>По параграфам правду виміряють,&lt;br /&gt;</w:t>
        <w:br/>
        <w:t>Але неправда і без міри ллється.</w:t>
      </w:r>
    </w:p>
    <w:p>
      <w:r>
        <w:br/>
        <w:t>Тут стережуть основ, але основу&lt;br /&gt;</w:t>
        <w:br/>
        <w:t>Усіх основ — людського серця мову,&lt;br /&gt;</w:t>
        <w:br/>
        <w:t>І волю, й мисль зневажують, як дрантя.</w:t>
      </w:r>
    </w:p>
    <w:p>
      <w:r>
        <w:br/>
        <w:t>Ви, що, попавши в западню ту, хтіли&lt;br /&gt;</w:t>
        <w:br/>
        <w:t>Найти в ній людський змисл і людські ціли, —&lt;br /&gt;</w:t>
        <w:br/>
        <w:t>Lasciate ogni speranza, [5] — мовив Данте.&lt;br /&gt;</w:t>
        <w:br/>
        <w:t>19 сент[ября] 1889</w:t>
      </w:r>
    </w:p>
    <w:p>
      <w:r>
        <w:br/>
        <w:t>СИЖДУ В ТЮРМІ, МОВ В ЗАСІДЦІ СТРІЛЕЦЬ...</w:t>
      </w:r>
    </w:p>
    <w:p>
      <w:r>
        <w:br/>
        <w:t>Сижду в тюрмі, мов в засідці стрілець,&lt;br /&gt;</w:t>
        <w:br/>
        <w:t>Усякий звір поперед мене мчиться,&lt;br /&gt;</w:t>
        <w:br/>
        <w:t>Не криється від мене, не боїться,&lt;br /&gt;</w:t>
        <w:br/>
        <w:t>Показує, в чому хто є мистець.</w:t>
      </w:r>
    </w:p>
    <w:p>
      <w:r>
        <w:br/>
        <w:t>Лис — злодій тут, не скромник, не святець,&lt;br /&gt;</w:t>
        <w:br/>
        <w:t>І вовк — не музикант, а просто вбійця,&lt;br /&gt;</w:t>
        <w:br/>
        <w:t>Медвідь — дерун і лютий кровопійця,&lt;br /&gt;</w:t>
        <w:br/>
        <w:t>Забув про жарти, бубен і танець.</w:t>
      </w:r>
    </w:p>
    <w:p>
      <w:r>
        <w:br/>
        <w:t>Тут всяку видно наголо особу,&lt;br /&gt;</w:t>
        <w:br/>
        <w:t>Мов фрак роздівши й мундур урядовий,&lt;br /&gt;</w:t>
        <w:br/>
        <w:t>Вони і людську скинули подобу.</w:t>
      </w:r>
    </w:p>
    <w:p>
      <w:r>
        <w:br/>
        <w:t>Я в засідці дрібнії точу стріли&lt;br /&gt;</w:t>
        <w:br/>
        <w:t>І напинаю лук свій, все готовий —&lt;br /&gt;</w:t>
        <w:br/>
        <w:t>Ну, бачність, звірі! Не хиблю я ціли!&lt;br /&gt;</w:t>
        <w:br/>
        <w:t>9 сент[ября] 1889</w:t>
      </w:r>
    </w:p>
    <w:p>
      <w:r>
        <w:br/>
        <w:t>КОЛИСЬ В ОДНІМ ШАНОВНІМ РУСЬКІМ ДОМІ...</w:t>
      </w:r>
    </w:p>
    <w:p>
      <w:r>
        <w:br/>
        <w:t>Колись в однім шановнім руськім домі&lt;br /&gt;</w:t>
        <w:br/>
        <w:t>В дні юності, в дні щастя і любови&lt;br /&gt;</w:t>
        <w:br/>
        <w:t>Читали ми "Что делать?", і розмови&lt;br /&gt;</w:t>
        <w:br/>
        <w:t>Йшли про часи будущі, невідомі.</w:t>
      </w:r>
    </w:p>
    <w:p>
      <w:r>
        <w:br/>
        <w:t>Домашні дами ось як побивали&lt;br /&gt;</w:t>
        <w:br/>
        <w:t>Не раз мої гарячі дифірамби:&lt;br /&gt;</w:t>
        <w:br/>
        <w:t>"Е, спільна праця! В такім разі й вам би&lt;br /&gt;</w:t>
        <w:br/>
        <w:t>Прийшлося чистить виходки й канали".</w:t>
      </w:r>
    </w:p>
    <w:p>
      <w:r>
        <w:br/>
        <w:t>Не знали дами, що важке, всесвітнє&lt;br /&gt;</w:t>
        <w:br/>
        <w:t>Питання те вже Австрія рішила.&lt;br /&gt;</w:t>
        <w:br/>
        <w:t>Тюремний кибель — що в ньому за сила!</w:t>
      </w:r>
    </w:p>
    <w:p>
      <w:r>
        <w:br/>
        <w:t>І виходок, і мебель враз! Вигідне&lt;br /&gt;</w:t>
        <w:br/>
        <w:t>Береш його, виносиш, ну, і прямо&lt;br /&gt;</w:t>
        <w:br/>
        <w:t>На поле лий чи в компостову яму.&lt;br /&gt;</w:t>
        <w:br/>
        <w:t>17 сент[ября] 1889</w:t>
      </w:r>
    </w:p>
    <w:p>
      <w:r>
        <w:br/>
        <w:t>У СНІ МЕНІ ЯВИЛИСЬ ДВІ БОГИНІ...</w:t>
      </w:r>
    </w:p>
    <w:p>
      <w:r>
        <w:br/>
        <w:t>У сні мені явились дві богині.&lt;br /&gt;</w:t>
        <w:br/>
        <w:t>Лице одної — блиски променисті,&lt;br /&gt;</w:t>
        <w:br/>
        <w:t>Безмірним щастям сяли очі сині,&lt;br /&gt;</w:t>
        <w:br/>
        <w:t>І кучері вилися золотисті.</w:t>
      </w:r>
    </w:p>
    <w:p>
      <w:r>
        <w:br/>
        <w:t>Лице другої чорний крив серпанок,&lt;br /&gt;</w:t>
        <w:br/>
        <w:t>І чорні очі, наче перун з тучі,&lt;br /&gt;</w:t>
        <w:br/>
        <w:t>Блищали, коси чорні та блискучі —&lt;br /&gt;</w:t>
        <w:br/>
        <w:t>Була, немов літній, бурливий ранок.</w:t>
      </w:r>
    </w:p>
    <w:p>
      <w:r>
        <w:br/>
        <w:t>"Не плач, дитя самотнє, цить, мій світку, —&lt;br /&gt;</w:t>
        <w:br/>
        <w:t>Сказала перша (що за голос милий!), —&lt;br /&gt;</w:t>
        <w:br/>
        <w:t>Ось на тобі мій дар, чудову квітку!"</w:t>
      </w:r>
    </w:p>
    <w:p>
      <w:r>
        <w:br/>
        <w:t>І соняшник дала мені розцвілий.&lt;br /&gt;</w:t>
        <w:br/>
        <w:t>А друга мовчки терн втиснула в руку, —&lt;br /&gt;</w:t>
        <w:br/>
        <w:t>І враз я радість вчув і люту муку.</w:t>
      </w:r>
    </w:p>
    <w:p>
      <w:r>
        <w:br/>
        <w:t>***&lt;br /&gt;</w:t>
        <w:br/>
        <w:t>І говорила перша: "Я любов,&lt;br /&gt;</w:t>
        <w:br/>
        <w:t>Життя людського сонце невечерпне.&lt;br /&gt;</w:t>
        <w:br/>
        <w:t>Як соняшник за сонцем, так за мнов&lt;br /&gt;</w:t>
        <w:br/>
        <w:t>Най раз на все твоє ся серце зверне.</w:t>
      </w:r>
    </w:p>
    <w:p>
      <w:r>
        <w:br/>
        <w:t>І світ, і люди — всі перед тобов&lt;br /&gt;</w:t>
        <w:br/>
        <w:t>Являтись будуть світлим боком; скверне,&lt;br /&gt;</w:t>
        <w:br/>
        <w:t>Погане, зле — лиш з наслуху, немов&lt;br /&gt;</w:t>
        <w:br/>
        <w:t>Крізь сито тільки будеш знать. Оберне</w:t>
      </w:r>
    </w:p>
    <w:p>
      <w:r>
        <w:br/>
        <w:t>Мій дар до тебе щирих серць багато,&lt;br /&gt;</w:t>
        <w:br/>
        <w:t>І від найліпших, найчесніших твого&lt;br /&gt;</w:t>
        <w:br/>
        <w:t>Віку — добра й любові зазнаєш много.</w:t>
      </w:r>
    </w:p>
    <w:p>
      <w:r>
        <w:br/>
        <w:t>Тож хорони, дитя, сей дар мій свято!&lt;br /&gt;</w:t>
        <w:br/>
        <w:t>Любов л ю д е й, мов хліб той до засіка,&lt;br /&gt;</w:t>
        <w:br/>
        <w:t>Громадь і степенуй в любов до ч о л о в і к а!"</w:t>
      </w:r>
    </w:p>
    <w:p>
      <w:r>
        <w:br/>
        <w:t>***&lt;br /&gt;</w:t>
        <w:br/>
        <w:t>І говорила друга: "Я ненависть,&lt;br /&gt;</w:t>
        <w:br/>
        <w:t>Любві сестра й товариш невідступний.&lt;br /&gt;</w:t>
        <w:br/>
        <w:t>Ненавиджу я все, що звесь лукавість,&lt;br /&gt;</w:t>
        <w:br/>
        <w:t>І кривда, й лад нелюдський та підкупний.</w:t>
      </w:r>
    </w:p>
    <w:p>
      <w:r>
        <w:br/>
        <w:t>Ненавиджу я всю тоту неправість,&lt;br /&gt;</w:t>
        <w:br/>
        <w:t>Що чоловіка пха на путь непутний,&lt;br /&gt;</w:t>
        <w:br/>
        <w:t>Що плодить в душах підлість, брехні, зависть.&lt;br /&gt;</w:t>
        <w:br/>
        <w:t>Крутіж отой могучий, каламутний.</w:t>
      </w:r>
    </w:p>
    <w:p>
      <w:r>
        <w:br/>
        <w:t>Не в серці людськім зло! А зла основа —&lt;br /&gt;</w:t>
        <w:br/>
        <w:t>Се глупота й тота міцна будова, —&lt;br /&gt;</w:t>
        <w:br/>
        <w:t>Що здвигнена людьми і їх же губить.</w:t>
      </w:r>
    </w:p>
    <w:p>
      <w:r>
        <w:br/>
        <w:t>Се зло й тобі прожре до кості тіло,&lt;br /&gt;</w:t>
        <w:br/>
        <w:t>Щоб ти зненавидів його і бивсь з ним сміло,&lt;br /&gt;</w:t>
        <w:br/>
        <w:t>Хто з злом не боресь, той людей не любить!"&lt;br /&gt;</w:t>
        <w:br/>
        <w:t>18 сент[ября] 1889</w:t>
      </w:r>
    </w:p>
    <w:p>
      <w:r>
        <w:br/>
        <w:t>СИДІВ ПУСТИННИК БІЛЯ СВОГО СКИТУ...</w:t>
      </w:r>
    </w:p>
    <w:p>
      <w:r>
        <w:br/>
        <w:t>Сидів пустинник біля свого скиту&lt;br /&gt;</w:t>
        <w:br/>
        <w:t>Серед лісів безмірних та безлюдних&lt;br /&gt;</w:t>
        <w:br/>
        <w:t>І слухав пташок голосів пречудних&lt;br /&gt;</w:t>
        <w:br/>
        <w:t>І вітру в гіллі пісню сумовиту.</w:t>
      </w:r>
    </w:p>
    <w:p>
      <w:r>
        <w:br/>
        <w:t>Аж бач, голубка, його пташка біла,&lt;br /&gt;</w:t>
        <w:br/>
        <w:t>Що вже два дні не знать де пропадала,&lt;br /&gt;</w:t>
        <w:br/>
        <w:t>Ту ж понад ним крильцями стріпотала&lt;br /&gt;</w:t>
        <w:br/>
        <w:t>І тихо в нього на колінах сіла.</w:t>
      </w:r>
    </w:p>
    <w:p>
      <w:r>
        <w:br/>
        <w:t>Старий погладить хтів її руков —&lt;br /&gt;</w:t>
        <w:br/>
        <w:t>Та й обімлів: ті крильця сніжно-білі&lt;br /&gt;</w:t>
        <w:br/>
        <w:t>Оббризкала червона людська кров.</w:t>
      </w:r>
    </w:p>
    <w:p>
      <w:r>
        <w:br/>
        <w:t>І зойкнув дід: "Прокляті, зсатанілі&lt;br /&gt;</w:t>
        <w:br/>
        <w:t>Часи, коли з осель людських в сей ліс&lt;br /&gt;</w:t>
        <w:br/>
        <w:t>На крилах голуб людську кров приніс!" [6]&lt;br /&gt;</w:t>
        <w:br/>
        <w:t>13 сент[ября] 1889</w:t>
      </w:r>
    </w:p>
    <w:p>
      <w:r>
        <w:br/>
        <w:t>БАГНО ГНИЛЕЄ МІЖ КРАЇВ ЄВРОПИ...</w:t>
      </w:r>
    </w:p>
    <w:p>
      <w:r>
        <w:br/>
        <w:t>Багно гнилеє між країв Європи,&lt;br /&gt;</w:t>
        <w:br/>
        <w:t>Покрите цвіллю, зеленню густою!&lt;br /&gt;</w:t>
        <w:br/>
        <w:t>Розсаднице недумства і застою,&lt;br /&gt;</w:t>
        <w:br/>
        <w:t>О А[встріє]! Де ти поставиш стопи,</w:t>
      </w:r>
    </w:p>
    <w:p>
      <w:r>
        <w:br/>
        <w:t>Повзе облуда, здирство, плач народу,&lt;br /&gt;</w:t>
        <w:br/>
        <w:t>Цвіте бездушність, наче плісень з муру.&lt;br /&gt;</w:t>
        <w:br/>
        <w:t>Ти тиснеш і кричиш: "Даю свободу!"&lt;br /&gt;</w:t>
        <w:br/>
        <w:t>Дреш шкуру й мовиш: "Двигаю культуру!"</w:t>
      </w:r>
    </w:p>
    <w:p>
      <w:r>
        <w:br/>
        <w:t>Ти не січеш, не б'єш, в Сибір не шлеш,&lt;br /&gt;</w:t>
        <w:br/>
        <w:t>Лиш, мов упир, із серця соки ссеш,&lt;br /&gt;</w:t>
        <w:br/>
        <w:t>Багно твоє лиш серце й душу дусить.</w:t>
      </w:r>
    </w:p>
    <w:p>
      <w:r>
        <w:br/>
        <w:t>Лиш гадь і слизь росте й міцніє в тобі,&lt;br /&gt;</w:t>
        <w:br/>
        <w:t>Свобідний дух або тікати мусить,&lt;br /&gt;</w:t>
        <w:br/>
        <w:t>Або живцем вмирає в твоїм гробі.&lt;br /&gt;</w:t>
        <w:br/>
        <w:t>4 окт[ября] 1889</w:t>
      </w:r>
    </w:p>
    <w:p>
      <w:r>
        <w:br/>
        <w:t>ТЮРМО НАРОДІВ, ОБРУЧЕМ СТАЛЕНИМ...</w:t>
      </w:r>
    </w:p>
    <w:p>
      <w:r>
        <w:br/>
        <w:t>Тюрмо народів, обручем сталеним&lt;br /&gt;</w:t>
        <w:br/>
        <w:t>Ти обціпила їх живі сустави&lt;br /&gt;</w:t>
        <w:br/>
        <w:t>Й держиш — не для пожитку, не для слави,&lt;br /&gt;</w:t>
        <w:br/>
        <w:t>А лиш для жиру клевретам мерзенним.</w:t>
      </w:r>
    </w:p>
    <w:p>
      <w:r>
        <w:br/>
        <w:t>Отак пастух попута коні в полі&lt;br /&gt;</w:t>
        <w:br/>
        <w:t>Через ногу; здаєсь, три ноги вільні,&lt;br /&gt;</w:t>
        <w:br/>
        <w:t>А йти вони, ні бігти не зусильні —&lt;br /&gt;</w:t>
        <w:br/>
        <w:t>То ржуть, гризуться спільники неволі.</w:t>
      </w:r>
    </w:p>
    <w:p>
      <w:r>
        <w:br/>
        <w:t>Отак і ти попутала народи,&lt;br /&gt;</w:t>
        <w:br/>
        <w:t>Всім давши зверхні вигляди свободи,&lt;br /&gt;</w:t>
        <w:br/>
        <w:t>Щоб одні одних гризли і душили.</w:t>
      </w:r>
    </w:p>
    <w:p>
      <w:r>
        <w:br/>
        <w:t>І хоч всі дружно рвуться з твого круга,&lt;br /&gt;</w:t>
        <w:br/>
        <w:t>Та в різні боки шарпають друг друга.&lt;br /&gt;</w:t>
        <w:br/>
        <w:t>Сей колот — джерело твоєї сили.&lt;br /&gt;</w:t>
        <w:br/>
        <w:t>4 окт [ября] 1889&lt;br /&gt;</w:t>
        <w:br/>
        <w:t>ГАЛИЦЬКІ ОБРАЗКИ</w:t>
      </w:r>
    </w:p>
    <w:p>
      <w:r>
        <w:br/>
        <w:t>В ШИНКУ</w:t>
      </w:r>
    </w:p>
    <w:p>
      <w:r>
        <w:br/>
        <w:t>Сидів в шинку і пив горівку,&lt;br /&gt;</w:t>
        <w:br/>
        <w:t>Бо коло серця щось пекло.&lt;br /&gt;</w:t>
        <w:br/>
        <w:t>Згадав про діти, хору жінку,&lt;br /&gt;</w:t>
        <w:br/>
        <w:t>Згадав про щастя, що втекло…&lt;br /&gt;</w:t>
        <w:br/>
        <w:t>Згадав, як був господар він,&lt;br /&gt;</w:t>
        <w:br/>
        <w:t>Як шанували го сусіди,&lt;br /&gt;</w:t>
        <w:br/>
        <w:t>Всяк віддавав йому поклін&lt;br /&gt;</w:t>
        <w:br/>
        <w:t>І слово добреє завсіди.&lt;br /&gt;</w:t>
        <w:br/>
        <w:t>А далі… далі не хотів&lt;br /&gt;</w:t>
        <w:br/>
        <w:t>І згадувать!.. Настало лихо!&lt;br /&gt;</w:t>
        <w:br/>
        <w:t>Чому мовчати він не вмів,&lt;br /&gt;</w:t>
        <w:br/>
        <w:t>Коли казали бути тихо?&lt;br /&gt;</w:t>
        <w:br/>
        <w:t>Коли громаду кривдив пан,&lt;br /&gt;</w:t>
        <w:br/>
        <w:t>Чому він мусив впоминатись,&lt;br /&gt;</w:t>
        <w:br/>
        <w:t>Хоч не його зорали лан,&lt;br /&gt;</w:t>
        <w:br/>
        <w:t>З панами права добиватись?&lt;br /&gt;</w:t>
        <w:br/>
        <w:t>І не добивсь з панами права,&lt;br /&gt;</w:t>
        <w:br/>
        <w:t>Ще й сам від них біди назнавсь:&lt;br /&gt;</w:t>
        <w:br/>
        <w:t>Громадськая пропала справа,&lt;br /&gt;</w:t>
        <w:br/>
        <w:t>Він сам до крихти зруйнувавсь.&lt;br /&gt;</w:t>
        <w:br/>
        <w:t>Худоба, хата, поле й сад&lt;br /&gt;</w:t>
        <w:br/>
        <w:t>Пішли на кошти судовії,&lt;br /&gt;</w:t>
        <w:br/>
        <w:t>В широкий світ, неначе в ад,&lt;br /&gt;</w:t>
        <w:br/>
        <w:t>Його з сім'єю без надії,&lt;br /&gt;</w:t>
        <w:br/>
        <w:t>Без хліба пхнули. Жінка мре&lt;br /&gt;</w:t>
        <w:br/>
        <w:t>Із голоду на переднівку,&lt;br /&gt;</w:t>
        <w:br/>
        <w:t>У наймах діти… Тато де?&lt;br /&gt;</w:t>
        <w:br/>
        <w:t>Сидить в шинку і п'є горівку.&lt;br /&gt;</w:t>
        <w:br/>
        <w:t>1881&lt;br /&gt;</w:t>
        <w:br/>
        <w:t>МАКСИМ ЦЮНИК [7]</w:t>
      </w:r>
    </w:p>
    <w:p>
      <w:r>
        <w:br/>
        <w:t>Дев'ять ще годин кричав ти,&lt;br /&gt;</w:t>
        <w:br/>
        <w:t>Як та штольня завалилась,&lt;br /&gt;</w:t>
        <w:br/>
        <w:t>Де, нещасний, працював ти, —&lt;br /&gt;</w:t>
        <w:br/>
        <w:t>Дев'ять ще годин конав ти.</w:t>
      </w:r>
    </w:p>
    <w:p>
      <w:r>
        <w:br/>
        <w:t>А юрба їх там тіснилась,&lt;br /&gt;</w:t>
        <w:br/>
        <w:t>Слухаючи крику твого,&lt;br /&gt;</w:t>
        <w:br/>
        <w:t>Та рука й одна не ймилась,&lt;br /&gt;</w:t>
        <w:br/>
        <w:t>До рятунку не стулилась.</w:t>
      </w:r>
    </w:p>
    <w:p>
      <w:r>
        <w:br/>
        <w:t>Дев'ять ще годин страшного&lt;br /&gt;</w:t>
        <w:br/>
        <w:t>Конання — чи не замного&lt;br /&gt;</w:t>
        <w:br/>
        <w:t>Горя випало для того,&lt;br /&gt;</w:t>
        <w:br/>
        <w:t>Хто за весь свій вік не взнав</w:t>
      </w:r>
    </w:p>
    <w:p>
      <w:r>
        <w:br/>
        <w:t>Дев'яти годин розкішних,&lt;br /&gt;</w:t>
        <w:br/>
        <w:t>Дев'яти новин потішних,&lt;br /&gt;</w:t>
        <w:br/>
        <w:t>В вічній нужді, сльозах вічних&lt;br /&gt;</w:t>
        <w:br/>
        <w:t>Весь свій вік не жив — конав?..&lt;br /&gt;</w:t>
        <w:br/>
        <w:t>1881</w:t>
      </w:r>
    </w:p>
    <w:p>
      <w:r>
        <w:br/>
        <w:t>ГАЛАГАН [8]</w:t>
      </w:r>
    </w:p>
    <w:p>
      <w:r>
        <w:br/>
        <w:t>"Мамо! мамо! — кличе Йван,&lt;br /&gt;</w:t>
        <w:br/>
        <w:t>Хлопчик, може, шести літ. —&lt;br /&gt;</w:t>
        <w:br/>
        <w:t>Подивіться, подивіть,&lt;br /&gt;</w:t>
        <w:br/>
        <w:t>Маю дзіньо, галаган!"</w:t>
      </w:r>
    </w:p>
    <w:p>
      <w:r>
        <w:br/>
        <w:t>"Де ж ти, синку, теє взяв?&lt;br /&gt;</w:t>
        <w:br/>
        <w:t>Чом ти, синку, так дрижиш?&lt;br /&gt;</w:t>
        <w:br/>
        <w:t>Боже, босий десь бував,&lt;br /&gt;</w:t>
        <w:br/>
        <w:t>Босий по снігу біжиш!"</w:t>
      </w:r>
    </w:p>
    <w:p>
      <w:r>
        <w:br/>
        <w:t>"То мені паничик дав…&lt;br /&gt;</w:t>
        <w:br/>
        <w:t>Я з ним бігав по снігах:&lt;br /&gt;</w:t>
        <w:br/>
        <w:t>Я босоніж, а він мав&lt;br /&gt;</w:t>
        <w:br/>
        <w:t>Черевички на ногах.</w:t>
      </w:r>
    </w:p>
    <w:p>
      <w:r>
        <w:br/>
        <w:t>"Як мя зловиш, дзіньо дам!" —&lt;br /&gt;</w:t>
        <w:br/>
        <w:t>Так він мовив та й побіг.&lt;br /&gt;</w:t>
        <w:br/>
        <w:t>Я… дігнав його… ма… мам…"&lt;br /&gt;</w:t>
        <w:br/>
        <w:t>"Синку, синку, що тобі?"</w:t>
      </w:r>
    </w:p>
    <w:p>
      <w:r>
        <w:br/>
        <w:t>Зсинів, наче боз, Іван,&lt;br /&gt;</w:t>
        <w:br/>
        <w:t>Зціпив зуби, одубів,&lt;br /&gt;</w:t>
        <w:br/>
        <w:t>З ручки випав галаган —&lt;br /&gt;</w:t>
        <w:br/>
        <w:t>Впав на землю і зомлів.</w:t>
      </w:r>
    </w:p>
    <w:p>
      <w:r>
        <w:br/>
        <w:t>А за тиждень в неділю,&lt;br /&gt;</w:t>
        <w:br/>
        <w:t>Плаче мати — пропало!&lt;br /&gt;</w:t>
        <w:br/>
        <w:t>Пройшла коса по зіллю,&lt;br /&gt;</w:t>
        <w:br/>
        <w:t>Бідне зілля зів'яло.</w:t>
      </w:r>
    </w:p>
    <w:p>
      <w:r>
        <w:br/>
        <w:t>В труні тихо спить Іван,&lt;br /&gt;</w:t>
        <w:br/>
        <w:t>Не бажає більше нич:&lt;br /&gt;</w:t>
        <w:br/>
        <w:t>В ручці має галаган —&lt;br /&gt;</w:t>
        <w:br/>
        <w:t>Той, що дав йому панич.&lt;br /&gt;</w:t>
        <w:br/>
        <w:t>1881</w:t>
      </w:r>
    </w:p>
    <w:p>
      <w:r>
        <w:br/>
        <w:t>ГАДКИ НА МЕЖІ</w:t>
      </w:r>
    </w:p>
    <w:p>
      <w:r>
        <w:br/>
        <w:t>1</w:t>
      </w:r>
    </w:p>
    <w:p>
      <w:r>
        <w:br/>
        <w:t>Ся нитка зелена, що, мов тота гадина,&lt;br /&gt;</w:t>
        <w:br/>
        <w:t>Отсе здовж загону снує, —&lt;br /&gt;</w:t>
        <w:br/>
        <w:t>Се Terminus [9] наш, се межа, перекладина,&lt;br /&gt;</w:t>
        <w:br/>
        <w:t>Знак, поки "моє" і "твоє".&lt;br /&gt;</w:t>
        <w:br/>
        <w:t>По сей бік чотири загони Трохимові,&lt;br /&gt;</w:t>
        <w:br/>
        <w:t>По той бік Михайлові три:&lt;br /&gt;</w:t>
        <w:br/>
        <w:t>Жий кождий на своїм, уплачуй дачки нові,&lt;br /&gt;</w:t>
        <w:br/>
        <w:t>Чужого ж і п'ядь не бери!&lt;br /&gt;</w:t>
        <w:br/>
        <w:t>І що кому в тім, що Михайло й Трохим&lt;br /&gt;</w:t>
        <w:br/>
        <w:t>На своїх загонах криваво бідують,&lt;br /&gt;</w:t>
        <w:br/>
        <w:t>Хоч рук собі й ніг від роботи не чують,&lt;br /&gt;</w:t>
        <w:br/>
        <w:t>Прийде передновок [10] — занестись нічим?&lt;br /&gt;</w:t>
        <w:br/>
        <w:t>І що кому в тім, що худібчина їх&lt;br /&gt;</w:t>
        <w:br/>
        <w:t>"Чомусь" не держиться, чахліє, марніє,&lt;br /&gt;</w:t>
        <w:br/>
        <w:t>Що поле їх рік в рік гіршіє, пустіє,&lt;br /&gt;</w:t>
        <w:br/>
        <w:t>Хоч орють і полють не гірше від всіх?&lt;br /&gt;</w:t>
        <w:br/>
        <w:t>І що кому в тім, що вже руки у них&lt;br /&gt;</w:t>
        <w:br/>
        <w:t>В розпуці безпомічній вниз опускаються?&lt;br /&gt;</w:t>
        <w:br/>
        <w:t>"Замало землиці! В часах тих трудних&lt;br /&gt;</w:t>
        <w:br/>
        <w:t>Довги вже дверима і вікнами пхаються.&lt;br /&gt;</w:t>
        <w:br/>
        <w:t>Прийдеться пропасти… Мов риба в саку,&lt;br /&gt;</w:t>
        <w:br/>
        <w:t>Так б'ємся, і годі що вдати!"&lt;br /&gt;</w:t>
        <w:br/>
        <w:t>Аж слухати важко тих слів, та яку&lt;br /&gt;</w:t>
        <w:br/>
        <w:t>Пораду їм дати — не знати.&lt;br /&gt;</w:t>
        <w:br/>
        <w:t>А станеш у полі отак на межі —&lt;br /&gt;</w:t>
        <w:br/>
        <w:t>В обох сім загонів, і вдовж є куди дивить!&lt;br /&gt;</w:t>
        <w:br/>
        <w:t>Ну, нивка незгірша, що хоч, те й кажи, —&lt;br /&gt;</w:t>
        <w:br/>
        <w:t>При добрій роботі і вісім душ виживить…&lt;br /&gt;</w:t>
        <w:br/>
        <w:t>А в них обох шість душ! І що б за завада&lt;br /&gt;</w:t>
        <w:br/>
        <w:t>Зложитися полем докупи обом,&lt;br /&gt;</w:t>
        <w:br/>
        <w:t>Зложитись хатами, знаряддям, тяглом?&lt;br /&gt;</w:t>
        <w:br/>
        <w:t>І, може, для них се єдиная рада.&lt;br /&gt;</w:t>
        <w:br/>
        <w:t>Та ба, ось межа! Ся попруга вузька&lt;br /&gt;</w:t>
        <w:br/>
        <w:t>Несильну їх силу роздерла на части,&lt;br /&gt;</w:t>
        <w:br/>
        <w:t>І де в спільній праці жили б довіка,&lt;br /&gt;</w:t>
        <w:br/>
        <w:t>Там вроздріб прийдесь їм лиш спільно пропасти.</w:t>
      </w:r>
    </w:p>
    <w:p>
      <w:r>
        <w:br/>
        <w:t>2</w:t>
      </w:r>
    </w:p>
    <w:p>
      <w:r>
        <w:br/>
        <w:t>Малим ще, тямую, всі межі я знав:&lt;br /&gt;</w:t>
        <w:br/>
        <w:t>За мамою літом щодень тупцював,&lt;br /&gt;</w:t>
        <w:br/>
        <w:t>Коли для дійної корови вона&lt;br /&gt;</w:t>
        <w:br/>
        <w:t>Трави узбирати надвечір ішла,&lt;br /&gt;</w:t>
        <w:br/>
        <w:t>То межі й на ступінь широкі були,&lt;br /&gt;</w:t>
        <w:br/>
        <w:t>З одної нажнеш дві вереті трави.&lt;br /&gt;</w:t>
        <w:br/>
        <w:t>А я неміцними ногами межею&lt;br /&gt;</w:t>
        <w:br/>
        <w:t>Безпечно ступаю м'якою стернею.&lt;br /&gt;</w:t>
        <w:br/>
        <w:t>А нині погляну на межі: невже ж?&lt;br /&gt;</w:t>
        <w:br/>
        <w:t>Нема стародавніх, широких тих меж!&lt;br /&gt;</w:t>
        <w:br/>
        <w:t>Всі нині тоненькі, як нитка, отак,&lt;br /&gt;</w:t>
        <w:br/>
        <w:t>Чужий ледве б здужав намацати знак,&lt;br /&gt;</w:t>
        <w:br/>
        <w:t>Сей з того, той з того їх боку підтяв,&lt;br /&gt;</w:t>
        <w:br/>
        <w:t>Рад кождий, що лишнюю скибу дістав.&lt;br /&gt;</w:t>
        <w:br/>
        <w:t>І чом кождий так тої скиби бажить?&lt;br /&gt;</w:t>
        <w:br/>
        <w:t>Чом тісно так в світі, нелюдяно жить?&lt;br /&gt;</w:t>
        <w:br/>
        <w:t>Чи люду замного наплодилось нам,&lt;br /&gt;</w:t>
        <w:br/>
        <w:t>Чи більш до життя потребує він сам?&lt;br /&gt;</w:t>
        <w:br/>
        <w:t>Ні люду замного на нашій рілли,&lt;br /&gt;</w:t>
        <w:br/>
        <w:t>Ні в нього самого потреби зросли,&lt;br /&gt;</w:t>
        <w:br/>
        <w:t>А більш його дома стіснили чужії,&lt;br /&gt;</w:t>
        <w:br/>
        <w:t>На рук його працю, мов трутні, падкії.</w:t>
      </w:r>
    </w:p>
    <w:p>
      <w:r>
        <w:br/>
        <w:t>І дарма то дехто незрячий не раз&lt;br /&gt;</w:t>
        <w:br/>
        <w:t>Говорить: "Війна би здалася у нас,&lt;br /&gt;</w:t>
        <w:br/>
        <w:t>Замного людей, світ тісний всім, мов сак, —&lt;br /&gt;</w:t>
        <w:br/>
        <w:t>Просікли б, вільніше би стало відтак".&lt;br /&gt;</w:t>
        <w:br/>
        <w:t>Вільніше, се так! Та, крім знищення й мук,&lt;br /&gt;</w:t>
        <w:br/>
        <w:t>Не стало б до праці щонайкращих рук,&lt;br /&gt;</w:t>
        <w:br/>
        <w:t>А джерело нужди як било, так било б,&lt;br /&gt;</w:t>
        <w:br/>
        <w:t>Лиш що до старого нове причинило б.</w:t>
      </w:r>
    </w:p>
    <w:p>
      <w:r>
        <w:br/>
        <w:t>А люд через межі, котрі го тіснять,&lt;br /&gt;</w:t>
        <w:br/>
        <w:t>Не може добачити тих всіх завад,&lt;br /&gt;</w:t>
        <w:br/>
        <w:t>Добачить всіх сплетених коренів лиха,&lt;br /&gt;</w:t>
        <w:br/>
        <w:t>Що сили його підлоточує стиха,&lt;br /&gt;</w:t>
        <w:br/>
        <w:t>Ей, межі, ви, межі, вузенькі, куці!&lt;br /&gt;</w:t>
        <w:br/>
        <w:t>В які бездоріжжя, в які манівці&lt;br /&gt;</w:t>
        <w:br/>
        <w:t>Ви втисли незрілий ще погляд суспільний!&lt;br /&gt;</w:t>
        <w:br/>
        <w:t>Хто шлях нам покаже широкий і вільний?</w:t>
      </w:r>
    </w:p>
    <w:p>
      <w:r>
        <w:br/>
        <w:t>3</w:t>
      </w:r>
    </w:p>
    <w:p>
      <w:r>
        <w:br/>
        <w:t>Приходить до мене один чоловік:&lt;br /&gt;</w:t>
        <w:br/>
        <w:t>"Порадьте, що маю робити?&lt;br /&gt;</w:t>
        <w:br/>
        <w:t>Ось тут, на тім полі, мій дід прожив вік,&lt;br /&gt;</w:t>
        <w:br/>
        <w:t>Хоч, правду сказавши, нема чим і жити.&lt;br /&gt;</w:t>
        <w:br/>
        <w:t>Три прути! Та ну, якось, певно, тоді&lt;br /&gt;</w:t>
        <w:br/>
        <w:t>Не так було тісно, як нині, —&lt;br /&gt;</w:t>
        <w:br/>
        <w:t>Досить, що отак ні в добрі, ні в біді&lt;br /&gt;</w:t>
        <w:br/>
        <w:t>Пройшов цілий вік старовині.&lt;br /&gt;</w:t>
        <w:br/>
        <w:t>Мав дід два сини, поженив їх, і враз&lt;br /&gt;</w:t>
        <w:br/>
        <w:t>Жили в одній хаті з дітками.&lt;br /&gt;</w:t>
        <w:br/>
        <w:t>Все дід, було, каже: "Ділив би я вас&lt;br /&gt;</w:t>
        <w:br/>
        <w:t>Тим полем, та й б'юся з гадками.&lt;br /&gt;</w:t>
        <w:br/>
        <w:t>Тепер воно ледве живить нас, а що ж&lt;br /&gt;</w:t>
        <w:br/>
        <w:t>Тоді, як ту дрібку надвоє роздерти?&lt;br /&gt;</w:t>
        <w:br/>
        <w:t>Ні, я вас не буду ділити! Як мож,&lt;br /&gt;</w:t>
        <w:br/>
        <w:t>Так жийте прикупі, а схочете тож&lt;br /&gt;</w:t>
        <w:br/>
        <w:t>Ділитись — діліться по моїй аж смерти".&lt;br /&gt;</w:t>
        <w:br/>
        <w:t>Та сталося, бачте, що дід і сини&lt;br /&gt;</w:t>
        <w:br/>
        <w:t>Померли на тифус одної весни,&lt;br /&gt;</w:t>
        <w:br/>
        <w:t>Лишивши по двоє дітей малолітніх.&lt;br /&gt;</w:t>
        <w:br/>
        <w:t>Я найстарший був, мав три роки з весни,&lt;br /&gt;</w:t>
        <w:br/>
        <w:t>Стриків хлопець — півтора; в мами й стрийни&lt;br /&gt;</w:t>
        <w:br/>
        <w:t>При грудях дівчатка були. По бездітних&lt;br /&gt;</w:t>
        <w:br/>
        <w:t>Багатших сусідах мами роздали&lt;br /&gt;</w:t>
        <w:br/>
        <w:t>Нас, хлопчиків, — бач, не було з чого жити.&lt;br /&gt;</w:t>
        <w:br/>
        <w:t>Дістодьто, годуйте, допоки малий,&lt;br /&gt;</w:t>
        <w:br/>
        <w:t>А виросте, мусить за все відслужити.&lt;br /&gt;</w:t>
        <w:br/>
        <w:t>І ми наслужились, назнались біди!&lt;br /&gt;</w:t>
        <w:br/>
        <w:t>Мами повмирали. Мені вже тогди&lt;br /&gt;</w:t>
        <w:br/>
        <w:t>Було двадцять літ, я покинув служити,&lt;br /&gt;</w:t>
        <w:br/>
        <w:t>До хати пішов, оженивсь і, як слід,&lt;br /&gt;</w:t>
        <w:br/>
        <w:t>Обняв усе поле, що нам лишив дід,&lt;br /&gt;</w:t>
        <w:br/>
        <w:t>І став на нім в бідності жити.&lt;br /&gt;</w:t>
        <w:br/>
        <w:t>Гадав я: сплачу малолітнім тамтим,&lt;br /&gt;</w:t>
        <w:br/>
        <w:t>І поле по дідовій волі&lt;br /&gt;</w:t>
        <w:br/>
        <w:t>Останесь ціле, то хоч я на тім полі&lt;br /&gt;</w:t>
        <w:br/>
        <w:t>Вдержусь, а то впадесь у руки чужим.&lt;br /&gt;</w:t>
        <w:br/>
        <w:t>Дівчат повіную, а старший братій&lt;br /&gt;</w:t>
        <w:br/>
        <w:t>Присране де-будь до вдової…&lt;br /&gt;</w:t>
        <w:br/>
        <w:t>То так, як би двом у сорочці тісній:&lt;br /&gt;</w:t>
        <w:br/>
        <w:t>Волить хоч один, та ходити в цілій,&lt;br /&gt;</w:t>
        <w:br/>
        <w:t>Ніж дерти сорочку надвоє,&lt;br /&gt;</w:t>
        <w:br/>
        <w:t>Бо жаден тоді не буде мав що вбрать.&lt;br /&gt;</w:t>
        <w:br/>
        <w:t>Отак я, бувало, частенько&lt;br /&gt;</w:t>
        <w:br/>
        <w:t>Говорю тамтому. Та ба, любий брат&lt;br /&gt;</w:t>
        <w:br/>
        <w:t>Лиш вислухав все те чистенько&lt;br /&gt;</w:t>
        <w:br/>
        <w:t>Та й зараз до суду. Списать зажадав,&lt;br /&gt;</w:t>
        <w:br/>
        <w:t>Що там на всі діти лишилось,&lt;br /&gt;</w:t>
        <w:br/>
        <w:t>І щоб все напів поміж них поділилось&lt;br /&gt;</w:t>
        <w:br/>
        <w:t>Так, як би їх тато окремо вмирав.&lt;br /&gt;</w:t>
        <w:br/>
        <w:t>Я вчув се, і сумно зробилося. Шлю&lt;br /&gt;</w:t>
        <w:br/>
        <w:t>До нього людей, щоб згодились на сплату;&lt;br /&gt;</w:t>
        <w:br/>
        <w:t>Сам ходжу за ним і благаю-цвілю:&lt;br /&gt;</w:t>
        <w:br/>
        <w:t>"Вважай, переділимо поле і хату,&lt;br /&gt;</w:t>
        <w:br/>
        <w:t>То що ж на тих кусниках будем робить?&lt;br /&gt;</w:t>
        <w:br/>
        <w:t>Вважай, дід-небіжчик не хтіли ділить,&lt;br /&gt;</w:t>
        <w:br/>
        <w:t>А ти хочеш дідову волю ламати?"&lt;br /&gt;</w:t>
        <w:br/>
        <w:t>Дарма, він про слату не хоче і знати!&lt;br /&gt;</w:t>
        <w:br/>
        <w:t>Минуло два токи, і з суду ми нині&lt;br /&gt;</w:t>
        <w:br/>
        <w:t>Декрети дістали: усе, що дід мав,&lt;br /&gt;</w:t>
        <w:br/>
        <w:t>Між нас поділити по рівній частині,&lt;br /&gt;</w:t>
        <w:br/>
        <w:t>А кождий щоб з того сестру звінував,&lt;br /&gt;</w:t>
        <w:br/>
        <w:t>І що тут робити, порадьте, сли ласка!&lt;br /&gt;</w:t>
        <w:br/>
        <w:t>Зруйнують дочиста, як вкроять отак&lt;br /&gt;</w:t>
        <w:br/>
        <w:t>Півгрунту! Моя вже задовжена частка.&lt;br /&gt;</w:t>
        <w:br/>
        <w:t>Сестри не звіную, і сам я жебрак.&lt;br /&gt;</w:t>
        <w:br/>
        <w:t>Я думаю свідків до суду вести,&lt;br /&gt;</w:t>
        <w:br/>
        <w:t>Що дід не хотів ділить поля, —&lt;br /&gt;</w:t>
        <w:br/>
        <w:t>То, чень, йому скажуть на сплату піти,&lt;br /&gt;</w:t>
        <w:br/>
        <w:t>А ні, га! — то дійсь божа воля!"</w:t>
      </w:r>
    </w:p>
    <w:p>
      <w:r>
        <w:br/>
        <w:t>4</w:t>
      </w:r>
    </w:p>
    <w:p>
      <w:r>
        <w:br/>
        <w:t>Я думав про людське братерство нове,&lt;br /&gt;</w:t>
        <w:br/>
        <w:t>І думав, чи в світ воно швидко прийде?&lt;br /&gt;</w:t>
        <w:br/>
        <w:t>І бачив я в думці безмежні поля:&lt;br /&gt;</w:t>
        <w:br/>
        <w:t>Управлена спільним трудом, та рілля&lt;br /&gt;</w:t>
        <w:br/>
        <w:t>Народ годувала щасливий, свобідний.&lt;br /&gt;</w:t>
        <w:br/>
        <w:t>Чи се ж Україна, чи се край мій рідний,&lt;br /&gt;</w:t>
        <w:br/>
        <w:t>Обдертий чужими і світом забутий?&lt;br /&gt;</w:t>
        <w:br/>
        <w:t>Так, се Україна, свобідна, нова!&lt;br /&gt;</w:t>
        <w:br/>
        <w:t>І в мойому серці біль втишувавсь лютий.</w:t>
      </w:r>
    </w:p>
    <w:p>
      <w:r>
        <w:br/>
        <w:t>Щез привид. Я глянув довкола. Он там&lt;br /&gt;</w:t>
        <w:br/>
        <w:t>За зорану межу б'єсь з Грицем Степан;&lt;br /&gt;</w:t>
        <w:br/>
        <w:t>Там дід оре поле, старенький, як гриб,&lt;br /&gt;</w:t>
        <w:br/>
        <w:t>І плаче за сином, що в Боснії згиб;&lt;br /&gt;</w:t>
        <w:br/>
        <w:t>Там батько за сином з дрюком уганяєсь;&lt;br /&gt;</w:t>
        <w:br/>
        <w:t>Там мачухи лютий проклін розлягаєсь…&lt;br /&gt;</w:t>
        <w:br/>
        <w:t>О краю мій рідний, недолею гнутий,&lt;br /&gt;</w:t>
        <w:br/>
        <w:t>Пропасти би радше тобі, ніж коли б&lt;br /&gt;</w:t>
        <w:br/>
        <w:t>Така твоя доля повік мала бути!</w:t>
      </w:r>
    </w:p>
    <w:p>
      <w:r>
        <w:br/>
        <w:t>1&lt;br /&gt;</w:t>
        <w:br/>
        <w:t>1 — Пам'ятай, що живеш! (Лат.)&lt;br /&gt;</w:t>
        <w:br/>
        <w:t>2&lt;br /&gt;</w:t>
        <w:br/>
        <w:t>2 — Завжди те саме! (Лат.)&lt;br /&gt;</w:t>
        <w:br/>
        <w:t>3&lt;br /&gt;</w:t>
        <w:br/>
        <w:t>3 — Герой вірші про рекрутське життя, написаної селянином Романом Гудзманом.&lt;br /&gt;</w:t>
        <w:br/>
        <w:t>4&lt;br /&gt;</w:t>
        <w:br/>
        <w:t>4 — Мова тут про звісні в німецькій літературі "Geharnischte Sonette" Фр. Рюккерта.&lt;br /&gt;</w:t>
        <w:br/>
        <w:t>5&lt;br /&gt;</w:t>
        <w:br/>
        <w:t>5 — Покиньте всю надію (італ).&lt;br /&gt;</w:t>
        <w:br/>
        <w:t>6&lt;br /&gt;</w:t>
        <w:br/>
        <w:t>6 — Мотив із Ленау.&lt;br /&gt;</w:t>
        <w:br/>
        <w:t>7&lt;br /&gt;</w:t>
        <w:br/>
        <w:t>7 — Так звався робітник з Нагуєвич, котрий в Бориславі погиб, працюючи в штольні. Штольня, лихо збудована, завалилася всередині, так що засипаний в глухому кінці робітник мав ще довкола себе трохи вільного місця. Дев'ять годин чутит було відтам крик нещасного, і дев'ять годин слухали того крику надзорці й робітники, не пробуючи навіть приложити рук до рятунку.&lt;br /&gt;</w:t>
        <w:br/>
        <w:t>8&lt;br /&gt;</w:t>
        <w:br/>
        <w:t>8 — Мідяна монета, що стоїть 4 кр[ейцери] вал[юти] австр[ійської].&lt;br /&gt;</w:t>
        <w:br/>
        <w:t>9&lt;br /&gt;</w:t>
        <w:br/>
        <w:t>9 — Terminus — у римській міфології бог меж і межових знаків, стовпів, каменів, які вважалися священними. Тут: межовий знак. — Ред.&lt;br /&gt;</w:t>
        <w:br/>
        <w:t>10&lt;br /&gt;</w:t>
        <w:br/>
        <w:t>10 — Раз щось з'їсти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вершин і низин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